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59" w:type="dxa"/>
        <w:tblLayout w:type="fixed"/>
        <w:tblCellMar>
          <w:left w:w="0" w:type="dxa"/>
          <w:right w:w="0" w:type="dxa"/>
        </w:tblCellMar>
        <w:tblLook w:val="04A0" w:firstRow="1" w:lastRow="0" w:firstColumn="1" w:lastColumn="0" w:noHBand="0" w:noVBand="1"/>
      </w:tblPr>
      <w:tblGrid>
        <w:gridCol w:w="3498"/>
        <w:gridCol w:w="5961"/>
      </w:tblGrid>
      <w:tr w:rsidR="00001ACD" w:rsidRPr="00001ACD" w:rsidTr="00863EE5">
        <w:trPr>
          <w:trHeight w:val="764"/>
        </w:trPr>
        <w:tc>
          <w:tcPr>
            <w:tcW w:w="3498" w:type="dxa"/>
          </w:tcPr>
          <w:p w:rsidR="00001ACD" w:rsidRPr="00001ACD" w:rsidRDefault="00001ACD" w:rsidP="00001ACD">
            <w:pPr>
              <w:widowControl w:val="0"/>
              <w:autoSpaceDE w:val="0"/>
              <w:autoSpaceDN w:val="0"/>
              <w:spacing w:after="0" w:line="287" w:lineRule="exact"/>
              <w:jc w:val="center"/>
              <w:rPr>
                <w:rFonts w:ascii="Times New Roman" w:eastAsia="Times New Roman" w:hAnsi="Times New Roman" w:cs="Times New Roman"/>
                <w:b/>
                <w:sz w:val="26"/>
                <w:lang w:val="vi"/>
              </w:rPr>
            </w:pPr>
            <w:r w:rsidRPr="00001ACD">
              <w:rPr>
                <w:rFonts w:ascii="Times New Roman" w:eastAsia="Times New Roman" w:hAnsi="Times New Roman" w:cs="Times New Roman"/>
                <w:b/>
                <w:sz w:val="26"/>
                <w:lang w:val="vi"/>
              </w:rPr>
              <w:t>ỦY</w:t>
            </w:r>
            <w:r w:rsidRPr="00001ACD">
              <w:rPr>
                <w:rFonts w:ascii="Times New Roman" w:eastAsia="Times New Roman" w:hAnsi="Times New Roman" w:cs="Times New Roman"/>
                <w:b/>
                <w:spacing w:val="-6"/>
                <w:sz w:val="26"/>
                <w:lang w:val="vi"/>
              </w:rPr>
              <w:t xml:space="preserve"> </w:t>
            </w:r>
            <w:r w:rsidRPr="00001ACD">
              <w:rPr>
                <w:rFonts w:ascii="Times New Roman" w:eastAsia="Times New Roman" w:hAnsi="Times New Roman" w:cs="Times New Roman"/>
                <w:b/>
                <w:sz w:val="26"/>
                <w:lang w:val="vi"/>
              </w:rPr>
              <w:t>BAN</w:t>
            </w:r>
            <w:r w:rsidRPr="00001ACD">
              <w:rPr>
                <w:rFonts w:ascii="Times New Roman" w:eastAsia="Times New Roman" w:hAnsi="Times New Roman" w:cs="Times New Roman"/>
                <w:b/>
                <w:spacing w:val="58"/>
                <w:sz w:val="26"/>
                <w:lang w:val="vi"/>
              </w:rPr>
              <w:t xml:space="preserve"> </w:t>
            </w:r>
            <w:r w:rsidRPr="00001ACD">
              <w:rPr>
                <w:rFonts w:ascii="Times New Roman" w:eastAsia="Times New Roman" w:hAnsi="Times New Roman" w:cs="Times New Roman"/>
                <w:b/>
                <w:sz w:val="26"/>
                <w:lang w:val="vi"/>
              </w:rPr>
              <w:t>NHÂN</w:t>
            </w:r>
            <w:r w:rsidRPr="00001ACD">
              <w:rPr>
                <w:rFonts w:ascii="Times New Roman" w:eastAsia="Times New Roman" w:hAnsi="Times New Roman" w:cs="Times New Roman"/>
                <w:b/>
                <w:spacing w:val="-2"/>
                <w:sz w:val="26"/>
                <w:lang w:val="vi"/>
              </w:rPr>
              <w:t xml:space="preserve"> </w:t>
            </w:r>
            <w:r w:rsidRPr="00001ACD">
              <w:rPr>
                <w:rFonts w:ascii="Times New Roman" w:eastAsia="Times New Roman" w:hAnsi="Times New Roman" w:cs="Times New Roman"/>
                <w:b/>
                <w:spacing w:val="-5"/>
                <w:sz w:val="26"/>
                <w:lang w:val="vi"/>
              </w:rPr>
              <w:t>DÂN</w:t>
            </w:r>
          </w:p>
          <w:p w:rsidR="00001ACD" w:rsidRPr="00001ACD" w:rsidRDefault="00001ACD" w:rsidP="00001ACD">
            <w:pPr>
              <w:widowControl w:val="0"/>
              <w:autoSpaceDE w:val="0"/>
              <w:autoSpaceDN w:val="0"/>
              <w:spacing w:before="1" w:after="0" w:line="240" w:lineRule="auto"/>
              <w:jc w:val="center"/>
              <w:rPr>
                <w:rFonts w:ascii="Times New Roman" w:eastAsia="Times New Roman" w:hAnsi="Times New Roman" w:cs="Times New Roman"/>
                <w:b/>
                <w:sz w:val="26"/>
              </w:rPr>
            </w:pPr>
            <w:r w:rsidRPr="00001ACD">
              <w:rPr>
                <w:rFonts w:ascii="Times New Roman" w:eastAsia="Times New Roman" w:hAnsi="Times New Roman" w:cs="Times New Roman"/>
                <w:b/>
                <w:noProof/>
                <w:sz w:val="26"/>
              </w:rPr>
              <mc:AlternateContent>
                <mc:Choice Requires="wps">
                  <w:drawing>
                    <wp:anchor distT="0" distB="0" distL="114300" distR="114300" simplePos="0" relativeHeight="251659264" behindDoc="0" locked="0" layoutInCell="1" allowOverlap="1" wp14:anchorId="703EC7EC" wp14:editId="3388AA5D">
                      <wp:simplePos x="0" y="0"/>
                      <wp:positionH relativeFrom="column">
                        <wp:posOffset>729615</wp:posOffset>
                      </wp:positionH>
                      <wp:positionV relativeFrom="paragraph">
                        <wp:posOffset>174625</wp:posOffset>
                      </wp:positionV>
                      <wp:extent cx="742950" cy="0"/>
                      <wp:effectExtent l="0" t="0" r="19050" b="19050"/>
                      <wp:wrapNone/>
                      <wp:docPr id="1653352056" name="Straight Connector 3"/>
                      <wp:cNvGraphicFramePr/>
                      <a:graphic xmlns:a="http://schemas.openxmlformats.org/drawingml/2006/main">
                        <a:graphicData uri="http://schemas.microsoft.com/office/word/2010/wordprocessingShape">
                          <wps:wsp>
                            <wps:cNvCnPr/>
                            <wps:spPr>
                              <a:xfrm flipV="1">
                                <a:off x="0" y="0"/>
                                <a:ext cx="7429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5BFBE69" id="Straight Connector 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45pt,13.75pt" to="115.9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"/>
                  </w:pict>
                </mc:Fallback>
              </mc:AlternateContent>
            </w:r>
            <w:r w:rsidRPr="00001ACD">
              <w:rPr>
                <w:rFonts w:ascii="Times New Roman" w:eastAsia="Times New Roman" w:hAnsi="Times New Roman" w:cs="Times New Roman"/>
                <w:b/>
                <w:sz w:val="26"/>
                <w:lang w:val="vi"/>
              </w:rPr>
              <w:t>XÃ</w:t>
            </w:r>
            <w:r w:rsidRPr="00001ACD">
              <w:rPr>
                <w:rFonts w:ascii="Times New Roman" w:eastAsia="Times New Roman" w:hAnsi="Times New Roman" w:cs="Times New Roman"/>
                <w:b/>
                <w:spacing w:val="-6"/>
                <w:sz w:val="26"/>
                <w:lang w:val="vi"/>
              </w:rPr>
              <w:t xml:space="preserve"> </w:t>
            </w:r>
            <w:r w:rsidRPr="00001ACD">
              <w:rPr>
                <w:rFonts w:ascii="Times New Roman" w:eastAsia="Times New Roman" w:hAnsi="Times New Roman" w:cs="Times New Roman"/>
                <w:b/>
                <w:sz w:val="26"/>
              </w:rPr>
              <w:t>ĐỨC MINH</w:t>
            </w:r>
          </w:p>
        </w:tc>
        <w:tc>
          <w:tcPr>
            <w:tcW w:w="5961" w:type="dxa"/>
          </w:tcPr>
          <w:p w:rsidR="00001ACD" w:rsidRPr="00001ACD" w:rsidRDefault="00001ACD" w:rsidP="00001ACD">
            <w:pPr>
              <w:widowControl w:val="0"/>
              <w:autoSpaceDE w:val="0"/>
              <w:autoSpaceDN w:val="0"/>
              <w:spacing w:after="0" w:line="287" w:lineRule="exact"/>
              <w:ind w:left="488"/>
              <w:rPr>
                <w:rFonts w:ascii="Times New Roman" w:eastAsia="Times New Roman" w:hAnsi="Times New Roman" w:cs="Times New Roman"/>
                <w:b/>
                <w:sz w:val="26"/>
                <w:lang w:val="vi"/>
              </w:rPr>
            </w:pPr>
            <w:r w:rsidRPr="00001ACD">
              <w:rPr>
                <w:rFonts w:ascii="Times New Roman" w:eastAsia="Times New Roman" w:hAnsi="Times New Roman" w:cs="Times New Roman"/>
                <w:b/>
                <w:sz w:val="26"/>
                <w:lang w:val="vi"/>
              </w:rPr>
              <w:t>CỘNG</w:t>
            </w:r>
            <w:r w:rsidRPr="00001ACD">
              <w:rPr>
                <w:rFonts w:ascii="Times New Roman" w:eastAsia="Times New Roman" w:hAnsi="Times New Roman" w:cs="Times New Roman"/>
                <w:b/>
                <w:spacing w:val="-7"/>
                <w:sz w:val="26"/>
                <w:lang w:val="vi"/>
              </w:rPr>
              <w:t xml:space="preserve"> </w:t>
            </w:r>
            <w:r w:rsidRPr="00001ACD">
              <w:rPr>
                <w:rFonts w:ascii="Times New Roman" w:eastAsia="Times New Roman" w:hAnsi="Times New Roman" w:cs="Times New Roman"/>
                <w:b/>
                <w:sz w:val="26"/>
                <w:lang w:val="vi"/>
              </w:rPr>
              <w:t>HÒA</w:t>
            </w:r>
            <w:r w:rsidRPr="00001ACD">
              <w:rPr>
                <w:rFonts w:ascii="Times New Roman" w:eastAsia="Times New Roman" w:hAnsi="Times New Roman" w:cs="Times New Roman"/>
                <w:b/>
                <w:spacing w:val="-7"/>
                <w:sz w:val="26"/>
                <w:lang w:val="vi"/>
              </w:rPr>
              <w:t xml:space="preserve"> </w:t>
            </w:r>
            <w:r w:rsidRPr="00001ACD">
              <w:rPr>
                <w:rFonts w:ascii="Times New Roman" w:eastAsia="Times New Roman" w:hAnsi="Times New Roman" w:cs="Times New Roman"/>
                <w:b/>
                <w:sz w:val="26"/>
                <w:lang w:val="vi"/>
              </w:rPr>
              <w:t>XÃ</w:t>
            </w:r>
            <w:r w:rsidRPr="00001ACD">
              <w:rPr>
                <w:rFonts w:ascii="Times New Roman" w:eastAsia="Times New Roman" w:hAnsi="Times New Roman" w:cs="Times New Roman"/>
                <w:b/>
                <w:spacing w:val="-4"/>
                <w:sz w:val="26"/>
                <w:lang w:val="vi"/>
              </w:rPr>
              <w:t xml:space="preserve"> </w:t>
            </w:r>
            <w:r w:rsidRPr="00001ACD">
              <w:rPr>
                <w:rFonts w:ascii="Times New Roman" w:eastAsia="Times New Roman" w:hAnsi="Times New Roman" w:cs="Times New Roman"/>
                <w:b/>
                <w:sz w:val="26"/>
                <w:lang w:val="vi"/>
              </w:rPr>
              <w:t>HỘI</w:t>
            </w:r>
            <w:r w:rsidRPr="00001ACD">
              <w:rPr>
                <w:rFonts w:ascii="Times New Roman" w:eastAsia="Times New Roman" w:hAnsi="Times New Roman" w:cs="Times New Roman"/>
                <w:b/>
                <w:spacing w:val="-5"/>
                <w:sz w:val="26"/>
                <w:lang w:val="vi"/>
              </w:rPr>
              <w:t xml:space="preserve"> </w:t>
            </w:r>
            <w:r w:rsidRPr="00001ACD">
              <w:rPr>
                <w:rFonts w:ascii="Times New Roman" w:eastAsia="Times New Roman" w:hAnsi="Times New Roman" w:cs="Times New Roman"/>
                <w:b/>
                <w:sz w:val="26"/>
                <w:lang w:val="vi"/>
              </w:rPr>
              <w:t>CHỦ</w:t>
            </w:r>
            <w:r w:rsidRPr="00001ACD">
              <w:rPr>
                <w:rFonts w:ascii="Times New Roman" w:eastAsia="Times New Roman" w:hAnsi="Times New Roman" w:cs="Times New Roman"/>
                <w:b/>
                <w:spacing w:val="-7"/>
                <w:sz w:val="26"/>
                <w:lang w:val="vi"/>
              </w:rPr>
              <w:t xml:space="preserve"> </w:t>
            </w:r>
            <w:r w:rsidRPr="00001ACD">
              <w:rPr>
                <w:rFonts w:ascii="Times New Roman" w:eastAsia="Times New Roman" w:hAnsi="Times New Roman" w:cs="Times New Roman"/>
                <w:b/>
                <w:sz w:val="26"/>
                <w:lang w:val="vi"/>
              </w:rPr>
              <w:t>NGHĨA</w:t>
            </w:r>
            <w:r w:rsidRPr="00001ACD">
              <w:rPr>
                <w:rFonts w:ascii="Times New Roman" w:eastAsia="Times New Roman" w:hAnsi="Times New Roman" w:cs="Times New Roman"/>
                <w:b/>
                <w:spacing w:val="-7"/>
                <w:sz w:val="26"/>
                <w:lang w:val="vi"/>
              </w:rPr>
              <w:t xml:space="preserve"> </w:t>
            </w:r>
            <w:r w:rsidRPr="00001ACD">
              <w:rPr>
                <w:rFonts w:ascii="Times New Roman" w:eastAsia="Times New Roman" w:hAnsi="Times New Roman" w:cs="Times New Roman"/>
                <w:b/>
                <w:sz w:val="26"/>
                <w:lang w:val="vi"/>
              </w:rPr>
              <w:t>VIỆT</w:t>
            </w:r>
            <w:r w:rsidRPr="00001ACD">
              <w:rPr>
                <w:rFonts w:ascii="Times New Roman" w:eastAsia="Times New Roman" w:hAnsi="Times New Roman" w:cs="Times New Roman"/>
                <w:b/>
                <w:spacing w:val="-5"/>
                <w:sz w:val="26"/>
                <w:lang w:val="vi"/>
              </w:rPr>
              <w:t xml:space="preserve"> NAM</w:t>
            </w:r>
          </w:p>
          <w:p w:rsidR="00001ACD" w:rsidRPr="00001ACD" w:rsidRDefault="00001ACD" w:rsidP="00001ACD">
            <w:pPr>
              <w:widowControl w:val="0"/>
              <w:autoSpaceDE w:val="0"/>
              <w:autoSpaceDN w:val="0"/>
              <w:spacing w:after="0" w:line="322" w:lineRule="exact"/>
              <w:ind w:left="1554"/>
              <w:rPr>
                <w:rFonts w:ascii="Times New Roman" w:eastAsia="Times New Roman" w:hAnsi="Times New Roman" w:cs="Times New Roman"/>
                <w:b/>
                <w:sz w:val="28"/>
                <w:lang w:val="vi"/>
              </w:rPr>
            </w:pPr>
            <w:r w:rsidRPr="00001ACD">
              <w:rPr>
                <w:rFonts w:ascii="Times New Roman" w:eastAsia="Times New Roman" w:hAnsi="Times New Roman" w:cs="Times New Roman"/>
                <w:b/>
                <w:noProof/>
                <w:sz w:val="28"/>
              </w:rPr>
              <mc:AlternateContent>
                <mc:Choice Requires="wps">
                  <w:drawing>
                    <wp:anchor distT="0" distB="0" distL="114300" distR="114300" simplePos="0" relativeHeight="251660288" behindDoc="0" locked="0" layoutInCell="1" allowOverlap="1" wp14:anchorId="1CFC6E8E" wp14:editId="1B29FCFA">
                      <wp:simplePos x="0" y="0"/>
                      <wp:positionH relativeFrom="column">
                        <wp:posOffset>1026350</wp:posOffset>
                      </wp:positionH>
                      <wp:positionV relativeFrom="paragraph">
                        <wp:posOffset>225425</wp:posOffset>
                      </wp:positionV>
                      <wp:extent cx="2103120" cy="0"/>
                      <wp:effectExtent l="0" t="0" r="30480" b="19050"/>
                      <wp:wrapNone/>
                      <wp:docPr id="453124823" name="Straight Connector 4"/>
                      <wp:cNvGraphicFramePr/>
                      <a:graphic xmlns:a="http://schemas.openxmlformats.org/drawingml/2006/main">
                        <a:graphicData uri="http://schemas.microsoft.com/office/word/2010/wordprocessingShape">
                          <wps:wsp>
                            <wps:cNvCnPr/>
                            <wps:spPr>
                              <a:xfrm>
                                <a:off x="0" y="0"/>
                                <a:ext cx="210312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5E51BE2"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0.8pt,17.75pt" to="246.4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"/>
                  </w:pict>
                </mc:Fallback>
              </mc:AlternateContent>
            </w:r>
            <w:r w:rsidRPr="00001ACD">
              <w:rPr>
                <w:rFonts w:ascii="Times New Roman" w:eastAsia="Times New Roman" w:hAnsi="Times New Roman" w:cs="Times New Roman"/>
                <w:b/>
                <w:sz w:val="28"/>
                <w:lang w:val="vi"/>
              </w:rPr>
              <w:t>Độc</w:t>
            </w:r>
            <w:r w:rsidRPr="00001ACD">
              <w:rPr>
                <w:rFonts w:ascii="Times New Roman" w:eastAsia="Times New Roman" w:hAnsi="Times New Roman" w:cs="Times New Roman"/>
                <w:b/>
                <w:spacing w:val="-2"/>
                <w:sz w:val="28"/>
                <w:lang w:val="vi"/>
              </w:rPr>
              <w:t xml:space="preserve"> </w:t>
            </w:r>
            <w:r w:rsidRPr="00001ACD">
              <w:rPr>
                <w:rFonts w:ascii="Times New Roman" w:eastAsia="Times New Roman" w:hAnsi="Times New Roman" w:cs="Times New Roman"/>
                <w:b/>
                <w:sz w:val="28"/>
                <w:lang w:val="vi"/>
              </w:rPr>
              <w:t>lập</w:t>
            </w:r>
            <w:r w:rsidRPr="00001ACD">
              <w:rPr>
                <w:rFonts w:ascii="Times New Roman" w:eastAsia="Times New Roman" w:hAnsi="Times New Roman" w:cs="Times New Roman"/>
                <w:b/>
                <w:spacing w:val="-2"/>
                <w:sz w:val="28"/>
                <w:lang w:val="vi"/>
              </w:rPr>
              <w:t xml:space="preserve"> </w:t>
            </w:r>
            <w:r w:rsidRPr="00001ACD">
              <w:rPr>
                <w:rFonts w:ascii="Times New Roman" w:eastAsia="Times New Roman" w:hAnsi="Times New Roman" w:cs="Times New Roman"/>
                <w:b/>
                <w:sz w:val="28"/>
                <w:lang w:val="vi"/>
              </w:rPr>
              <w:t>-</w:t>
            </w:r>
            <w:r w:rsidRPr="00001ACD">
              <w:rPr>
                <w:rFonts w:ascii="Times New Roman" w:eastAsia="Times New Roman" w:hAnsi="Times New Roman" w:cs="Times New Roman"/>
                <w:b/>
                <w:spacing w:val="-2"/>
                <w:sz w:val="28"/>
                <w:lang w:val="vi"/>
              </w:rPr>
              <w:t xml:space="preserve"> </w:t>
            </w:r>
            <w:r w:rsidRPr="00001ACD">
              <w:rPr>
                <w:rFonts w:ascii="Times New Roman" w:eastAsia="Times New Roman" w:hAnsi="Times New Roman" w:cs="Times New Roman"/>
                <w:b/>
                <w:sz w:val="28"/>
                <w:lang w:val="vi"/>
              </w:rPr>
              <w:t>Tự</w:t>
            </w:r>
            <w:r w:rsidRPr="00001ACD">
              <w:rPr>
                <w:rFonts w:ascii="Times New Roman" w:eastAsia="Times New Roman" w:hAnsi="Times New Roman" w:cs="Times New Roman"/>
                <w:b/>
                <w:spacing w:val="-2"/>
                <w:sz w:val="28"/>
                <w:lang w:val="vi"/>
              </w:rPr>
              <w:t xml:space="preserve"> </w:t>
            </w:r>
            <w:r w:rsidRPr="00001ACD">
              <w:rPr>
                <w:rFonts w:ascii="Times New Roman" w:eastAsia="Times New Roman" w:hAnsi="Times New Roman" w:cs="Times New Roman"/>
                <w:b/>
                <w:sz w:val="28"/>
                <w:lang w:val="vi"/>
              </w:rPr>
              <w:t>do</w:t>
            </w:r>
            <w:r w:rsidRPr="00001ACD">
              <w:rPr>
                <w:rFonts w:ascii="Times New Roman" w:eastAsia="Times New Roman" w:hAnsi="Times New Roman" w:cs="Times New Roman"/>
                <w:b/>
                <w:spacing w:val="-1"/>
                <w:sz w:val="28"/>
                <w:lang w:val="vi"/>
              </w:rPr>
              <w:t xml:space="preserve"> </w:t>
            </w:r>
            <w:r w:rsidRPr="00001ACD">
              <w:rPr>
                <w:rFonts w:ascii="Times New Roman" w:eastAsia="Times New Roman" w:hAnsi="Times New Roman" w:cs="Times New Roman"/>
                <w:b/>
                <w:sz w:val="28"/>
                <w:lang w:val="vi"/>
              </w:rPr>
              <w:t>-</w:t>
            </w:r>
            <w:r w:rsidRPr="00001ACD">
              <w:rPr>
                <w:rFonts w:ascii="Times New Roman" w:eastAsia="Times New Roman" w:hAnsi="Times New Roman" w:cs="Times New Roman"/>
                <w:b/>
                <w:spacing w:val="-2"/>
                <w:sz w:val="28"/>
                <w:lang w:val="vi"/>
              </w:rPr>
              <w:t xml:space="preserve"> </w:t>
            </w:r>
            <w:r w:rsidRPr="00001ACD">
              <w:rPr>
                <w:rFonts w:ascii="Times New Roman" w:eastAsia="Times New Roman" w:hAnsi="Times New Roman" w:cs="Times New Roman"/>
                <w:b/>
                <w:sz w:val="28"/>
                <w:lang w:val="vi"/>
              </w:rPr>
              <w:t>Hạnh</w:t>
            </w:r>
            <w:r w:rsidRPr="00001ACD">
              <w:rPr>
                <w:rFonts w:ascii="Times New Roman" w:eastAsia="Times New Roman" w:hAnsi="Times New Roman" w:cs="Times New Roman"/>
                <w:b/>
                <w:spacing w:val="-2"/>
                <w:sz w:val="28"/>
                <w:lang w:val="vi"/>
              </w:rPr>
              <w:t xml:space="preserve"> </w:t>
            </w:r>
            <w:r w:rsidRPr="00001ACD">
              <w:rPr>
                <w:rFonts w:ascii="Times New Roman" w:eastAsia="Times New Roman" w:hAnsi="Times New Roman" w:cs="Times New Roman"/>
                <w:b/>
                <w:spacing w:val="-4"/>
                <w:sz w:val="28"/>
                <w:lang w:val="vi"/>
              </w:rPr>
              <w:t>phúc</w:t>
            </w:r>
            <w:r w:rsidRPr="00001ACD">
              <w:rPr>
                <w:rFonts w:ascii="Times New Roman" w:eastAsia="Times New Roman" w:hAnsi="Times New Roman" w:cs="Times New Roman"/>
                <w:b/>
                <w:spacing w:val="40"/>
                <w:sz w:val="28"/>
                <w:lang w:val="vi"/>
              </w:rPr>
              <w:t xml:space="preserve"> </w:t>
            </w:r>
          </w:p>
        </w:tc>
      </w:tr>
      <w:tr w:rsidR="00001ACD" w:rsidRPr="00001ACD" w:rsidTr="00863EE5">
        <w:trPr>
          <w:trHeight w:val="466"/>
        </w:trPr>
        <w:tc>
          <w:tcPr>
            <w:tcW w:w="3498" w:type="dxa"/>
          </w:tcPr>
          <w:p w:rsidR="00001ACD" w:rsidRPr="00001ACD" w:rsidRDefault="00001ACD" w:rsidP="00001ACD">
            <w:pPr>
              <w:widowControl w:val="0"/>
              <w:autoSpaceDE w:val="0"/>
              <w:autoSpaceDN w:val="0"/>
              <w:spacing w:before="143" w:after="0" w:line="303" w:lineRule="exact"/>
              <w:jc w:val="center"/>
              <w:rPr>
                <w:rFonts w:ascii="Times New Roman" w:eastAsia="Times New Roman" w:hAnsi="Times New Roman" w:cs="Times New Roman"/>
                <w:sz w:val="26"/>
                <w:lang w:val="vi"/>
              </w:rPr>
            </w:pPr>
            <w:r w:rsidRPr="00001ACD">
              <w:rPr>
                <w:rFonts w:ascii="Times New Roman" w:eastAsia="Times New Roman" w:hAnsi="Times New Roman" w:cs="Times New Roman"/>
                <w:sz w:val="26"/>
                <w:lang w:val="vi"/>
              </w:rPr>
              <w:t>Số:</w:t>
            </w:r>
            <w:r w:rsidRPr="00001ACD">
              <w:rPr>
                <w:rFonts w:ascii="Times New Roman" w:eastAsia="Times New Roman" w:hAnsi="Times New Roman" w:cs="Times New Roman"/>
                <w:spacing w:val="-20"/>
                <w:sz w:val="26"/>
                <w:lang w:val="vi"/>
              </w:rPr>
              <w:t xml:space="preserve"> </w:t>
            </w:r>
            <w:r w:rsidRPr="00001ACD">
              <w:rPr>
                <w:rFonts w:ascii="Times New Roman" w:eastAsia="Times New Roman" w:hAnsi="Times New Roman" w:cs="Times New Roman"/>
                <w:position w:val="-4"/>
                <w:sz w:val="26"/>
                <w:lang w:val="en-GB"/>
              </w:rPr>
              <w:t xml:space="preserve"> </w:t>
            </w:r>
            <w:r w:rsidRPr="00001ACD">
              <w:rPr>
                <w:rFonts w:ascii="Times New Roman" w:eastAsia="Times New Roman" w:hAnsi="Times New Roman" w:cs="Times New Roman"/>
                <w:spacing w:val="72"/>
                <w:position w:val="-4"/>
                <w:sz w:val="26"/>
                <w:lang w:val="vi"/>
              </w:rPr>
              <w:t xml:space="preserve">    </w:t>
            </w:r>
            <w:r w:rsidRPr="00001ACD">
              <w:rPr>
                <w:rFonts w:ascii="Times New Roman" w:eastAsia="Times New Roman" w:hAnsi="Times New Roman" w:cs="Times New Roman"/>
                <w:spacing w:val="72"/>
                <w:position w:val="-4"/>
                <w:sz w:val="26"/>
                <w:lang w:val="en-GB"/>
              </w:rPr>
              <w:t xml:space="preserve"> </w:t>
            </w:r>
            <w:r w:rsidRPr="00001ACD">
              <w:rPr>
                <w:rFonts w:ascii="Times New Roman" w:eastAsia="Times New Roman" w:hAnsi="Times New Roman" w:cs="Times New Roman"/>
                <w:sz w:val="26"/>
                <w:lang w:val="vi"/>
              </w:rPr>
              <w:t>/KH-</w:t>
            </w:r>
            <w:r w:rsidRPr="00001ACD">
              <w:rPr>
                <w:rFonts w:ascii="Times New Roman" w:eastAsia="Times New Roman" w:hAnsi="Times New Roman" w:cs="Times New Roman"/>
                <w:spacing w:val="-4"/>
                <w:sz w:val="26"/>
                <w:lang w:val="vi"/>
              </w:rPr>
              <w:t>UBND</w:t>
            </w:r>
          </w:p>
        </w:tc>
        <w:tc>
          <w:tcPr>
            <w:tcW w:w="5961" w:type="dxa"/>
          </w:tcPr>
          <w:p w:rsidR="00001ACD" w:rsidRPr="00001ACD" w:rsidRDefault="00001ACD" w:rsidP="00001ACD">
            <w:pPr>
              <w:widowControl w:val="0"/>
              <w:tabs>
                <w:tab w:val="left" w:pos="2523"/>
                <w:tab w:val="left" w:pos="4110"/>
              </w:tabs>
              <w:autoSpaceDE w:val="0"/>
              <w:autoSpaceDN w:val="0"/>
              <w:spacing w:before="144" w:after="0" w:line="302" w:lineRule="exact"/>
              <w:ind w:left="573"/>
              <w:jc w:val="center"/>
              <w:rPr>
                <w:rFonts w:ascii="Times New Roman" w:eastAsia="Times New Roman" w:hAnsi="Times New Roman" w:cs="Times New Roman"/>
                <w:i/>
                <w:spacing w:val="-4"/>
                <w:sz w:val="28"/>
                <w:lang w:val="vi-VN"/>
              </w:rPr>
            </w:pPr>
            <w:r w:rsidRPr="00001ACD">
              <w:rPr>
                <w:rFonts w:ascii="Times New Roman" w:eastAsia="Times New Roman" w:hAnsi="Times New Roman" w:cs="Times New Roman"/>
                <w:i/>
                <w:sz w:val="28"/>
              </w:rPr>
              <w:t>Đức Minh</w:t>
            </w:r>
            <w:r w:rsidRPr="00001ACD">
              <w:rPr>
                <w:rFonts w:ascii="Times New Roman" w:eastAsia="Times New Roman" w:hAnsi="Times New Roman" w:cs="Times New Roman"/>
                <w:i/>
                <w:sz w:val="28"/>
                <w:lang w:val="vi"/>
              </w:rPr>
              <w:t>,</w:t>
            </w:r>
            <w:r w:rsidRPr="00001ACD">
              <w:rPr>
                <w:rFonts w:ascii="Times New Roman" w:eastAsia="Times New Roman" w:hAnsi="Times New Roman" w:cs="Times New Roman"/>
                <w:i/>
                <w:spacing w:val="-4"/>
                <w:sz w:val="28"/>
                <w:lang w:val="vi"/>
              </w:rPr>
              <w:t xml:space="preserve"> ngày</w:t>
            </w:r>
            <w:r w:rsidRPr="00001ACD">
              <w:rPr>
                <w:rFonts w:ascii="Times New Roman" w:eastAsia="Times New Roman" w:hAnsi="Times New Roman" w:cs="Times New Roman"/>
                <w:i/>
                <w:sz w:val="28"/>
                <w:lang w:val="en-GB"/>
              </w:rPr>
              <w:t xml:space="preserve"> </w:t>
            </w:r>
            <w:r w:rsidRPr="00001ACD">
              <w:rPr>
                <w:rFonts w:ascii="Times New Roman" w:eastAsia="Times New Roman" w:hAnsi="Times New Roman" w:cs="Times New Roman"/>
                <w:i/>
                <w:position w:val="-2"/>
                <w:sz w:val="26"/>
                <w:lang w:val="en-GB"/>
              </w:rPr>
              <w:t xml:space="preserve"> </w:t>
            </w:r>
            <w:r w:rsidRPr="00001ACD">
              <w:rPr>
                <w:rFonts w:ascii="Times New Roman" w:eastAsia="Times New Roman" w:hAnsi="Times New Roman" w:cs="Times New Roman"/>
                <w:i/>
                <w:position w:val="-2"/>
                <w:sz w:val="26"/>
                <w:lang w:val="vi-VN"/>
              </w:rPr>
              <w:t xml:space="preserve"> </w:t>
            </w:r>
            <w:r w:rsidRPr="00001ACD">
              <w:rPr>
                <w:rFonts w:ascii="Times New Roman" w:eastAsia="Times New Roman" w:hAnsi="Times New Roman" w:cs="Times New Roman"/>
                <w:i/>
                <w:position w:val="-2"/>
                <w:sz w:val="26"/>
              </w:rPr>
              <w:t xml:space="preserve"> </w:t>
            </w:r>
            <w:r w:rsidRPr="00001ACD">
              <w:rPr>
                <w:rFonts w:ascii="Times New Roman" w:eastAsia="Times New Roman" w:hAnsi="Times New Roman" w:cs="Times New Roman"/>
                <w:i/>
                <w:position w:val="-2"/>
                <w:sz w:val="26"/>
                <w:lang w:val="vi-VN"/>
              </w:rPr>
              <w:t xml:space="preserve"> </w:t>
            </w:r>
            <w:r w:rsidRPr="00001ACD">
              <w:rPr>
                <w:rFonts w:ascii="Times New Roman" w:eastAsia="Times New Roman" w:hAnsi="Times New Roman" w:cs="Times New Roman"/>
                <w:i/>
                <w:spacing w:val="65"/>
                <w:position w:val="-2"/>
                <w:sz w:val="26"/>
                <w:lang w:val="vi"/>
              </w:rPr>
              <w:t xml:space="preserve"> </w:t>
            </w:r>
            <w:r w:rsidRPr="00001ACD">
              <w:rPr>
                <w:rFonts w:ascii="Times New Roman" w:eastAsia="Times New Roman" w:hAnsi="Times New Roman" w:cs="Times New Roman"/>
                <w:i/>
                <w:spacing w:val="-2"/>
                <w:sz w:val="28"/>
                <w:lang w:val="vi"/>
              </w:rPr>
              <w:t>tháng</w:t>
            </w:r>
            <w:r w:rsidRPr="00001ACD">
              <w:rPr>
                <w:rFonts w:ascii="Times New Roman" w:eastAsia="Times New Roman" w:hAnsi="Times New Roman" w:cs="Times New Roman"/>
                <w:i/>
                <w:spacing w:val="-2"/>
                <w:sz w:val="28"/>
                <w:lang w:val="en-GB"/>
              </w:rPr>
              <w:t xml:space="preserve"> </w:t>
            </w:r>
            <w:r w:rsidRPr="00001ACD">
              <w:rPr>
                <w:rFonts w:ascii="Times New Roman" w:eastAsia="Times New Roman" w:hAnsi="Times New Roman" w:cs="Times New Roman"/>
                <w:i/>
                <w:spacing w:val="-2"/>
                <w:position w:val="-2"/>
                <w:sz w:val="26"/>
                <w:lang w:val="vi-VN"/>
              </w:rPr>
              <w:t xml:space="preserve">     </w:t>
            </w:r>
            <w:r w:rsidRPr="00001ACD">
              <w:rPr>
                <w:rFonts w:ascii="Times New Roman" w:eastAsia="Times New Roman" w:hAnsi="Times New Roman" w:cs="Times New Roman"/>
                <w:i/>
                <w:position w:val="-2"/>
                <w:sz w:val="26"/>
                <w:lang w:val="en-GB"/>
              </w:rPr>
              <w:t xml:space="preserve"> </w:t>
            </w:r>
            <w:r w:rsidRPr="00001ACD">
              <w:rPr>
                <w:rFonts w:ascii="Times New Roman" w:eastAsia="Times New Roman" w:hAnsi="Times New Roman" w:cs="Times New Roman"/>
                <w:i/>
                <w:sz w:val="28"/>
                <w:lang w:val="vi"/>
              </w:rPr>
              <w:t>năm</w:t>
            </w:r>
            <w:r w:rsidRPr="00001ACD">
              <w:rPr>
                <w:rFonts w:ascii="Times New Roman" w:eastAsia="Times New Roman" w:hAnsi="Times New Roman" w:cs="Times New Roman"/>
                <w:i/>
                <w:spacing w:val="-3"/>
                <w:sz w:val="28"/>
                <w:lang w:val="vi"/>
              </w:rPr>
              <w:t xml:space="preserve"> </w:t>
            </w:r>
            <w:r w:rsidRPr="00001ACD">
              <w:rPr>
                <w:rFonts w:ascii="Times New Roman" w:eastAsia="Times New Roman" w:hAnsi="Times New Roman" w:cs="Times New Roman"/>
                <w:i/>
                <w:spacing w:val="-4"/>
                <w:sz w:val="28"/>
                <w:lang w:val="vi"/>
              </w:rPr>
              <w:t>202</w:t>
            </w:r>
            <w:r w:rsidRPr="00001ACD">
              <w:rPr>
                <w:rFonts w:ascii="Times New Roman" w:eastAsia="Times New Roman" w:hAnsi="Times New Roman" w:cs="Times New Roman"/>
                <w:i/>
                <w:spacing w:val="-4"/>
                <w:sz w:val="28"/>
              </w:rPr>
              <w:t>6</w:t>
            </w:r>
          </w:p>
          <w:p w:rsidR="00001ACD" w:rsidRPr="00001ACD" w:rsidRDefault="00001ACD" w:rsidP="00001ACD">
            <w:pPr>
              <w:widowControl w:val="0"/>
              <w:tabs>
                <w:tab w:val="left" w:pos="2523"/>
                <w:tab w:val="left" w:pos="4110"/>
              </w:tabs>
              <w:autoSpaceDE w:val="0"/>
              <w:autoSpaceDN w:val="0"/>
              <w:spacing w:before="144" w:after="0" w:line="302" w:lineRule="exact"/>
              <w:ind w:left="573"/>
              <w:jc w:val="center"/>
              <w:rPr>
                <w:rFonts w:ascii="Times New Roman" w:eastAsia="Times New Roman" w:hAnsi="Times New Roman" w:cs="Times New Roman"/>
                <w:i/>
                <w:lang w:val="vi-VN"/>
              </w:rPr>
            </w:pPr>
          </w:p>
        </w:tc>
      </w:tr>
    </w:tbl>
    <w:p w:rsidR="00001ACD" w:rsidRPr="00001ACD" w:rsidRDefault="00EC1425" w:rsidP="00001ACD">
      <w:pPr>
        <w:widowControl w:val="0"/>
        <w:shd w:val="clear" w:color="auto" w:fill="FFFFFF"/>
        <w:spacing w:after="0" w:line="240" w:lineRule="auto"/>
        <w:jc w:val="center"/>
        <w:textAlignment w:val="top"/>
        <w:rPr>
          <w:rFonts w:ascii="Times New Roman" w:eastAsia="Courier New" w:hAnsi="Times New Roman" w:cs="Times New Roman"/>
          <w:color w:val="000000"/>
          <w:sz w:val="28"/>
          <w:szCs w:val="28"/>
          <w:lang w:val="vi-VN" w:eastAsia="vi-VN" w:bidi="vi-VN"/>
        </w:rPr>
      </w:pPr>
      <w:r>
        <w:rPr>
          <w:rFonts w:ascii="Times New Roman" w:eastAsia="Courier New" w:hAnsi="Times New Roman" w:cs="Times New Roman"/>
          <w:b/>
          <w:bCs/>
          <w:color w:val="000000"/>
          <w:sz w:val="28"/>
          <w:szCs w:val="28"/>
          <w:lang w:val="vi-VN" w:eastAsia="vi-VN" w:bidi="vi-VN"/>
        </w:rPr>
        <w:t>KẾ</w:t>
      </w:r>
      <w:r w:rsidR="00001ACD" w:rsidRPr="00001ACD">
        <w:rPr>
          <w:rFonts w:ascii="Times New Roman" w:eastAsia="Courier New" w:hAnsi="Times New Roman" w:cs="Times New Roman"/>
          <w:b/>
          <w:bCs/>
          <w:color w:val="000000"/>
          <w:sz w:val="28"/>
          <w:szCs w:val="28"/>
          <w:lang w:val="vi-VN" w:eastAsia="vi-VN" w:bidi="vi-VN"/>
        </w:rPr>
        <w:t xml:space="preserve"> HOẠCH</w:t>
      </w:r>
    </w:p>
    <w:p w:rsidR="00001ACD" w:rsidRDefault="00001ACD" w:rsidP="00001ACD">
      <w:pPr>
        <w:pStyle w:val="Heading1"/>
        <w:spacing w:before="0" w:line="240" w:lineRule="auto"/>
        <w:jc w:val="center"/>
        <w:rPr>
          <w:rStyle w:val="fontstyle01"/>
          <w:rFonts w:ascii="Times New Roman" w:hAnsi="Times New Roman" w:cs="Times New Roman"/>
          <w:i w:val="0"/>
        </w:rPr>
      </w:pPr>
      <w:r>
        <w:rPr>
          <w:rStyle w:val="fontstyle01"/>
          <w:rFonts w:ascii="Times New Roman" w:hAnsi="Times New Roman" w:cs="Times New Roman"/>
          <w:i w:val="0"/>
        </w:rPr>
        <w:t>T</w:t>
      </w:r>
      <w:r w:rsidRPr="00001ACD">
        <w:rPr>
          <w:rStyle w:val="fontstyle01"/>
          <w:rFonts w:ascii="Times New Roman" w:hAnsi="Times New Roman" w:cs="Times New Roman"/>
          <w:i w:val="0"/>
        </w:rPr>
        <w:t>riển khai Chiến dịch 90 ngày làm sạch, làm giàu và chuẩn hóa</w:t>
      </w:r>
      <w:r>
        <w:rPr>
          <w:rFonts w:ascii="Times New Roman" w:hAnsi="Times New Roman" w:cs="Times New Roman"/>
          <w:i/>
          <w:iCs/>
          <w:color w:val="000000"/>
        </w:rPr>
        <w:t xml:space="preserve"> </w:t>
      </w:r>
      <w:r w:rsidRPr="00001ACD">
        <w:rPr>
          <w:rStyle w:val="fontstyle01"/>
          <w:rFonts w:ascii="Times New Roman" w:hAnsi="Times New Roman" w:cs="Times New Roman"/>
          <w:i w:val="0"/>
        </w:rPr>
        <w:t>dữ liệu của 12 cơ sở dữ liệu chuyên ngành y tế trên đị</w:t>
      </w:r>
      <w:r>
        <w:rPr>
          <w:rStyle w:val="fontstyle01"/>
          <w:rFonts w:ascii="Times New Roman" w:hAnsi="Times New Roman" w:cs="Times New Roman"/>
          <w:i w:val="0"/>
        </w:rPr>
        <w:t>a bàn xã Đức Minh</w:t>
      </w:r>
    </w:p>
    <w:p w:rsidR="00001ACD" w:rsidRPr="00C0110D" w:rsidRDefault="00400AA7" w:rsidP="00001ACD">
      <w:pPr>
        <w:rPr>
          <w:rFonts w:ascii="Times New Roman" w:hAnsi="Times New Roman" w:cs="Times New Roman"/>
          <w:sz w:val="16"/>
          <w:szCs w:val="28"/>
        </w:rPr>
      </w:pPr>
      <w:r>
        <w:rPr>
          <w:rFonts w:ascii="Times New Roman" w:hAnsi="Times New Roman" w:cs="Times New Roman"/>
          <w:noProof/>
          <w:sz w:val="16"/>
          <w:szCs w:val="28"/>
        </w:rPr>
        <mc:AlternateContent>
          <mc:Choice Requires="wps">
            <w:drawing>
              <wp:anchor distT="0" distB="0" distL="114300" distR="114300" simplePos="0" relativeHeight="251661312" behindDoc="0" locked="0" layoutInCell="1" allowOverlap="1">
                <wp:simplePos x="0" y="0"/>
                <wp:positionH relativeFrom="column">
                  <wp:posOffset>2186940</wp:posOffset>
                </wp:positionH>
                <wp:positionV relativeFrom="paragraph">
                  <wp:posOffset>15240</wp:posOffset>
                </wp:positionV>
                <wp:extent cx="1600200" cy="0"/>
                <wp:effectExtent l="0" t="0" r="19050" b="19050"/>
                <wp:wrapNone/>
                <wp:docPr id="1" name="Straight Connector 1"/>
                <wp:cNvGraphicFramePr/>
                <a:graphic xmlns:a="http://schemas.openxmlformats.org/drawingml/2006/main">
                  <a:graphicData uri="http://schemas.microsoft.com/office/word/2010/wordprocessingShape">
                    <wps:wsp>
                      <wps:cNvCnPr/>
                      <wps:spPr>
                        <a:xfrm flipV="1">
                          <a:off x="0" y="0"/>
                          <a:ext cx="1600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547D4A" id="Straight Connector 1"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2.2pt,1.2pt" to="298.2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" strokecolor="black [3040]"/>
            </w:pict>
          </mc:Fallback>
        </mc:AlternateContent>
      </w:r>
    </w:p>
    <w:p w:rsidR="0010213C" w:rsidRDefault="0010213C" w:rsidP="00946D47">
      <w:pPr>
        <w:spacing w:before="60" w:after="0" w:line="240" w:lineRule="auto"/>
        <w:jc w:val="both"/>
        <w:rPr>
          <w:rFonts w:ascii="Times New Roman" w:hAnsi="Times New Roman" w:cs="Times New Roman"/>
          <w:sz w:val="28"/>
          <w:szCs w:val="28"/>
        </w:rPr>
      </w:pPr>
      <w:r>
        <w:rPr>
          <w:rFonts w:ascii="Times New Roman" w:hAnsi="Times New Roman" w:cs="Times New Roman"/>
          <w:sz w:val="28"/>
          <w:szCs w:val="28"/>
        </w:rPr>
        <w:tab/>
        <w:t>Căn cứ Kế hoạch số 1248/KH-BYT ngày 06/7/2026 của Bộ Y tế về</w:t>
      </w:r>
      <w:r>
        <w:rPr>
          <w:rFonts w:ascii="Times New Roman" w:hAnsi="Times New Roman" w:cs="Times New Roman"/>
          <w:b/>
          <w:bCs/>
          <w:color w:val="000000"/>
          <w:sz w:val="28"/>
          <w:szCs w:val="28"/>
        </w:rPr>
        <w:t xml:space="preserve"> </w:t>
      </w:r>
      <w:r w:rsidRPr="0010213C">
        <w:rPr>
          <w:rFonts w:ascii="Times New Roman" w:hAnsi="Times New Roman" w:cs="Times New Roman"/>
          <w:bCs/>
          <w:color w:val="000000"/>
          <w:sz w:val="28"/>
          <w:szCs w:val="28"/>
        </w:rPr>
        <w:t>Triể</w:t>
      </w:r>
      <w:r w:rsidR="003522F7">
        <w:rPr>
          <w:rFonts w:ascii="Times New Roman" w:hAnsi="Times New Roman" w:cs="Times New Roman"/>
          <w:bCs/>
          <w:color w:val="000000"/>
          <w:sz w:val="28"/>
          <w:szCs w:val="28"/>
        </w:rPr>
        <w:t xml:space="preserve">n </w:t>
      </w:r>
      <w:r w:rsidRPr="0010213C">
        <w:rPr>
          <w:rFonts w:ascii="Times New Roman" w:hAnsi="Times New Roman" w:cs="Times New Roman"/>
          <w:bCs/>
          <w:color w:val="000000"/>
          <w:sz w:val="28"/>
          <w:szCs w:val="28"/>
        </w:rPr>
        <w:t>khai chiến dịch 90 ngày làm sạch, làm giàu, chuẩn hóa dữ liệu</w:t>
      </w:r>
      <w:r w:rsidR="003522F7">
        <w:rPr>
          <w:bCs/>
          <w:color w:val="000000"/>
          <w:sz w:val="28"/>
          <w:szCs w:val="28"/>
        </w:rPr>
        <w:t xml:space="preserve"> </w:t>
      </w:r>
      <w:r w:rsidRPr="0010213C">
        <w:rPr>
          <w:rFonts w:ascii="Times New Roman" w:hAnsi="Times New Roman" w:cs="Times New Roman"/>
          <w:bCs/>
          <w:color w:val="000000"/>
          <w:sz w:val="28"/>
          <w:szCs w:val="28"/>
        </w:rPr>
        <w:t>của 12 cơ sở dữ liệu chuyên ngành y tế</w:t>
      </w:r>
      <w:r>
        <w:rPr>
          <w:rFonts w:ascii="Times New Roman" w:hAnsi="Times New Roman" w:cs="Times New Roman"/>
          <w:sz w:val="28"/>
          <w:szCs w:val="28"/>
        </w:rPr>
        <w:t>;</w:t>
      </w:r>
    </w:p>
    <w:p w:rsidR="0010213C" w:rsidRDefault="0010213C" w:rsidP="00946D47">
      <w:pPr>
        <w:spacing w:before="60"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Căn cứ Công văn số 3097/SYT-TCHC ngày 24/7/2026 của Sở Y tế Hà Tĩnh về </w:t>
      </w:r>
      <w:r w:rsidRPr="0010213C">
        <w:rPr>
          <w:rFonts w:ascii="Times New Roman" w:hAnsi="Times New Roman" w:cs="Times New Roman"/>
          <w:sz w:val="28"/>
          <w:szCs w:val="28"/>
        </w:rPr>
        <w:t>triển khai Chiến dị</w:t>
      </w:r>
      <w:r>
        <w:rPr>
          <w:rFonts w:ascii="Times New Roman" w:hAnsi="Times New Roman" w:cs="Times New Roman"/>
          <w:sz w:val="28"/>
          <w:szCs w:val="28"/>
        </w:rPr>
        <w:t xml:space="preserve">ch 90 ngày </w:t>
      </w:r>
      <w:r w:rsidRPr="0010213C">
        <w:rPr>
          <w:rFonts w:ascii="Times New Roman" w:hAnsi="Times New Roman" w:cs="Times New Roman"/>
          <w:sz w:val="28"/>
          <w:szCs w:val="28"/>
        </w:rPr>
        <w:t>làm sạch, làm giàu, chuẩ</w:t>
      </w:r>
      <w:r>
        <w:rPr>
          <w:rFonts w:ascii="Times New Roman" w:hAnsi="Times New Roman" w:cs="Times New Roman"/>
          <w:sz w:val="28"/>
          <w:szCs w:val="28"/>
        </w:rPr>
        <w:t xml:space="preserve">n hóa </w:t>
      </w:r>
      <w:r w:rsidRPr="0010213C">
        <w:rPr>
          <w:rFonts w:ascii="Times New Roman" w:hAnsi="Times New Roman" w:cs="Times New Roman"/>
          <w:sz w:val="28"/>
          <w:szCs w:val="28"/>
        </w:rPr>
        <w:t>dữ liệu của 12 cơ sở dữ liệ</w:t>
      </w:r>
      <w:r>
        <w:rPr>
          <w:rFonts w:ascii="Times New Roman" w:hAnsi="Times New Roman" w:cs="Times New Roman"/>
          <w:sz w:val="28"/>
          <w:szCs w:val="28"/>
        </w:rPr>
        <w:t xml:space="preserve">u </w:t>
      </w:r>
      <w:r w:rsidRPr="0010213C">
        <w:rPr>
          <w:rFonts w:ascii="Times New Roman" w:hAnsi="Times New Roman" w:cs="Times New Roman"/>
          <w:sz w:val="28"/>
          <w:szCs w:val="28"/>
        </w:rPr>
        <w:t>chuyên ngành y tế</w:t>
      </w:r>
      <w:r>
        <w:rPr>
          <w:rFonts w:ascii="Times New Roman" w:hAnsi="Times New Roman" w:cs="Times New Roman"/>
          <w:sz w:val="28"/>
          <w:szCs w:val="28"/>
        </w:rPr>
        <w:t>;</w:t>
      </w:r>
    </w:p>
    <w:p w:rsidR="0010213C" w:rsidRDefault="0010213C" w:rsidP="00946D47">
      <w:pPr>
        <w:spacing w:before="60" w:after="0" w:line="240" w:lineRule="auto"/>
        <w:ind w:firstLine="720"/>
        <w:jc w:val="both"/>
      </w:pPr>
      <w:r>
        <w:rPr>
          <w:rFonts w:ascii="Times New Roman" w:hAnsi="Times New Roman" w:cs="Times New Roman"/>
          <w:color w:val="000000"/>
          <w:sz w:val="28"/>
          <w:szCs w:val="28"/>
        </w:rPr>
        <w:t>UBND xã Đức Minh</w:t>
      </w:r>
      <w:r w:rsidRPr="0010213C">
        <w:rPr>
          <w:rFonts w:ascii="Times New Roman" w:hAnsi="Times New Roman" w:cs="Times New Roman"/>
          <w:color w:val="000000"/>
          <w:sz w:val="28"/>
          <w:szCs w:val="28"/>
        </w:rPr>
        <w:t xml:space="preserve"> ban hành Kế hoạch triển khai chiến dịch 90 ngày làm sạch, làm giàu,</w:t>
      </w:r>
      <w:r>
        <w:rPr>
          <w:color w:val="000000"/>
          <w:sz w:val="28"/>
          <w:szCs w:val="28"/>
        </w:rPr>
        <w:t xml:space="preserve"> </w:t>
      </w:r>
      <w:r w:rsidRPr="0010213C">
        <w:rPr>
          <w:rFonts w:ascii="Times New Roman" w:hAnsi="Times New Roman" w:cs="Times New Roman"/>
          <w:color w:val="000000"/>
          <w:sz w:val="28"/>
          <w:szCs w:val="28"/>
        </w:rPr>
        <w:t>chuẩn hóa dữ liệu của 12 cơ sở dữ liệu chuyên ngành y tế, thờ</w:t>
      </w:r>
      <w:r>
        <w:rPr>
          <w:rFonts w:ascii="Times New Roman" w:hAnsi="Times New Roman" w:cs="Times New Roman"/>
          <w:color w:val="000000"/>
          <w:sz w:val="28"/>
          <w:szCs w:val="28"/>
        </w:rPr>
        <w:t xml:space="preserve">i </w:t>
      </w:r>
      <w:r w:rsidRPr="0010213C">
        <w:rPr>
          <w:rFonts w:ascii="Times New Roman" w:hAnsi="Times New Roman" w:cs="Times New Roman"/>
          <w:color w:val="000000"/>
          <w:sz w:val="28"/>
          <w:szCs w:val="28"/>
        </w:rPr>
        <w:t>gian thực hiện từ</w:t>
      </w:r>
      <w:r>
        <w:rPr>
          <w:color w:val="000000"/>
          <w:sz w:val="28"/>
          <w:szCs w:val="28"/>
        </w:rPr>
        <w:t xml:space="preserve"> </w:t>
      </w:r>
      <w:r>
        <w:rPr>
          <w:rFonts w:ascii="Times New Roman" w:hAnsi="Times New Roman" w:cs="Times New Roman"/>
          <w:color w:val="000000"/>
          <w:sz w:val="28"/>
          <w:szCs w:val="28"/>
        </w:rPr>
        <w:t>tháng 8</w:t>
      </w:r>
      <w:r w:rsidRPr="0010213C">
        <w:rPr>
          <w:rFonts w:ascii="Times New Roman" w:hAnsi="Times New Roman" w:cs="Times New Roman"/>
          <w:color w:val="000000"/>
          <w:sz w:val="28"/>
          <w:szCs w:val="28"/>
        </w:rPr>
        <w:t>/2026 đế</w:t>
      </w:r>
      <w:r>
        <w:rPr>
          <w:rFonts w:ascii="Times New Roman" w:hAnsi="Times New Roman" w:cs="Times New Roman"/>
          <w:color w:val="000000"/>
          <w:sz w:val="28"/>
          <w:szCs w:val="28"/>
        </w:rPr>
        <w:t>n</w:t>
      </w:r>
      <w:r w:rsidR="00DF7861">
        <w:rPr>
          <w:rFonts w:ascii="Times New Roman" w:hAnsi="Times New Roman" w:cs="Times New Roman"/>
          <w:color w:val="000000"/>
          <w:sz w:val="28"/>
          <w:szCs w:val="28"/>
        </w:rPr>
        <w:t xml:space="preserve"> hết</w:t>
      </w:r>
      <w:r>
        <w:rPr>
          <w:rFonts w:ascii="Times New Roman" w:hAnsi="Times New Roman" w:cs="Times New Roman"/>
          <w:color w:val="000000"/>
          <w:sz w:val="28"/>
          <w:szCs w:val="28"/>
        </w:rPr>
        <w:t xml:space="preserve"> tháng 10</w:t>
      </w:r>
      <w:r w:rsidRPr="0010213C">
        <w:rPr>
          <w:rFonts w:ascii="Times New Roman" w:hAnsi="Times New Roman" w:cs="Times New Roman"/>
          <w:color w:val="000000"/>
          <w:sz w:val="28"/>
          <w:szCs w:val="28"/>
        </w:rPr>
        <w:t>/2026, cụ thể như sau:</w:t>
      </w:r>
      <w:r w:rsidRPr="0010213C">
        <w:t xml:space="preserve"> </w:t>
      </w:r>
    </w:p>
    <w:p w:rsidR="0010213C" w:rsidRPr="0010213C" w:rsidRDefault="0010213C" w:rsidP="00946D47">
      <w:pPr>
        <w:spacing w:before="60" w:after="0" w:line="240" w:lineRule="auto"/>
        <w:ind w:firstLine="720"/>
        <w:jc w:val="both"/>
        <w:rPr>
          <w:rFonts w:ascii="Times New Roman" w:eastAsiaTheme="majorEastAsia" w:hAnsi="Times New Roman" w:cs="Times New Roman"/>
          <w:b/>
          <w:bCs/>
          <w:sz w:val="28"/>
          <w:szCs w:val="28"/>
        </w:rPr>
      </w:pPr>
      <w:r w:rsidRPr="0010213C">
        <w:rPr>
          <w:rFonts w:ascii="Times New Roman" w:hAnsi="Times New Roman" w:cs="Times New Roman"/>
          <w:sz w:val="28"/>
          <w:szCs w:val="28"/>
        </w:rPr>
        <w:t xml:space="preserve">I. </w:t>
      </w:r>
      <w:r w:rsidRPr="0010213C">
        <w:rPr>
          <w:rFonts w:ascii="Times New Roman" w:eastAsiaTheme="majorEastAsia" w:hAnsi="Times New Roman" w:cs="Times New Roman"/>
          <w:b/>
          <w:bCs/>
          <w:sz w:val="28"/>
          <w:szCs w:val="28"/>
        </w:rPr>
        <w:t>MỤC ĐÍCH, YÊU CẦU</w:t>
      </w:r>
    </w:p>
    <w:p w:rsidR="0010213C" w:rsidRDefault="0010213C" w:rsidP="00946D47">
      <w:pPr>
        <w:spacing w:before="60" w:after="0" w:line="240" w:lineRule="auto"/>
        <w:ind w:firstLine="720"/>
        <w:jc w:val="both"/>
        <w:rPr>
          <w:rFonts w:ascii="Times New Roman" w:eastAsiaTheme="majorEastAsia" w:hAnsi="Times New Roman" w:cs="Times New Roman"/>
          <w:b/>
          <w:bCs/>
          <w:sz w:val="28"/>
          <w:szCs w:val="28"/>
        </w:rPr>
      </w:pPr>
      <w:r w:rsidRPr="0010213C">
        <w:rPr>
          <w:rFonts w:ascii="Times New Roman" w:eastAsiaTheme="majorEastAsia" w:hAnsi="Times New Roman" w:cs="Times New Roman"/>
          <w:b/>
          <w:bCs/>
          <w:sz w:val="28"/>
          <w:szCs w:val="28"/>
        </w:rPr>
        <w:t>1. Mụ</w:t>
      </w:r>
      <w:r>
        <w:rPr>
          <w:rFonts w:ascii="Times New Roman" w:eastAsiaTheme="majorEastAsia" w:hAnsi="Times New Roman" w:cs="Times New Roman"/>
          <w:b/>
          <w:bCs/>
          <w:sz w:val="28"/>
          <w:szCs w:val="28"/>
        </w:rPr>
        <w:t>c đích</w:t>
      </w:r>
    </w:p>
    <w:p w:rsidR="0010213C" w:rsidRPr="0010213C" w:rsidRDefault="0010213C" w:rsidP="00946D47">
      <w:pPr>
        <w:spacing w:before="60" w:after="0" w:line="240" w:lineRule="auto"/>
        <w:ind w:firstLine="720"/>
        <w:jc w:val="both"/>
        <w:rPr>
          <w:rFonts w:ascii="Times New Roman" w:eastAsiaTheme="majorEastAsia" w:hAnsi="Times New Roman" w:cs="Times New Roman"/>
          <w:b/>
          <w:bCs/>
          <w:sz w:val="28"/>
          <w:szCs w:val="28"/>
        </w:rPr>
      </w:pPr>
      <w:r w:rsidRPr="0010213C">
        <w:rPr>
          <w:rFonts w:ascii="Times New Roman" w:eastAsiaTheme="majorEastAsia" w:hAnsi="Times New Roman" w:cs="Times New Roman"/>
          <w:b/>
          <w:bCs/>
          <w:sz w:val="28"/>
          <w:szCs w:val="28"/>
        </w:rPr>
        <w:t xml:space="preserve">- </w:t>
      </w:r>
      <w:r w:rsidRPr="0010213C">
        <w:rPr>
          <w:rFonts w:ascii="Times New Roman" w:eastAsia="Times New Roman" w:hAnsi="Times New Roman" w:cs="Times New Roman"/>
          <w:sz w:val="28"/>
          <w:szCs w:val="28"/>
        </w:rPr>
        <w:t xml:space="preserve">Tổ chức triển khai thống nhất, đồng bộ và hiệu quả Chiến dịch 90 ngày làm sạch, làm giàu, chuẩn hóa dữ liệu của 12 cơ sở dữ liệu chuyên ngành y tế trên địa bàn xã Đức Minh theo chỉ đạo của Bộ Y tế, UBND tỉnh Hà Tĩnh và Sở Y tế. </w:t>
      </w:r>
    </w:p>
    <w:p w:rsidR="0010213C" w:rsidRPr="0010213C" w:rsidRDefault="0010213C" w:rsidP="00946D47">
      <w:pPr>
        <w:spacing w:before="60" w:after="0" w:line="240" w:lineRule="auto"/>
        <w:ind w:firstLine="720"/>
        <w:jc w:val="both"/>
        <w:rPr>
          <w:rFonts w:ascii="Times New Roman" w:eastAsiaTheme="majorEastAsia" w:hAnsi="Times New Roman" w:cs="Times New Roman"/>
          <w:b/>
          <w:bCs/>
          <w:sz w:val="28"/>
          <w:szCs w:val="28"/>
        </w:rPr>
      </w:pPr>
      <w:r w:rsidRPr="0010213C">
        <w:rPr>
          <w:rFonts w:ascii="Times New Roman" w:eastAsiaTheme="majorEastAsia" w:hAnsi="Times New Roman" w:cs="Times New Roman"/>
          <w:b/>
          <w:bCs/>
          <w:sz w:val="28"/>
          <w:szCs w:val="28"/>
        </w:rPr>
        <w:t xml:space="preserve">- </w:t>
      </w:r>
      <w:r w:rsidRPr="0010213C">
        <w:rPr>
          <w:rFonts w:ascii="Times New Roman" w:eastAsia="Times New Roman" w:hAnsi="Times New Roman" w:cs="Times New Roman"/>
          <w:sz w:val="28"/>
          <w:szCs w:val="28"/>
        </w:rPr>
        <w:t xml:space="preserve">Nâng cao chất lượng dữ liệu theo các tiêu chí </w:t>
      </w:r>
      <w:r w:rsidRPr="0010213C">
        <w:rPr>
          <w:rFonts w:ascii="Times New Roman" w:eastAsia="Times New Roman" w:hAnsi="Times New Roman" w:cs="Times New Roman"/>
          <w:bCs/>
          <w:i/>
          <w:sz w:val="28"/>
          <w:szCs w:val="28"/>
        </w:rPr>
        <w:t>"Đúng - Đủ - Sạch - Sống - Thống nhất - Dùng chung - Thông suốt - Đồng bộ"</w:t>
      </w:r>
      <w:r w:rsidRPr="0010213C">
        <w:rPr>
          <w:rFonts w:ascii="Times New Roman" w:eastAsia="Times New Roman" w:hAnsi="Times New Roman" w:cs="Times New Roman"/>
          <w:i/>
          <w:sz w:val="28"/>
          <w:szCs w:val="28"/>
        </w:rPr>
        <w:t>,</w:t>
      </w:r>
      <w:r w:rsidRPr="0010213C">
        <w:rPr>
          <w:rFonts w:ascii="Times New Roman" w:eastAsia="Times New Roman" w:hAnsi="Times New Roman" w:cs="Times New Roman"/>
          <w:sz w:val="28"/>
          <w:szCs w:val="28"/>
        </w:rPr>
        <w:t xml:space="preserve"> bảo đảm dữ liệu được cập nhật đầy đủ, chính xác, phục vụ công tác quản lý nhà nước, chuyển đổi số và chăm sóc sức khỏe nhân dân. </w:t>
      </w:r>
    </w:p>
    <w:p w:rsidR="0010213C" w:rsidRPr="0010213C" w:rsidRDefault="0010213C" w:rsidP="00946D47">
      <w:pPr>
        <w:spacing w:before="60" w:after="0" w:line="240" w:lineRule="auto"/>
        <w:ind w:firstLine="720"/>
        <w:jc w:val="both"/>
        <w:rPr>
          <w:rFonts w:ascii="Times New Roman" w:eastAsiaTheme="majorEastAsia" w:hAnsi="Times New Roman" w:cs="Times New Roman"/>
          <w:b/>
          <w:bCs/>
          <w:sz w:val="28"/>
          <w:szCs w:val="28"/>
        </w:rPr>
      </w:pPr>
      <w:r w:rsidRPr="0010213C">
        <w:rPr>
          <w:rFonts w:ascii="Times New Roman" w:eastAsiaTheme="majorEastAsia" w:hAnsi="Times New Roman" w:cs="Times New Roman"/>
          <w:b/>
          <w:bCs/>
          <w:sz w:val="28"/>
          <w:szCs w:val="28"/>
        </w:rPr>
        <w:t xml:space="preserve">- </w:t>
      </w:r>
      <w:r w:rsidRPr="0010213C">
        <w:rPr>
          <w:rFonts w:ascii="Times New Roman" w:eastAsia="Times New Roman" w:hAnsi="Times New Roman" w:cs="Times New Roman"/>
          <w:sz w:val="28"/>
          <w:szCs w:val="28"/>
        </w:rPr>
        <w:t xml:space="preserve">Tăng cường sự phối hợp giữa UBND xã, Trạm Y tế, Công an xã, công chức Tư pháp - Hộ tịch, </w:t>
      </w:r>
      <w:r>
        <w:rPr>
          <w:rFonts w:ascii="Times New Roman" w:eastAsia="Times New Roman" w:hAnsi="Times New Roman" w:cs="Times New Roman"/>
          <w:sz w:val="28"/>
          <w:szCs w:val="28"/>
        </w:rPr>
        <w:t>Phòng</w:t>
      </w:r>
      <w:r w:rsidRPr="0010213C">
        <w:rPr>
          <w:rFonts w:ascii="Times New Roman" w:eastAsia="Times New Roman" w:hAnsi="Times New Roman" w:cs="Times New Roman"/>
          <w:sz w:val="28"/>
          <w:szCs w:val="28"/>
        </w:rPr>
        <w:t xml:space="preserve"> Văn hóa - Xã hội, trưởng thôn và các đơn vị liên quan trong việc rà soát, xác minh, cập nhật và chuẩn hóa dữ liệu. </w:t>
      </w:r>
    </w:p>
    <w:p w:rsidR="00FA63AF" w:rsidRDefault="0010213C" w:rsidP="00946D47">
      <w:pPr>
        <w:spacing w:before="60" w:after="0" w:line="240" w:lineRule="auto"/>
        <w:ind w:firstLine="720"/>
        <w:jc w:val="both"/>
        <w:rPr>
          <w:rFonts w:ascii="Times New Roman" w:eastAsia="Times New Roman" w:hAnsi="Times New Roman" w:cs="Times New Roman"/>
          <w:sz w:val="28"/>
          <w:szCs w:val="28"/>
        </w:rPr>
      </w:pPr>
      <w:r w:rsidRPr="0010213C">
        <w:rPr>
          <w:rFonts w:ascii="Times New Roman" w:eastAsiaTheme="majorEastAsia" w:hAnsi="Times New Roman" w:cs="Times New Roman"/>
          <w:b/>
          <w:bCs/>
          <w:sz w:val="28"/>
          <w:szCs w:val="28"/>
        </w:rPr>
        <w:t xml:space="preserve">- </w:t>
      </w:r>
      <w:r w:rsidRPr="0010213C">
        <w:rPr>
          <w:rFonts w:ascii="Times New Roman" w:eastAsia="Times New Roman" w:hAnsi="Times New Roman" w:cs="Times New Roman"/>
          <w:sz w:val="28"/>
          <w:szCs w:val="28"/>
        </w:rPr>
        <w:t>Thiết lập cơ chế quản lý, cập nhật và duy trì dữ liệu thường xuyên sau khi kết thúc Chiến dịch, góp phần nâng cao hiệu quả quản lý, khai thác và sử dụng dữ liệu y tế trên địa bàn.</w:t>
      </w:r>
    </w:p>
    <w:p w:rsidR="00FA63AF" w:rsidRPr="00C0110D" w:rsidRDefault="00FA63AF" w:rsidP="00946D47">
      <w:pPr>
        <w:spacing w:before="60" w:after="0" w:line="240" w:lineRule="auto"/>
        <w:ind w:firstLine="720"/>
        <w:jc w:val="both"/>
        <w:rPr>
          <w:rFonts w:ascii="Times New Roman" w:eastAsia="Times New Roman" w:hAnsi="Times New Roman" w:cs="Times New Roman"/>
          <w:sz w:val="28"/>
          <w:szCs w:val="28"/>
        </w:rPr>
      </w:pPr>
      <w:r w:rsidRPr="00C0110D">
        <w:rPr>
          <w:rFonts w:ascii="Times New Roman" w:eastAsia="Times New Roman" w:hAnsi="Times New Roman" w:cs="Times New Roman"/>
          <w:b/>
          <w:bCs/>
          <w:sz w:val="28"/>
          <w:szCs w:val="28"/>
        </w:rPr>
        <w:t>2. Yêu cầu</w:t>
      </w:r>
    </w:p>
    <w:p w:rsidR="00FA63AF" w:rsidRPr="00C0110D" w:rsidRDefault="00FA63AF" w:rsidP="00946D47">
      <w:pPr>
        <w:spacing w:before="60" w:after="0" w:line="240" w:lineRule="auto"/>
        <w:ind w:firstLine="720"/>
        <w:jc w:val="both"/>
        <w:rPr>
          <w:rFonts w:ascii="Times New Roman" w:eastAsia="Times New Roman" w:hAnsi="Times New Roman" w:cs="Times New Roman"/>
          <w:sz w:val="28"/>
          <w:szCs w:val="28"/>
        </w:rPr>
      </w:pPr>
      <w:r w:rsidRPr="00C0110D">
        <w:rPr>
          <w:rFonts w:ascii="Times New Roman" w:eastAsia="Times New Roman" w:hAnsi="Times New Roman" w:cs="Times New Roman"/>
          <w:sz w:val="28"/>
          <w:szCs w:val="28"/>
        </w:rPr>
        <w:t xml:space="preserve">- </w:t>
      </w:r>
      <w:r w:rsidRPr="00FA63AF">
        <w:rPr>
          <w:rFonts w:ascii="Times New Roman" w:eastAsia="Times New Roman" w:hAnsi="Times New Roman" w:cs="Times New Roman"/>
          <w:sz w:val="28"/>
          <w:szCs w:val="28"/>
        </w:rPr>
        <w:t xml:space="preserve">Triển khai Chiến dịch đồng bộ, đúng tiến độ, đúng quy định và phù hợp với tình hình thực tế của địa phương. </w:t>
      </w:r>
    </w:p>
    <w:p w:rsidR="00FA63AF" w:rsidRPr="00C0110D" w:rsidRDefault="00FA63AF" w:rsidP="00946D47">
      <w:pPr>
        <w:spacing w:before="60" w:after="0" w:line="240" w:lineRule="auto"/>
        <w:ind w:firstLine="720"/>
        <w:jc w:val="both"/>
        <w:rPr>
          <w:rFonts w:ascii="Times New Roman" w:eastAsia="Times New Roman" w:hAnsi="Times New Roman" w:cs="Times New Roman"/>
          <w:sz w:val="28"/>
          <w:szCs w:val="28"/>
        </w:rPr>
      </w:pPr>
      <w:r w:rsidRPr="00C0110D">
        <w:rPr>
          <w:rFonts w:ascii="Times New Roman" w:eastAsia="Times New Roman" w:hAnsi="Times New Roman" w:cs="Times New Roman"/>
          <w:sz w:val="28"/>
          <w:szCs w:val="28"/>
        </w:rPr>
        <w:t xml:space="preserve">- </w:t>
      </w:r>
      <w:r w:rsidRPr="00FA63AF">
        <w:rPr>
          <w:rFonts w:ascii="Times New Roman" w:eastAsia="Times New Roman" w:hAnsi="Times New Roman" w:cs="Times New Roman"/>
          <w:sz w:val="28"/>
          <w:szCs w:val="28"/>
        </w:rPr>
        <w:t xml:space="preserve">Bảo đảm dữ liệu được rà soát, xác minh, cập nhật chính xác, đầy đủ; thực hiện nghiêm các quy định về bảo vệ dữ liệu cá nhân và an toàn thông tin. </w:t>
      </w:r>
    </w:p>
    <w:p w:rsidR="00FA63AF" w:rsidRPr="00C0110D" w:rsidRDefault="00FA63AF" w:rsidP="00946D47">
      <w:pPr>
        <w:spacing w:before="60" w:after="0" w:line="240" w:lineRule="auto"/>
        <w:ind w:firstLine="720"/>
        <w:jc w:val="both"/>
        <w:rPr>
          <w:rFonts w:ascii="Times New Roman" w:eastAsia="Times New Roman" w:hAnsi="Times New Roman" w:cs="Times New Roman"/>
          <w:sz w:val="28"/>
          <w:szCs w:val="28"/>
        </w:rPr>
      </w:pPr>
      <w:r w:rsidRPr="00C0110D">
        <w:rPr>
          <w:rFonts w:ascii="Times New Roman" w:eastAsia="Times New Roman" w:hAnsi="Times New Roman" w:cs="Times New Roman"/>
          <w:sz w:val="28"/>
          <w:szCs w:val="28"/>
        </w:rPr>
        <w:lastRenderedPageBreak/>
        <w:t xml:space="preserve">- </w:t>
      </w:r>
      <w:r w:rsidRPr="00FA63AF">
        <w:rPr>
          <w:rFonts w:ascii="Times New Roman" w:eastAsia="Times New Roman" w:hAnsi="Times New Roman" w:cs="Times New Roman"/>
          <w:sz w:val="28"/>
          <w:szCs w:val="28"/>
        </w:rPr>
        <w:t xml:space="preserve">Phân công rõ trách nhiệm, tăng cường phối hợp giữa các cơ quan, đơn vị và cá nhân có liên quan; đề cao trách nhiệm của người đứng đầu trong tổ chức thực hiện. </w:t>
      </w:r>
    </w:p>
    <w:p w:rsidR="00FA63AF" w:rsidRPr="00FA63AF" w:rsidRDefault="00FA63AF" w:rsidP="00946D47">
      <w:pPr>
        <w:spacing w:before="60" w:after="0" w:line="240" w:lineRule="auto"/>
        <w:ind w:firstLine="720"/>
        <w:jc w:val="both"/>
        <w:rPr>
          <w:rFonts w:ascii="Times New Roman" w:eastAsia="Times New Roman" w:hAnsi="Times New Roman" w:cs="Times New Roman"/>
          <w:sz w:val="28"/>
          <w:szCs w:val="28"/>
        </w:rPr>
      </w:pPr>
      <w:r w:rsidRPr="00C0110D">
        <w:rPr>
          <w:rFonts w:ascii="Times New Roman" w:eastAsia="Times New Roman" w:hAnsi="Times New Roman" w:cs="Times New Roman"/>
          <w:sz w:val="28"/>
          <w:szCs w:val="28"/>
        </w:rPr>
        <w:t xml:space="preserve">- </w:t>
      </w:r>
      <w:r w:rsidRPr="00FA63AF">
        <w:rPr>
          <w:rFonts w:ascii="Times New Roman" w:eastAsia="Times New Roman" w:hAnsi="Times New Roman" w:cs="Times New Roman"/>
          <w:sz w:val="28"/>
          <w:szCs w:val="28"/>
        </w:rPr>
        <w:t>Thực hiện nghiêm chế độ kiểm tra, giám sát, báo cáo; kịp thời xử lý các khó khăn, vướng mắc, bảo đảm hoàn thành các nhiệm vụ theo kế hoạch.</w:t>
      </w:r>
    </w:p>
    <w:p w:rsidR="00C0110D" w:rsidRDefault="00C0110D" w:rsidP="00946D47">
      <w:pPr>
        <w:spacing w:before="60" w:after="0" w:line="240" w:lineRule="auto"/>
        <w:ind w:firstLine="720"/>
        <w:jc w:val="both"/>
        <w:rPr>
          <w:rFonts w:ascii="Times New Roman" w:eastAsiaTheme="majorEastAsia" w:hAnsi="Times New Roman" w:cs="Times New Roman"/>
          <w:b/>
          <w:bCs/>
          <w:sz w:val="28"/>
          <w:szCs w:val="28"/>
        </w:rPr>
      </w:pPr>
      <w:r>
        <w:rPr>
          <w:rFonts w:ascii="Times New Roman" w:eastAsiaTheme="majorEastAsia" w:hAnsi="Times New Roman" w:cs="Times New Roman"/>
          <w:b/>
          <w:bCs/>
          <w:sz w:val="28"/>
          <w:szCs w:val="28"/>
        </w:rPr>
        <w:t>II. MỤC TIÊU</w:t>
      </w:r>
    </w:p>
    <w:p w:rsidR="00C0110D" w:rsidRDefault="00C0110D" w:rsidP="00946D47">
      <w:pPr>
        <w:spacing w:before="60" w:after="0" w:line="240" w:lineRule="auto"/>
        <w:ind w:firstLine="720"/>
        <w:jc w:val="both"/>
        <w:rPr>
          <w:rFonts w:ascii="Times New Roman" w:eastAsiaTheme="majorEastAsia" w:hAnsi="Times New Roman" w:cs="Times New Roman"/>
          <w:b/>
          <w:bCs/>
          <w:sz w:val="28"/>
          <w:szCs w:val="28"/>
        </w:rPr>
      </w:pPr>
      <w:r w:rsidRPr="00C0110D">
        <w:rPr>
          <w:rFonts w:ascii="Times New Roman" w:eastAsiaTheme="majorEastAsia" w:hAnsi="Times New Roman" w:cs="Times New Roman"/>
          <w:b/>
          <w:bCs/>
          <w:sz w:val="28"/>
          <w:szCs w:val="28"/>
        </w:rPr>
        <w:t>1.</w:t>
      </w:r>
      <w:r w:rsidRPr="00C0110D">
        <w:rPr>
          <w:rFonts w:ascii="Times New Roman" w:eastAsia="Times New Roman" w:hAnsi="Times New Roman" w:cs="Times New Roman"/>
          <w:b/>
          <w:iCs/>
          <w:sz w:val="28"/>
          <w:szCs w:val="28"/>
        </w:rPr>
        <w:t xml:space="preserve"> M</w:t>
      </w:r>
      <w:r w:rsidRPr="00C0110D">
        <w:rPr>
          <w:rFonts w:ascii="Times New Roman" w:eastAsia="Times New Roman" w:hAnsi="Times New Roman" w:cs="Times New Roman"/>
          <w:b/>
          <w:sz w:val="28"/>
          <w:szCs w:val="28"/>
        </w:rPr>
        <w:t>ục tiêu chung</w:t>
      </w:r>
    </w:p>
    <w:p w:rsidR="00C0110D" w:rsidRDefault="00C0110D" w:rsidP="00946D47">
      <w:pPr>
        <w:spacing w:before="60" w:after="0" w:line="240" w:lineRule="auto"/>
        <w:ind w:firstLine="720"/>
        <w:jc w:val="both"/>
        <w:rPr>
          <w:rFonts w:ascii="Times New Roman" w:eastAsia="Times New Roman" w:hAnsi="Times New Roman" w:cs="Times New Roman"/>
          <w:sz w:val="28"/>
          <w:szCs w:val="28"/>
        </w:rPr>
      </w:pPr>
      <w:r w:rsidRPr="00C0110D">
        <w:rPr>
          <w:rFonts w:ascii="Times New Roman" w:eastAsia="Times New Roman" w:hAnsi="Times New Roman" w:cs="Times New Roman"/>
          <w:sz w:val="28"/>
          <w:szCs w:val="28"/>
        </w:rPr>
        <w:t>Hoàn thành việc rà soát, làm sạch, làm giàu và chuẩn hóa dữ liệu thuộc 12 cơ sở dữ liệu chuyên ngành y tế trên địa bàn xã Đức Minh theo đúng lộ trình của Chiến dịch; bảo đảm dữ liệu được cập nhật chính xác, đầy đủ, thống nhất và đồng bộ, đáp ứng yêu cầu quản lý nhà nước, chuyển đổi số ngành y tế và phục vụ người dân.</w:t>
      </w:r>
    </w:p>
    <w:p w:rsidR="000732BF" w:rsidRPr="000732BF" w:rsidRDefault="000732BF" w:rsidP="00946D47">
      <w:pPr>
        <w:spacing w:before="60" w:after="0" w:line="240" w:lineRule="auto"/>
        <w:ind w:firstLine="720"/>
        <w:jc w:val="both"/>
        <w:rPr>
          <w:rFonts w:ascii="Times New Roman" w:eastAsia="Times New Roman" w:hAnsi="Times New Roman" w:cs="Times New Roman"/>
          <w:b/>
          <w:sz w:val="28"/>
          <w:szCs w:val="28"/>
        </w:rPr>
      </w:pPr>
      <w:r w:rsidRPr="000732BF">
        <w:rPr>
          <w:rFonts w:ascii="Times New Roman" w:eastAsia="Times New Roman" w:hAnsi="Times New Roman" w:cs="Times New Roman"/>
          <w:b/>
          <w:sz w:val="28"/>
          <w:szCs w:val="28"/>
        </w:rPr>
        <w:t>2. Mục tiêu cụ thể</w:t>
      </w:r>
    </w:p>
    <w:p w:rsidR="000732BF" w:rsidRDefault="000732BF" w:rsidP="00946D47">
      <w:pPr>
        <w:spacing w:before="60" w:after="0" w:line="240" w:lineRule="auto"/>
        <w:ind w:firstLine="720"/>
        <w:jc w:val="both"/>
        <w:rPr>
          <w:rFonts w:ascii="Times New Roman" w:eastAsia="Times New Roman" w:hAnsi="Times New Roman" w:cs="Times New Roman"/>
          <w:sz w:val="28"/>
          <w:szCs w:val="28"/>
        </w:rPr>
      </w:pPr>
      <w:r w:rsidRPr="000732BF">
        <w:rPr>
          <w:rFonts w:ascii="Times New Roman" w:eastAsia="Times New Roman" w:hAnsi="Times New Roman" w:cs="Times New Roman"/>
          <w:sz w:val="28"/>
          <w:szCs w:val="28"/>
        </w:rPr>
        <w:t xml:space="preserve">- Thành lập Tổ dữ liệu cấp xã, tổ chức triển khai đồng bộ các nhiệm vụ của Chiến dịch trên địa bàn. </w:t>
      </w:r>
    </w:p>
    <w:p w:rsidR="004F35CC" w:rsidRPr="004F35CC" w:rsidRDefault="004F35CC" w:rsidP="00946D47">
      <w:pPr>
        <w:autoSpaceDE w:val="0"/>
        <w:autoSpaceDN w:val="0"/>
        <w:adjustRightInd w:val="0"/>
        <w:spacing w:before="60" w:after="0" w:line="240" w:lineRule="auto"/>
        <w:ind w:firstLine="720"/>
        <w:jc w:val="both"/>
        <w:rPr>
          <w:rFonts w:ascii="Times New Roman" w:eastAsia="Calibri" w:hAnsi="Times New Roman" w:cs="Times New Roman"/>
          <w:sz w:val="28"/>
          <w:szCs w:val="28"/>
        </w:rPr>
      </w:pPr>
      <w:r w:rsidRPr="004F35CC">
        <w:rPr>
          <w:rFonts w:ascii="Times New Roman" w:eastAsia="Calibri" w:hAnsi="Times New Roman" w:cs="Times New Roman"/>
          <w:sz w:val="28"/>
          <w:szCs w:val="28"/>
        </w:rPr>
        <w:t>- 100% dữ liệu thuộc phạm vi quản lý của xã được rà soát, đối chiếu, chuẩn hóa theo quy định.</w:t>
      </w:r>
    </w:p>
    <w:p w:rsidR="004F35CC" w:rsidRPr="004F35CC" w:rsidRDefault="004F35CC" w:rsidP="00946D47">
      <w:pPr>
        <w:autoSpaceDE w:val="0"/>
        <w:autoSpaceDN w:val="0"/>
        <w:adjustRightInd w:val="0"/>
        <w:spacing w:before="60" w:after="0" w:line="240" w:lineRule="auto"/>
        <w:ind w:firstLine="720"/>
        <w:jc w:val="both"/>
        <w:rPr>
          <w:rFonts w:ascii="Times New Roman" w:eastAsia="Calibri" w:hAnsi="Times New Roman" w:cs="Times New Roman"/>
          <w:sz w:val="28"/>
          <w:szCs w:val="28"/>
        </w:rPr>
      </w:pPr>
      <w:r w:rsidRPr="004F35CC">
        <w:rPr>
          <w:rFonts w:ascii="Times New Roman" w:eastAsia="Calibri" w:hAnsi="Times New Roman" w:cs="Times New Roman"/>
          <w:sz w:val="28"/>
          <w:szCs w:val="28"/>
        </w:rPr>
        <w:t>- 100% hồ sơ có thông tin định danh cá nhân được kiểm tra, xác thực với Cơ sở dữ liệu quốc gia về dân cư.</w:t>
      </w:r>
    </w:p>
    <w:p w:rsidR="004F35CC" w:rsidRPr="004F35CC" w:rsidRDefault="004F35CC" w:rsidP="00946D47">
      <w:pPr>
        <w:autoSpaceDE w:val="0"/>
        <w:autoSpaceDN w:val="0"/>
        <w:adjustRightInd w:val="0"/>
        <w:spacing w:before="60" w:after="0" w:line="240" w:lineRule="auto"/>
        <w:ind w:firstLine="720"/>
        <w:jc w:val="both"/>
        <w:rPr>
          <w:rFonts w:ascii="Times New Roman" w:eastAsia="Calibri" w:hAnsi="Times New Roman" w:cs="Times New Roman"/>
          <w:sz w:val="28"/>
          <w:szCs w:val="28"/>
        </w:rPr>
      </w:pPr>
      <w:r w:rsidRPr="004F35CC">
        <w:rPr>
          <w:rFonts w:ascii="Times New Roman" w:eastAsia="Calibri" w:hAnsi="Times New Roman" w:cs="Times New Roman"/>
          <w:sz w:val="28"/>
          <w:szCs w:val="28"/>
        </w:rPr>
        <w:t>- Giảm tối đa tình trạng dữ liệu trùng lặp, sai thông tin, thiếu trường dữ liệu hoặc không đúng chuẩn.</w:t>
      </w:r>
    </w:p>
    <w:p w:rsidR="004F35CC" w:rsidRPr="004F35CC" w:rsidRDefault="004F35CC" w:rsidP="00946D47">
      <w:pPr>
        <w:autoSpaceDE w:val="0"/>
        <w:autoSpaceDN w:val="0"/>
        <w:adjustRightInd w:val="0"/>
        <w:spacing w:before="60" w:after="0" w:line="240" w:lineRule="auto"/>
        <w:ind w:firstLine="720"/>
        <w:jc w:val="both"/>
        <w:rPr>
          <w:rFonts w:ascii="Times New Roman" w:eastAsia="Calibri" w:hAnsi="Times New Roman" w:cs="Times New Roman"/>
          <w:sz w:val="28"/>
          <w:szCs w:val="28"/>
        </w:rPr>
      </w:pPr>
      <w:r w:rsidRPr="004F35CC">
        <w:rPr>
          <w:rFonts w:ascii="Times New Roman" w:eastAsia="Calibri" w:hAnsi="Times New Roman" w:cs="Times New Roman"/>
          <w:sz w:val="28"/>
          <w:szCs w:val="28"/>
        </w:rPr>
        <w:t>- 100% dữ liệu phát sinh trong thời gian thực hiện chiến dịch được cập nhật ngay, không để tồn đọng.</w:t>
      </w:r>
    </w:p>
    <w:p w:rsidR="004F35CC" w:rsidRPr="004F35CC" w:rsidRDefault="004F35CC" w:rsidP="00946D47">
      <w:pPr>
        <w:autoSpaceDE w:val="0"/>
        <w:autoSpaceDN w:val="0"/>
        <w:adjustRightInd w:val="0"/>
        <w:spacing w:before="60" w:after="0" w:line="240" w:lineRule="auto"/>
        <w:ind w:firstLine="720"/>
        <w:jc w:val="both"/>
        <w:rPr>
          <w:rFonts w:ascii="Times New Roman" w:eastAsia="Calibri" w:hAnsi="Times New Roman" w:cs="Times New Roman"/>
          <w:sz w:val="28"/>
          <w:szCs w:val="28"/>
        </w:rPr>
      </w:pPr>
      <w:r w:rsidRPr="004F35CC">
        <w:rPr>
          <w:rFonts w:ascii="Times New Roman" w:eastAsia="Calibri" w:hAnsi="Times New Roman" w:cs="Times New Roman"/>
          <w:sz w:val="28"/>
          <w:szCs w:val="28"/>
        </w:rPr>
        <w:t>- 100% cán bộ trực tiếp quản lý dữ liệu được hướng dẫn, tập huấn quy trình chuẩn hóa dữ liệu.</w:t>
      </w:r>
    </w:p>
    <w:p w:rsidR="004F35CC" w:rsidRPr="004F35CC" w:rsidRDefault="004F35CC" w:rsidP="00946D47">
      <w:pPr>
        <w:autoSpaceDE w:val="0"/>
        <w:autoSpaceDN w:val="0"/>
        <w:adjustRightInd w:val="0"/>
        <w:spacing w:before="60" w:after="0" w:line="240" w:lineRule="auto"/>
        <w:ind w:firstLine="720"/>
        <w:jc w:val="both"/>
        <w:rPr>
          <w:rFonts w:ascii="Times New Roman" w:eastAsia="Calibri" w:hAnsi="Times New Roman" w:cs="Times New Roman"/>
          <w:sz w:val="28"/>
          <w:szCs w:val="28"/>
        </w:rPr>
      </w:pPr>
      <w:r w:rsidRPr="004F35CC">
        <w:rPr>
          <w:rFonts w:ascii="Times New Roman" w:eastAsia="Calibri" w:hAnsi="Times New Roman" w:cs="Times New Roman"/>
          <w:sz w:val="28"/>
          <w:szCs w:val="28"/>
        </w:rPr>
        <w:t>- Thiết lập cơ chế duy trì, cập nhật thường xuyên sau khi kết thúc chiến dịch, bảo đảm dữ liệu luôn "đúng - đủ - sạch - sống".</w:t>
      </w:r>
    </w:p>
    <w:p w:rsidR="00694B24" w:rsidRDefault="00694B24" w:rsidP="00946D47">
      <w:pPr>
        <w:spacing w:before="60" w:after="0" w:line="240" w:lineRule="auto"/>
        <w:ind w:firstLine="720"/>
        <w:jc w:val="both"/>
        <w:rPr>
          <w:rFonts w:ascii="Times New Roman" w:eastAsia="Times New Roman" w:hAnsi="Times New Roman" w:cs="Times New Roman"/>
          <w:sz w:val="28"/>
          <w:szCs w:val="28"/>
        </w:rPr>
      </w:pPr>
      <w:r w:rsidRPr="00694B24">
        <w:rPr>
          <w:rFonts w:ascii="Times New Roman" w:eastAsia="Times New Roman" w:hAnsi="Times New Roman" w:cs="Times New Roman"/>
          <w:b/>
          <w:bCs/>
          <w:sz w:val="28"/>
          <w:szCs w:val="28"/>
        </w:rPr>
        <w:t>III. NỘI DUNG THỰC HIỆN</w:t>
      </w:r>
    </w:p>
    <w:p w:rsidR="00694B24" w:rsidRDefault="00694B24" w:rsidP="00946D47">
      <w:pPr>
        <w:spacing w:before="60" w:after="0" w:line="240" w:lineRule="auto"/>
        <w:ind w:firstLine="720"/>
        <w:jc w:val="both"/>
        <w:rPr>
          <w:rFonts w:ascii="Times New Roman" w:eastAsia="Times New Roman" w:hAnsi="Times New Roman" w:cs="Times New Roman"/>
          <w:sz w:val="28"/>
          <w:szCs w:val="28"/>
        </w:rPr>
      </w:pPr>
      <w:r w:rsidRPr="00694B24">
        <w:rPr>
          <w:rFonts w:ascii="Times New Roman" w:eastAsia="Times New Roman" w:hAnsi="Times New Roman" w:cs="Times New Roman"/>
          <w:b/>
          <w:bCs/>
          <w:sz w:val="28"/>
          <w:szCs w:val="28"/>
        </w:rPr>
        <w:t>1. Thành lập Tổ dữ liệu cấp xã</w:t>
      </w:r>
    </w:p>
    <w:p w:rsidR="00694B24" w:rsidRDefault="00694B24" w:rsidP="00946D47">
      <w:pPr>
        <w:spacing w:before="60" w:after="0" w:line="240" w:lineRule="auto"/>
        <w:ind w:firstLine="720"/>
        <w:jc w:val="both"/>
        <w:rPr>
          <w:rFonts w:ascii="Times New Roman" w:eastAsia="Times New Roman" w:hAnsi="Times New Roman" w:cs="Times New Roman"/>
          <w:sz w:val="28"/>
          <w:szCs w:val="28"/>
        </w:rPr>
      </w:pPr>
      <w:r w:rsidRPr="00694B24">
        <w:rPr>
          <w:rFonts w:ascii="Times New Roman" w:eastAsia="Times New Roman" w:hAnsi="Times New Roman" w:cs="Times New Roman"/>
          <w:sz w:val="28"/>
          <w:szCs w:val="28"/>
        </w:rPr>
        <w:t>Thành lập Tổ dữ liệu cấp xã theo chỉ đạo của Bộ Y tế và Sở Y tế; phân công nhiệm vụ cụ thể cho từng thành viên; tổ chức tiếp nhận, rà soát, xác minh, cập nhật và tổng hợp kết quả thực hiện Chiến dịch trên địa bàn. Tổ dữ liệu cấp xã làm việc theo chế độ kiêm nhiệm và tự giải thể sau khi hoàn thành nhiệm vụ hoặc theo quyết định của Chủ tịch UBND xã.</w:t>
      </w:r>
    </w:p>
    <w:p w:rsidR="00694B24" w:rsidRDefault="00694B24" w:rsidP="00946D47">
      <w:pPr>
        <w:spacing w:before="60" w:after="0" w:line="240" w:lineRule="auto"/>
        <w:ind w:firstLine="720"/>
        <w:jc w:val="both"/>
        <w:rPr>
          <w:rFonts w:ascii="Times New Roman" w:eastAsia="Times New Roman" w:hAnsi="Times New Roman" w:cs="Times New Roman"/>
          <w:sz w:val="28"/>
          <w:szCs w:val="28"/>
        </w:rPr>
      </w:pPr>
      <w:r w:rsidRPr="00694B24">
        <w:rPr>
          <w:rFonts w:ascii="Times New Roman" w:eastAsia="Times New Roman" w:hAnsi="Times New Roman" w:cs="Times New Roman"/>
          <w:b/>
          <w:bCs/>
          <w:sz w:val="28"/>
          <w:szCs w:val="28"/>
        </w:rPr>
        <w:t>2. Tổ chức rà soát, chuẩn hóa dữ liệu</w:t>
      </w:r>
    </w:p>
    <w:p w:rsidR="00694B24" w:rsidRDefault="00694B24" w:rsidP="00946D47">
      <w:pPr>
        <w:spacing w:before="60" w:after="0" w:line="240" w:lineRule="auto"/>
        <w:ind w:firstLine="720"/>
        <w:jc w:val="both"/>
        <w:rPr>
          <w:rFonts w:ascii="Times New Roman" w:eastAsia="Times New Roman" w:hAnsi="Times New Roman" w:cs="Times New Roman"/>
          <w:sz w:val="28"/>
          <w:szCs w:val="28"/>
        </w:rPr>
      </w:pPr>
      <w:r w:rsidRPr="00694B24">
        <w:rPr>
          <w:rFonts w:ascii="Times New Roman" w:eastAsia="Times New Roman" w:hAnsi="Times New Roman" w:cs="Times New Roman"/>
          <w:sz w:val="28"/>
          <w:szCs w:val="28"/>
        </w:rPr>
        <w:t xml:space="preserve">Tiếp nhận danh sách dữ liệu cần rà soát từ cơ quan chuyên môn; tổ chức rà soát, đối chiếu, xác minh, cập nhật và chuẩn hóa dữ liệu thuộc 12 cơ sở dữ liệu chuyên ngành y tế trên địa bàn theo hướng dẫn của Sở Y tế, bảo đảm dữ liệu </w:t>
      </w:r>
      <w:r w:rsidRPr="00694B24">
        <w:rPr>
          <w:rFonts w:ascii="Times New Roman" w:eastAsia="Times New Roman" w:hAnsi="Times New Roman" w:cs="Times New Roman"/>
          <w:bCs/>
          <w:sz w:val="28"/>
          <w:szCs w:val="28"/>
        </w:rPr>
        <w:t>Đúng - Đủ - Sạch - Sống</w:t>
      </w:r>
      <w:r w:rsidRPr="00694B24">
        <w:rPr>
          <w:rFonts w:ascii="Times New Roman" w:eastAsia="Times New Roman" w:hAnsi="Times New Roman" w:cs="Times New Roman"/>
          <w:sz w:val="28"/>
          <w:szCs w:val="28"/>
        </w:rPr>
        <w:t xml:space="preserve">. </w:t>
      </w:r>
    </w:p>
    <w:p w:rsidR="00694B24" w:rsidRDefault="00694B24" w:rsidP="00946D47">
      <w:pPr>
        <w:spacing w:before="60" w:after="0" w:line="240" w:lineRule="auto"/>
        <w:ind w:firstLine="720"/>
        <w:jc w:val="both"/>
        <w:rPr>
          <w:rFonts w:ascii="Times New Roman" w:eastAsia="Times New Roman" w:hAnsi="Times New Roman" w:cs="Times New Roman"/>
          <w:sz w:val="28"/>
          <w:szCs w:val="28"/>
        </w:rPr>
      </w:pPr>
      <w:r w:rsidRPr="00694B24">
        <w:rPr>
          <w:rFonts w:ascii="Times New Roman" w:eastAsia="Times New Roman" w:hAnsi="Times New Roman" w:cs="Times New Roman"/>
          <w:b/>
          <w:bCs/>
          <w:sz w:val="28"/>
          <w:szCs w:val="28"/>
        </w:rPr>
        <w:t>3. Phối hợp xác minh thông tin</w:t>
      </w:r>
    </w:p>
    <w:p w:rsidR="00694B24" w:rsidRDefault="00694B24" w:rsidP="00946D47">
      <w:pPr>
        <w:spacing w:before="60" w:after="0" w:line="240" w:lineRule="auto"/>
        <w:ind w:firstLine="720"/>
        <w:jc w:val="both"/>
        <w:rPr>
          <w:rFonts w:ascii="Times New Roman" w:eastAsia="Times New Roman" w:hAnsi="Times New Roman" w:cs="Times New Roman"/>
          <w:sz w:val="28"/>
          <w:szCs w:val="28"/>
        </w:rPr>
      </w:pPr>
      <w:r w:rsidRPr="00694B24">
        <w:rPr>
          <w:rFonts w:ascii="Times New Roman" w:eastAsia="Times New Roman" w:hAnsi="Times New Roman" w:cs="Times New Roman"/>
          <w:sz w:val="28"/>
          <w:szCs w:val="28"/>
        </w:rPr>
        <w:lastRenderedPageBreak/>
        <w:t>Trạm Y tế</w:t>
      </w:r>
      <w:r>
        <w:rPr>
          <w:rFonts w:ascii="Times New Roman" w:eastAsia="Times New Roman" w:hAnsi="Times New Roman" w:cs="Times New Roman"/>
          <w:sz w:val="28"/>
          <w:szCs w:val="28"/>
        </w:rPr>
        <w:t xml:space="preserve"> chủ trì phối hợp</w:t>
      </w:r>
      <w:r w:rsidRPr="00694B24">
        <w:rPr>
          <w:rFonts w:ascii="Times New Roman" w:eastAsia="Times New Roman" w:hAnsi="Times New Roman" w:cs="Times New Roman"/>
          <w:sz w:val="28"/>
          <w:szCs w:val="28"/>
        </w:rPr>
        <w:t xml:space="preserve"> Công an xã, </w:t>
      </w:r>
      <w:r>
        <w:rPr>
          <w:rFonts w:ascii="Times New Roman" w:eastAsia="Times New Roman" w:hAnsi="Times New Roman" w:cs="Times New Roman"/>
          <w:sz w:val="28"/>
          <w:szCs w:val="28"/>
        </w:rPr>
        <w:t>Văn phòng HĐND và UBND</w:t>
      </w:r>
      <w:r w:rsidRPr="00694B2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Phòng</w:t>
      </w:r>
      <w:r w:rsidRPr="00694B24">
        <w:rPr>
          <w:rFonts w:ascii="Times New Roman" w:eastAsia="Times New Roman" w:hAnsi="Times New Roman" w:cs="Times New Roman"/>
          <w:sz w:val="28"/>
          <w:szCs w:val="28"/>
        </w:rPr>
        <w:t xml:space="preserve"> Văn hóa - Xã hội, trưởng thôn và các đơn vị liên quan trong việc xác minh thông tin, xử lý các trường hợp dữ liệu thiếu, sai lệch hoặc trùng lặp; cập nhật kết quả theo đúng quy định.</w:t>
      </w:r>
    </w:p>
    <w:p w:rsidR="00694B24" w:rsidRDefault="00694B24" w:rsidP="00946D47">
      <w:pPr>
        <w:spacing w:before="60" w:after="0" w:line="240" w:lineRule="auto"/>
        <w:ind w:firstLine="720"/>
        <w:jc w:val="both"/>
        <w:rPr>
          <w:rFonts w:ascii="Times New Roman" w:eastAsia="Times New Roman" w:hAnsi="Times New Roman" w:cs="Times New Roman"/>
          <w:sz w:val="28"/>
          <w:szCs w:val="28"/>
        </w:rPr>
      </w:pPr>
      <w:r w:rsidRPr="00694B24">
        <w:rPr>
          <w:rFonts w:ascii="Times New Roman" w:eastAsia="Times New Roman" w:hAnsi="Times New Roman" w:cs="Times New Roman"/>
          <w:b/>
          <w:bCs/>
          <w:sz w:val="28"/>
          <w:szCs w:val="28"/>
        </w:rPr>
        <w:t>4. Kiểm tra, giám sát và báo cáo</w:t>
      </w:r>
    </w:p>
    <w:p w:rsidR="00694B24" w:rsidRDefault="00694B24" w:rsidP="00946D47">
      <w:pPr>
        <w:spacing w:before="60" w:after="0" w:line="240" w:lineRule="auto"/>
        <w:ind w:firstLine="720"/>
        <w:jc w:val="both"/>
        <w:rPr>
          <w:rFonts w:ascii="Times New Roman" w:eastAsia="Times New Roman" w:hAnsi="Times New Roman" w:cs="Times New Roman"/>
          <w:sz w:val="28"/>
          <w:szCs w:val="28"/>
        </w:rPr>
      </w:pPr>
      <w:r w:rsidRPr="00694B24">
        <w:rPr>
          <w:rFonts w:ascii="Times New Roman" w:eastAsia="Times New Roman" w:hAnsi="Times New Roman" w:cs="Times New Roman"/>
          <w:sz w:val="28"/>
          <w:szCs w:val="28"/>
        </w:rPr>
        <w:t>Thường xuyên kiểm tra tiến độ thực hiện; tổng hợp, báo cáo kết quả theo quy định; kịp thời xử lý hoặc đề xuất xử lý các khó khăn, vướng mắc phát sinh trong quá trình triển khai.</w:t>
      </w:r>
    </w:p>
    <w:p w:rsidR="00694B24" w:rsidRDefault="00694B24" w:rsidP="00946D47">
      <w:pPr>
        <w:spacing w:before="60" w:after="0" w:line="240" w:lineRule="auto"/>
        <w:ind w:firstLine="720"/>
        <w:jc w:val="both"/>
        <w:rPr>
          <w:rFonts w:ascii="Times New Roman" w:eastAsia="Times New Roman" w:hAnsi="Times New Roman" w:cs="Times New Roman"/>
          <w:sz w:val="28"/>
          <w:szCs w:val="28"/>
        </w:rPr>
      </w:pPr>
      <w:r w:rsidRPr="00694B24">
        <w:rPr>
          <w:rFonts w:ascii="Times New Roman" w:eastAsia="Times New Roman" w:hAnsi="Times New Roman" w:cs="Times New Roman"/>
          <w:b/>
          <w:bCs/>
          <w:sz w:val="28"/>
          <w:szCs w:val="28"/>
        </w:rPr>
        <w:t>5. Duy trì, cập nhật dữ liệu sau Chiến dịch</w:t>
      </w:r>
    </w:p>
    <w:p w:rsidR="00BA2E4D" w:rsidRPr="00BA2E4D" w:rsidRDefault="00694B24" w:rsidP="00946D47">
      <w:pPr>
        <w:spacing w:before="60" w:after="0" w:line="240" w:lineRule="auto"/>
        <w:ind w:firstLine="720"/>
        <w:jc w:val="both"/>
        <w:rPr>
          <w:rFonts w:ascii="Times New Roman" w:eastAsia="Times New Roman" w:hAnsi="Times New Roman" w:cs="Times New Roman"/>
          <w:sz w:val="28"/>
          <w:szCs w:val="28"/>
        </w:rPr>
      </w:pPr>
      <w:r w:rsidRPr="00694B24">
        <w:rPr>
          <w:rFonts w:ascii="Times New Roman" w:eastAsia="Times New Roman" w:hAnsi="Times New Roman" w:cs="Times New Roman"/>
          <w:sz w:val="28"/>
          <w:szCs w:val="28"/>
        </w:rPr>
        <w:t>Tiếp tục rà soát, cập nhật và duy trì chất lượng dữ liệu; thực hiện quản lý, khai thác và sử dụng hiệu quả các cơ sở dữ liệu chuyên ngành y tế, đáp ứng yêu cầu quản lý nhà nước và chuyển đổi số trên địa bàn.</w:t>
      </w:r>
    </w:p>
    <w:p w:rsidR="00811C29" w:rsidRDefault="00811C29" w:rsidP="00946D47">
      <w:pPr>
        <w:pStyle w:val="pdq2pgselectionanchorcontainer"/>
        <w:spacing w:before="60" w:beforeAutospacing="0" w:after="0" w:afterAutospacing="0"/>
        <w:ind w:firstLine="720"/>
        <w:jc w:val="both"/>
        <w:rPr>
          <w:rStyle w:val="Strong"/>
          <w:sz w:val="28"/>
          <w:szCs w:val="28"/>
        </w:rPr>
      </w:pPr>
      <w:r>
        <w:rPr>
          <w:rStyle w:val="Strong"/>
          <w:sz w:val="28"/>
          <w:szCs w:val="28"/>
        </w:rPr>
        <w:t>IV</w:t>
      </w:r>
      <w:r w:rsidRPr="00632B63">
        <w:rPr>
          <w:rStyle w:val="Strong"/>
          <w:sz w:val="28"/>
          <w:szCs w:val="28"/>
        </w:rPr>
        <w:t>. KINH PHÍ THỰC HIỆN</w:t>
      </w:r>
    </w:p>
    <w:p w:rsidR="00811C29" w:rsidRPr="00811C29" w:rsidRDefault="00811C29" w:rsidP="00946D47">
      <w:pPr>
        <w:pStyle w:val="pdq2pgselectionanchorcontainer"/>
        <w:spacing w:before="60" w:beforeAutospacing="0" w:after="0" w:afterAutospacing="0"/>
        <w:ind w:firstLine="720"/>
        <w:jc w:val="both"/>
        <w:rPr>
          <w:sz w:val="28"/>
          <w:szCs w:val="28"/>
        </w:rPr>
      </w:pPr>
      <w:r w:rsidRPr="00632B63">
        <w:rPr>
          <w:sz w:val="28"/>
          <w:szCs w:val="28"/>
        </w:rPr>
        <w:t>Kinh phí thực hiện Kế hoạch được bố trí từ ngân sách nhà nước theo phân cấp, nguồn kinh phí được giao cho các cơ quan, đơn vị và các nguồn kinh phí hợp pháp khác theo quy định củ</w:t>
      </w:r>
      <w:r>
        <w:rPr>
          <w:sz w:val="28"/>
          <w:szCs w:val="28"/>
        </w:rPr>
        <w:t xml:space="preserve">a pháp luật; </w:t>
      </w:r>
      <w:r w:rsidRPr="00632B63">
        <w:rPr>
          <w:sz w:val="28"/>
          <w:szCs w:val="28"/>
        </w:rPr>
        <w:t>Việc triển khai Chiến dịch thực hiện theo nguyên tắc lồng ghép với các nhiệm vụ chuyên môn, chương trình, kế hoạch và ng</w:t>
      </w:r>
      <w:r>
        <w:rPr>
          <w:sz w:val="28"/>
          <w:szCs w:val="28"/>
        </w:rPr>
        <w:t>uồn lực hiện có của địa phương.</w:t>
      </w:r>
    </w:p>
    <w:p w:rsidR="007A4D9B" w:rsidRDefault="00BA2E4D" w:rsidP="00946D47">
      <w:pPr>
        <w:spacing w:before="60"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V. </w:t>
      </w:r>
      <w:r w:rsidR="00811C29">
        <w:rPr>
          <w:rFonts w:ascii="Times New Roman" w:eastAsia="Times New Roman" w:hAnsi="Times New Roman" w:cs="Times New Roman"/>
          <w:b/>
          <w:bCs/>
          <w:sz w:val="28"/>
          <w:szCs w:val="28"/>
        </w:rPr>
        <w:t>TỔ CHỨC THỰC HIỆN</w:t>
      </w:r>
    </w:p>
    <w:p w:rsidR="00C369DE" w:rsidRDefault="00E5172A" w:rsidP="00946D47">
      <w:pPr>
        <w:spacing w:before="60"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 Trạm Y tế xã (Cơ quan thường trực</w:t>
      </w:r>
      <w:r w:rsidR="00FE27B5" w:rsidRPr="007A4D9B">
        <w:rPr>
          <w:rFonts w:ascii="Times New Roman" w:eastAsia="Times New Roman" w:hAnsi="Times New Roman" w:cs="Times New Roman"/>
          <w:b/>
          <w:bCs/>
          <w:sz w:val="28"/>
          <w:szCs w:val="28"/>
        </w:rPr>
        <w:t>)</w:t>
      </w:r>
    </w:p>
    <w:p w:rsidR="00C369DE" w:rsidRDefault="00C369DE" w:rsidP="00946D47">
      <w:pPr>
        <w:spacing w:before="60"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E27B5" w:rsidRPr="007A4D9B">
        <w:rPr>
          <w:rFonts w:ascii="Times New Roman" w:eastAsia="Times New Roman" w:hAnsi="Times New Roman" w:cs="Times New Roman"/>
          <w:sz w:val="28"/>
          <w:szCs w:val="28"/>
        </w:rPr>
        <w:t xml:space="preserve">Là cơ quan chủ trì, tham mưu UBND xã tổ chức triển khai thực hiện Kế hoạch trên địa bàn. </w:t>
      </w:r>
    </w:p>
    <w:p w:rsidR="00C369DE" w:rsidRDefault="00C369DE" w:rsidP="00946D47">
      <w:pPr>
        <w:spacing w:before="60"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E27B5" w:rsidRPr="007A4D9B">
        <w:rPr>
          <w:rFonts w:ascii="Times New Roman" w:eastAsia="Times New Roman" w:hAnsi="Times New Roman" w:cs="Times New Roman"/>
          <w:sz w:val="28"/>
          <w:szCs w:val="28"/>
        </w:rPr>
        <w:t xml:space="preserve">Chủ trì tiếp nhận danh sách, hướng dẫn, tài liệu chuyên môn do Sở Y tế, Trung tâm Y tế cấp trên chuyển giao; xây dựng kế hoạch chi tiết, tham mưu UBND xã thành lập Tổ dữ liệu cấp xã và tổ chức triển khai thực hiện. </w:t>
      </w:r>
    </w:p>
    <w:p w:rsidR="00C369DE" w:rsidRDefault="00E41E2B" w:rsidP="00946D47">
      <w:pPr>
        <w:spacing w:before="60"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R</w:t>
      </w:r>
      <w:r w:rsidR="00FE27B5" w:rsidRPr="007A4D9B">
        <w:rPr>
          <w:rFonts w:ascii="Times New Roman" w:eastAsia="Times New Roman" w:hAnsi="Times New Roman" w:cs="Times New Roman"/>
          <w:sz w:val="28"/>
          <w:szCs w:val="28"/>
        </w:rPr>
        <w:t xml:space="preserve">à soát, đối chiếu, xác minh, cập nhật, chuẩn hóa dữ liệu thuộc 12 cơ sở dữ liệu chuyên ngành y tế theo hướng dẫn của Bộ Y tế và Sở Y tế; tổng hợp các khó khăn, vướng mắc và đề xuất giải pháp xử lý. </w:t>
      </w:r>
    </w:p>
    <w:p w:rsidR="00C369DE" w:rsidRDefault="00C369DE" w:rsidP="00946D47">
      <w:pPr>
        <w:spacing w:before="60"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E41E2B">
        <w:rPr>
          <w:rFonts w:ascii="Times New Roman" w:eastAsia="Times New Roman" w:hAnsi="Times New Roman" w:cs="Times New Roman"/>
          <w:sz w:val="28"/>
          <w:szCs w:val="28"/>
        </w:rPr>
        <w:t>P</w:t>
      </w:r>
      <w:r w:rsidR="00FE27B5" w:rsidRPr="007A4D9B">
        <w:rPr>
          <w:rFonts w:ascii="Times New Roman" w:eastAsia="Times New Roman" w:hAnsi="Times New Roman" w:cs="Times New Roman"/>
          <w:sz w:val="28"/>
          <w:szCs w:val="28"/>
        </w:rPr>
        <w:t xml:space="preserve">hối hợp với Công an xã, </w:t>
      </w:r>
      <w:r w:rsidR="00363029">
        <w:rPr>
          <w:rFonts w:ascii="Times New Roman" w:eastAsia="Times New Roman" w:hAnsi="Times New Roman" w:cs="Times New Roman"/>
          <w:sz w:val="28"/>
          <w:szCs w:val="28"/>
        </w:rPr>
        <w:t>Văn phòng HĐND và UBND</w:t>
      </w:r>
      <w:r w:rsidR="00FE27B5" w:rsidRPr="007A4D9B">
        <w:rPr>
          <w:rFonts w:ascii="Times New Roman" w:eastAsia="Times New Roman" w:hAnsi="Times New Roman" w:cs="Times New Roman"/>
          <w:sz w:val="28"/>
          <w:szCs w:val="28"/>
        </w:rPr>
        <w:t xml:space="preserve">, </w:t>
      </w:r>
      <w:r w:rsidR="00363029">
        <w:rPr>
          <w:rFonts w:ascii="Times New Roman" w:eastAsia="Times New Roman" w:hAnsi="Times New Roman" w:cs="Times New Roman"/>
          <w:sz w:val="28"/>
          <w:szCs w:val="28"/>
        </w:rPr>
        <w:t>Phòng</w:t>
      </w:r>
      <w:r w:rsidR="00FE27B5" w:rsidRPr="007A4D9B">
        <w:rPr>
          <w:rFonts w:ascii="Times New Roman" w:eastAsia="Times New Roman" w:hAnsi="Times New Roman" w:cs="Times New Roman"/>
          <w:sz w:val="28"/>
          <w:szCs w:val="28"/>
        </w:rPr>
        <w:t xml:space="preserve"> Văn hóa - Xã hội,</w:t>
      </w:r>
      <w:r w:rsidR="00432E3E">
        <w:rPr>
          <w:rFonts w:ascii="Times New Roman" w:eastAsia="Times New Roman" w:hAnsi="Times New Roman" w:cs="Times New Roman"/>
          <w:sz w:val="28"/>
          <w:szCs w:val="28"/>
        </w:rPr>
        <w:t xml:space="preserve"> các trường học,</w:t>
      </w:r>
      <w:r w:rsidR="00FE27B5" w:rsidRPr="007A4D9B">
        <w:rPr>
          <w:rFonts w:ascii="Times New Roman" w:eastAsia="Times New Roman" w:hAnsi="Times New Roman" w:cs="Times New Roman"/>
          <w:sz w:val="28"/>
          <w:szCs w:val="28"/>
        </w:rPr>
        <w:t xml:space="preserve"> trưởng thôn và các đơn vị liên quan trong quá trình rà soát, xác minh và cập nhật dữ liệu. </w:t>
      </w:r>
    </w:p>
    <w:p w:rsidR="00C369DE" w:rsidRDefault="00C369DE" w:rsidP="00946D47">
      <w:pPr>
        <w:spacing w:before="60"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E27B5" w:rsidRPr="007A4D9B">
        <w:rPr>
          <w:rFonts w:ascii="Times New Roman" w:eastAsia="Times New Roman" w:hAnsi="Times New Roman" w:cs="Times New Roman"/>
          <w:sz w:val="28"/>
          <w:szCs w:val="28"/>
        </w:rPr>
        <w:t>Theo dõi tiến độ thực hiện; tổng hợp kết quả, tham mưu UBND xã báo cáo Sở Y tế và cơ quan có thẩm quyền theo quy định.</w:t>
      </w:r>
    </w:p>
    <w:p w:rsidR="00C369DE" w:rsidRDefault="00C369DE" w:rsidP="00946D47">
      <w:pPr>
        <w:spacing w:before="60" w:after="0" w:line="240" w:lineRule="auto"/>
        <w:ind w:firstLine="720"/>
        <w:jc w:val="both"/>
        <w:rPr>
          <w:rFonts w:ascii="Times New Roman" w:hAnsi="Times New Roman" w:cs="Times New Roman"/>
          <w:b/>
          <w:sz w:val="28"/>
          <w:szCs w:val="28"/>
        </w:rPr>
      </w:pPr>
      <w:r w:rsidRPr="00C369DE">
        <w:rPr>
          <w:rFonts w:ascii="Times New Roman" w:eastAsia="Times New Roman" w:hAnsi="Times New Roman" w:cs="Times New Roman"/>
          <w:b/>
          <w:sz w:val="28"/>
          <w:szCs w:val="28"/>
        </w:rPr>
        <w:t>2.</w:t>
      </w:r>
      <w:r>
        <w:rPr>
          <w:rFonts w:ascii="Times New Roman" w:eastAsia="Times New Roman" w:hAnsi="Times New Roman" w:cs="Times New Roman"/>
          <w:sz w:val="28"/>
          <w:szCs w:val="28"/>
        </w:rPr>
        <w:t xml:space="preserve"> </w:t>
      </w:r>
      <w:r w:rsidR="0032301A">
        <w:rPr>
          <w:rFonts w:ascii="Times New Roman" w:hAnsi="Times New Roman" w:cs="Times New Roman"/>
          <w:b/>
          <w:sz w:val="28"/>
          <w:szCs w:val="28"/>
        </w:rPr>
        <w:t>Văn phòng HĐND và UBND</w:t>
      </w:r>
    </w:p>
    <w:p w:rsidR="00C369DE" w:rsidRDefault="00C369DE" w:rsidP="00946D47">
      <w:pPr>
        <w:spacing w:before="60" w:after="0" w:line="240" w:lineRule="auto"/>
        <w:ind w:firstLine="720"/>
        <w:jc w:val="both"/>
        <w:rPr>
          <w:rFonts w:ascii="Times New Roman" w:eastAsia="Times New Roman" w:hAnsi="Times New Roman" w:cs="Times New Roman"/>
          <w:sz w:val="28"/>
          <w:szCs w:val="28"/>
        </w:rPr>
      </w:pPr>
      <w:r w:rsidRPr="00C369DE">
        <w:rPr>
          <w:rFonts w:ascii="Times New Roman" w:hAnsi="Times New Roman" w:cs="Times New Roman"/>
          <w:sz w:val="28"/>
          <w:szCs w:val="28"/>
        </w:rPr>
        <w:t xml:space="preserve">- </w:t>
      </w:r>
      <w:r w:rsidR="004C4664" w:rsidRPr="00C369DE">
        <w:rPr>
          <w:rFonts w:ascii="Times New Roman" w:hAnsi="Times New Roman" w:cs="Times New Roman"/>
          <w:sz w:val="28"/>
          <w:szCs w:val="28"/>
        </w:rPr>
        <w:t xml:space="preserve">Phối hợp với Trạm Y tế tham mưu UBND xã ban hành các văn bản chỉ đạo, quyết định thành lập Tổ dữ liệu cấp xã và các văn bản liên quan. </w:t>
      </w:r>
    </w:p>
    <w:p w:rsidR="00C369DE" w:rsidRDefault="00C369DE" w:rsidP="00946D47">
      <w:pPr>
        <w:spacing w:before="60"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C4664" w:rsidRPr="007A4D9B">
        <w:rPr>
          <w:rFonts w:ascii="Times New Roman" w:hAnsi="Times New Roman" w:cs="Times New Roman"/>
          <w:sz w:val="28"/>
          <w:szCs w:val="28"/>
        </w:rPr>
        <w:t>Bảo đảm các điều kiện phục vụ hội nghị, giao ban và các hoạt động của Chiến dịch.</w:t>
      </w:r>
    </w:p>
    <w:p w:rsidR="00C369DE" w:rsidRDefault="00C369DE" w:rsidP="00946D47">
      <w:pPr>
        <w:spacing w:before="60"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004C4664" w:rsidRPr="007A4D9B">
        <w:rPr>
          <w:rFonts w:ascii="Times New Roman" w:hAnsi="Times New Roman" w:cs="Times New Roman"/>
          <w:sz w:val="28"/>
          <w:szCs w:val="28"/>
        </w:rPr>
        <w:t>Phối hợp với Trạm Y tế rà soát, xác minh thông tin về khai sinh, khai tử, thay đổi hộ tịch và các thông tin có liên quan; cập nhật kết quả xác minh theo quy định.</w:t>
      </w:r>
    </w:p>
    <w:p w:rsidR="00F70EED" w:rsidRDefault="00F70EED" w:rsidP="00946D47">
      <w:pPr>
        <w:spacing w:before="60"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7A4D9B">
        <w:rPr>
          <w:rFonts w:ascii="Times New Roman" w:hAnsi="Times New Roman" w:cs="Times New Roman"/>
          <w:sz w:val="28"/>
          <w:szCs w:val="28"/>
        </w:rPr>
        <w:t xml:space="preserve">Theo dõi, đôn đốc việc thực hiện Kế hoạch; phối hợp tổng hợp báo cáo theo yêu cầu của UBND xã. </w:t>
      </w:r>
    </w:p>
    <w:p w:rsidR="00C369DE" w:rsidRDefault="00FE27B5" w:rsidP="00946D47">
      <w:pPr>
        <w:spacing w:before="60" w:after="0" w:line="240" w:lineRule="auto"/>
        <w:ind w:firstLine="720"/>
        <w:jc w:val="both"/>
        <w:rPr>
          <w:rFonts w:ascii="Times New Roman" w:eastAsia="Times New Roman" w:hAnsi="Times New Roman" w:cs="Times New Roman"/>
          <w:sz w:val="28"/>
          <w:szCs w:val="28"/>
        </w:rPr>
      </w:pPr>
      <w:r w:rsidRPr="007A4D9B">
        <w:rPr>
          <w:rFonts w:ascii="Times New Roman" w:eastAsia="Times New Roman" w:hAnsi="Times New Roman" w:cs="Times New Roman"/>
          <w:b/>
          <w:bCs/>
          <w:sz w:val="28"/>
          <w:szCs w:val="28"/>
        </w:rPr>
        <w:t>3. Công an xã</w:t>
      </w:r>
    </w:p>
    <w:p w:rsidR="00C369DE" w:rsidRDefault="00C369DE" w:rsidP="00946D47">
      <w:pPr>
        <w:spacing w:before="60"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E27B5" w:rsidRPr="007A4D9B">
        <w:rPr>
          <w:rFonts w:ascii="Times New Roman" w:eastAsia="Times New Roman" w:hAnsi="Times New Roman" w:cs="Times New Roman"/>
          <w:sz w:val="28"/>
          <w:szCs w:val="28"/>
        </w:rPr>
        <w:t xml:space="preserve">Phối hợp với Trạm Y tế xác minh thông tin về số định danh cá nhân, nơi cư trú và các thông tin khác theo đề nghị của Tổ dữ liệu cấp xã; bảo đảm đúng quy định của pháp luật về bảo vệ dữ liệu cá nhân. </w:t>
      </w:r>
    </w:p>
    <w:p w:rsidR="00C369DE" w:rsidRDefault="00C369DE" w:rsidP="00946D47">
      <w:pPr>
        <w:spacing w:before="60"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E27B5" w:rsidRPr="007A4D9B">
        <w:rPr>
          <w:rFonts w:ascii="Times New Roman" w:eastAsia="Times New Roman" w:hAnsi="Times New Roman" w:cs="Times New Roman"/>
          <w:sz w:val="28"/>
          <w:szCs w:val="28"/>
        </w:rPr>
        <w:t xml:space="preserve">Phối hợp xử lý các trường hợp dữ liệu không thống nhất hoặc cần xác minh trong quá trình làm sạch, chuẩn hóa dữ liệu. </w:t>
      </w:r>
    </w:p>
    <w:p w:rsidR="00C369DE" w:rsidRDefault="004C4664" w:rsidP="00946D47">
      <w:pPr>
        <w:spacing w:before="60" w:after="0" w:line="240" w:lineRule="auto"/>
        <w:ind w:firstLine="720"/>
        <w:jc w:val="both"/>
        <w:rPr>
          <w:rFonts w:ascii="Times New Roman" w:eastAsia="Times New Roman" w:hAnsi="Times New Roman" w:cs="Times New Roman"/>
          <w:sz w:val="28"/>
          <w:szCs w:val="28"/>
        </w:rPr>
      </w:pPr>
      <w:r w:rsidRPr="007A4D9B">
        <w:rPr>
          <w:rFonts w:ascii="Times New Roman" w:eastAsia="Times New Roman" w:hAnsi="Times New Roman" w:cs="Times New Roman"/>
          <w:b/>
          <w:bCs/>
          <w:sz w:val="28"/>
          <w:szCs w:val="28"/>
        </w:rPr>
        <w:t>4</w:t>
      </w:r>
      <w:r w:rsidR="00FE27B5" w:rsidRPr="007A4D9B">
        <w:rPr>
          <w:rFonts w:ascii="Times New Roman" w:eastAsia="Times New Roman" w:hAnsi="Times New Roman" w:cs="Times New Roman"/>
          <w:b/>
          <w:bCs/>
          <w:sz w:val="28"/>
          <w:szCs w:val="28"/>
        </w:rPr>
        <w:t xml:space="preserve">. </w:t>
      </w:r>
      <w:r w:rsidR="00C369DE">
        <w:rPr>
          <w:rFonts w:ascii="Times New Roman" w:eastAsia="Times New Roman" w:hAnsi="Times New Roman" w:cs="Times New Roman"/>
          <w:b/>
          <w:bCs/>
          <w:sz w:val="28"/>
          <w:szCs w:val="28"/>
        </w:rPr>
        <w:t>Phòng</w:t>
      </w:r>
      <w:r w:rsidR="00FE27B5" w:rsidRPr="007A4D9B">
        <w:rPr>
          <w:rFonts w:ascii="Times New Roman" w:eastAsia="Times New Roman" w:hAnsi="Times New Roman" w:cs="Times New Roman"/>
          <w:b/>
          <w:bCs/>
          <w:sz w:val="28"/>
          <w:szCs w:val="28"/>
        </w:rPr>
        <w:t xml:space="preserve"> Văn hóa - Xã hội</w:t>
      </w:r>
    </w:p>
    <w:p w:rsidR="00C369DE" w:rsidRDefault="00C369DE" w:rsidP="00946D47">
      <w:pPr>
        <w:spacing w:before="60"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E27B5" w:rsidRPr="007A4D9B">
        <w:rPr>
          <w:rFonts w:ascii="Times New Roman" w:eastAsia="Times New Roman" w:hAnsi="Times New Roman" w:cs="Times New Roman"/>
          <w:sz w:val="28"/>
          <w:szCs w:val="28"/>
        </w:rPr>
        <w:t>Phối hợp với Trạm Y tế rà soát, xác minh và cập nhật dữ liệu thuộc lĩnh vực trẻ em, người khuyết tật, đối tượng bảo trợ xã hội và các đối tượng khác theo chức năng, nhiệm vụ được giao.</w:t>
      </w:r>
    </w:p>
    <w:p w:rsidR="002445BE" w:rsidRPr="002445BE" w:rsidRDefault="002445BE" w:rsidP="00946D47">
      <w:pPr>
        <w:spacing w:before="60" w:after="0" w:line="240" w:lineRule="auto"/>
        <w:ind w:firstLine="720"/>
        <w:jc w:val="both"/>
        <w:rPr>
          <w:rFonts w:ascii="Times New Roman" w:hAnsi="Times New Roman" w:cs="Times New Roman"/>
          <w:sz w:val="28"/>
          <w:szCs w:val="28"/>
        </w:rPr>
      </w:pPr>
      <w:r w:rsidRPr="002445BE">
        <w:rPr>
          <w:rFonts w:ascii="Times New Roman" w:hAnsi="Times New Roman" w:cs="Times New Roman"/>
          <w:b/>
          <w:bCs/>
          <w:sz w:val="28"/>
          <w:szCs w:val="28"/>
        </w:rPr>
        <w:t>5. Phòng Kinh tế</w:t>
      </w:r>
      <w:r w:rsidRPr="002445BE">
        <w:rPr>
          <w:rFonts w:ascii="Times New Roman" w:hAnsi="Times New Roman" w:cs="Times New Roman"/>
          <w:sz w:val="28"/>
          <w:szCs w:val="28"/>
        </w:rPr>
        <w:t xml:space="preserve"> </w:t>
      </w:r>
    </w:p>
    <w:p w:rsidR="002445BE" w:rsidRPr="002445BE" w:rsidRDefault="002445BE" w:rsidP="00946D47">
      <w:pPr>
        <w:spacing w:before="60" w:after="0" w:line="240" w:lineRule="auto"/>
        <w:ind w:firstLine="720"/>
        <w:jc w:val="both"/>
        <w:rPr>
          <w:rFonts w:ascii="Times New Roman" w:hAnsi="Times New Roman" w:cs="Times New Roman"/>
          <w:sz w:val="28"/>
          <w:szCs w:val="28"/>
        </w:rPr>
      </w:pPr>
      <w:r w:rsidRPr="002445BE">
        <w:rPr>
          <w:rFonts w:ascii="Times New Roman" w:hAnsi="Times New Roman" w:cs="Times New Roman"/>
          <w:sz w:val="28"/>
          <w:szCs w:val="28"/>
        </w:rPr>
        <w:t xml:space="preserve">- Phối hợp rà soát, chuẩn hóa dữ liệu về an toàn thực phẩm đối với các cơ sở sản xuất, kinh doanh thực phẩm thuộc phạm vi quản lý. </w:t>
      </w:r>
    </w:p>
    <w:p w:rsidR="002445BE" w:rsidRPr="002445BE" w:rsidRDefault="002445BE" w:rsidP="00946D47">
      <w:pPr>
        <w:spacing w:before="60" w:after="0" w:line="240" w:lineRule="auto"/>
        <w:ind w:firstLine="720"/>
        <w:jc w:val="both"/>
        <w:rPr>
          <w:rFonts w:ascii="Times New Roman" w:hAnsi="Times New Roman" w:cs="Times New Roman"/>
          <w:sz w:val="28"/>
          <w:szCs w:val="28"/>
        </w:rPr>
      </w:pPr>
      <w:r w:rsidRPr="002445BE">
        <w:rPr>
          <w:rFonts w:ascii="Times New Roman" w:hAnsi="Times New Roman" w:cs="Times New Roman"/>
          <w:sz w:val="28"/>
          <w:szCs w:val="28"/>
        </w:rPr>
        <w:t>- Phối hợp xác minh thông tin pháp lý, địa chỉ, ngành nghề kinh doanh, người đại diện và tình trạng hoạt động của các cơ sở sản xuất, kinh doanh thực phẩm khi có yêu cầu.</w:t>
      </w:r>
    </w:p>
    <w:p w:rsidR="002445BE" w:rsidRPr="002445BE" w:rsidRDefault="002445BE" w:rsidP="00946D47">
      <w:pPr>
        <w:spacing w:before="60" w:after="0" w:line="240" w:lineRule="auto"/>
        <w:ind w:firstLine="720"/>
        <w:jc w:val="both"/>
        <w:rPr>
          <w:rFonts w:ascii="Times New Roman" w:hAnsi="Times New Roman" w:cs="Times New Roman"/>
          <w:sz w:val="28"/>
          <w:szCs w:val="28"/>
        </w:rPr>
      </w:pPr>
      <w:r w:rsidRPr="002445BE">
        <w:rPr>
          <w:rFonts w:ascii="Times New Roman" w:hAnsi="Times New Roman" w:cs="Times New Roman"/>
          <w:sz w:val="28"/>
          <w:szCs w:val="28"/>
        </w:rPr>
        <w:t xml:space="preserve"> - Phối hợp rà soát, cập nhật dữ liệu liên quan đến môi trường tại các cơ sở y tế và các cơ sở sản xuất, kinh doanh thực phẩm thuộc phạm vi quản lý theo quy định. </w:t>
      </w:r>
    </w:p>
    <w:p w:rsidR="00A74303" w:rsidRPr="00A74303" w:rsidRDefault="002445BE" w:rsidP="00946D47">
      <w:pPr>
        <w:spacing w:before="60" w:after="0" w:line="240" w:lineRule="auto"/>
        <w:ind w:firstLine="720"/>
        <w:jc w:val="both"/>
        <w:rPr>
          <w:rFonts w:ascii="Times New Roman" w:hAnsi="Times New Roman" w:cs="Times New Roman"/>
          <w:sz w:val="28"/>
          <w:szCs w:val="28"/>
        </w:rPr>
      </w:pPr>
      <w:r>
        <w:rPr>
          <w:rFonts w:ascii="Times New Roman" w:eastAsia="Times New Roman" w:hAnsi="Times New Roman" w:cs="Times New Roman"/>
          <w:b/>
          <w:bCs/>
          <w:sz w:val="28"/>
          <w:szCs w:val="28"/>
        </w:rPr>
        <w:t>6</w:t>
      </w:r>
      <w:r w:rsidR="00A74303" w:rsidRPr="00A74303">
        <w:rPr>
          <w:rFonts w:ascii="Times New Roman" w:eastAsia="Times New Roman" w:hAnsi="Times New Roman" w:cs="Times New Roman"/>
          <w:b/>
          <w:bCs/>
          <w:sz w:val="28"/>
          <w:szCs w:val="28"/>
          <w:lang w:val="vi"/>
        </w:rPr>
        <w:t xml:space="preserve">. Các </w:t>
      </w:r>
      <w:r w:rsidR="00A74303" w:rsidRPr="00A74303">
        <w:rPr>
          <w:rFonts w:ascii="Times New Roman" w:eastAsia="Times New Roman" w:hAnsi="Times New Roman" w:cs="Times New Roman"/>
          <w:b/>
          <w:bCs/>
          <w:sz w:val="28"/>
          <w:szCs w:val="28"/>
        </w:rPr>
        <w:t>trường học</w:t>
      </w:r>
      <w:r w:rsidR="00A74303" w:rsidRPr="00A74303">
        <w:rPr>
          <w:rFonts w:ascii="Times New Roman" w:eastAsia="Times New Roman" w:hAnsi="Times New Roman" w:cs="Times New Roman"/>
          <w:b/>
          <w:bCs/>
          <w:sz w:val="28"/>
          <w:szCs w:val="28"/>
          <w:lang w:val="vi"/>
        </w:rPr>
        <w:t xml:space="preserve"> trên địa bàn</w:t>
      </w:r>
      <w:r w:rsidR="00A74303" w:rsidRPr="00A74303">
        <w:rPr>
          <w:rFonts w:ascii="Times New Roman" w:eastAsia="Times New Roman" w:hAnsi="Times New Roman" w:cs="Times New Roman"/>
          <w:sz w:val="28"/>
          <w:szCs w:val="28"/>
          <w:lang w:val="vi"/>
        </w:rPr>
        <w:t xml:space="preserve"> </w:t>
      </w:r>
    </w:p>
    <w:p w:rsidR="00A74303" w:rsidRPr="00A74303" w:rsidRDefault="00A74303" w:rsidP="00946D47">
      <w:pPr>
        <w:widowControl w:val="0"/>
        <w:autoSpaceDE w:val="0"/>
        <w:autoSpaceDN w:val="0"/>
        <w:spacing w:before="60" w:after="0" w:line="240" w:lineRule="auto"/>
        <w:ind w:firstLine="720"/>
        <w:jc w:val="both"/>
        <w:rPr>
          <w:rFonts w:ascii="Times New Roman" w:eastAsia="Times New Roman" w:hAnsi="Times New Roman" w:cs="Times New Roman"/>
          <w:sz w:val="28"/>
          <w:szCs w:val="28"/>
        </w:rPr>
      </w:pPr>
      <w:r w:rsidRPr="00A74303">
        <w:rPr>
          <w:rFonts w:ascii="Times New Roman" w:eastAsia="Times New Roman" w:hAnsi="Times New Roman" w:cs="Times New Roman"/>
          <w:sz w:val="28"/>
          <w:szCs w:val="28"/>
          <w:lang w:val="vi"/>
        </w:rPr>
        <w:t>- Phối hợp rà soát, xác minh thông tin trẻ em, học sinh; phối hợp cập nhật dữ liệu liên quan đến sức khỏe học sinh, tiêm chủng và các nội dung khác theo yêu cầu của cơ quan có thẩm quyền.</w:t>
      </w:r>
    </w:p>
    <w:p w:rsidR="00A74303" w:rsidRPr="00A74303" w:rsidRDefault="00A74303" w:rsidP="00946D47">
      <w:pPr>
        <w:widowControl w:val="0"/>
        <w:autoSpaceDE w:val="0"/>
        <w:autoSpaceDN w:val="0"/>
        <w:spacing w:before="60" w:after="0" w:line="240" w:lineRule="auto"/>
        <w:ind w:firstLine="720"/>
        <w:jc w:val="both"/>
        <w:rPr>
          <w:rFonts w:ascii="Times New Roman" w:eastAsia="Times New Roman" w:hAnsi="Times New Roman" w:cs="Times New Roman"/>
          <w:sz w:val="28"/>
          <w:szCs w:val="28"/>
        </w:rPr>
      </w:pPr>
      <w:r w:rsidRPr="00A74303">
        <w:rPr>
          <w:rFonts w:ascii="Times New Roman" w:eastAsia="Times New Roman" w:hAnsi="Times New Roman" w:cs="Times New Roman"/>
          <w:sz w:val="28"/>
          <w:szCs w:val="28"/>
          <w:lang w:val="vi"/>
        </w:rPr>
        <w:t>- Phối hợp với Trạm Y tế xã rà soát, cập nhật thông tin sức khỏe học sinh, tình hình tiêm chủng và các dữ liệu liên quan theo hướng dẫn của ngành y tế.</w:t>
      </w:r>
    </w:p>
    <w:p w:rsidR="00A74303" w:rsidRPr="00A74303" w:rsidRDefault="00A74303" w:rsidP="00946D47">
      <w:pPr>
        <w:widowControl w:val="0"/>
        <w:autoSpaceDE w:val="0"/>
        <w:autoSpaceDN w:val="0"/>
        <w:spacing w:before="60" w:after="0" w:line="240" w:lineRule="auto"/>
        <w:ind w:firstLine="720"/>
        <w:jc w:val="both"/>
        <w:rPr>
          <w:rFonts w:ascii="Times New Roman" w:eastAsia="Times New Roman" w:hAnsi="Times New Roman" w:cs="Times New Roman"/>
          <w:sz w:val="28"/>
          <w:szCs w:val="28"/>
        </w:rPr>
      </w:pPr>
      <w:r w:rsidRPr="00A74303">
        <w:rPr>
          <w:rFonts w:ascii="Times New Roman" w:eastAsia="Times New Roman" w:hAnsi="Times New Roman" w:cs="Times New Roman"/>
          <w:sz w:val="28"/>
          <w:szCs w:val="28"/>
          <w:lang w:val="vi"/>
        </w:rPr>
        <w:t>- Tuyên truyền đến cán bộ quản lý, giáo viên, nhân viên, phụ huynh học sinh về mục đích, ý nghĩa của Chiến dịch; vận động phối hợp cung cấp thông tin đầy đủ, chính xác.</w:t>
      </w:r>
    </w:p>
    <w:p w:rsidR="00E12337" w:rsidRPr="00E12337" w:rsidRDefault="002445BE" w:rsidP="00946D47">
      <w:pPr>
        <w:widowControl w:val="0"/>
        <w:autoSpaceDE w:val="0"/>
        <w:autoSpaceDN w:val="0"/>
        <w:spacing w:before="60" w:after="0" w:line="240" w:lineRule="auto"/>
        <w:ind w:firstLine="72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7</w:t>
      </w:r>
      <w:r w:rsidR="00E12337" w:rsidRPr="00E12337">
        <w:rPr>
          <w:rFonts w:ascii="Times New Roman" w:eastAsia="Times New Roman" w:hAnsi="Times New Roman" w:cs="Times New Roman"/>
          <w:b/>
          <w:bCs/>
          <w:sz w:val="28"/>
          <w:szCs w:val="28"/>
          <w:lang w:val="vi"/>
        </w:rPr>
        <w:t xml:space="preserve">. Trung tâm Dịch vụ </w:t>
      </w:r>
      <w:r w:rsidR="00E12337" w:rsidRPr="00E12337">
        <w:rPr>
          <w:rFonts w:ascii="Times New Roman" w:eastAsia="Times New Roman" w:hAnsi="Times New Roman" w:cs="Times New Roman"/>
          <w:b/>
          <w:bCs/>
          <w:sz w:val="28"/>
          <w:szCs w:val="28"/>
        </w:rPr>
        <w:t>tổng hợp</w:t>
      </w:r>
    </w:p>
    <w:p w:rsidR="00E12337" w:rsidRPr="00E12337" w:rsidRDefault="00E12337" w:rsidP="00946D47">
      <w:pPr>
        <w:widowControl w:val="0"/>
        <w:autoSpaceDE w:val="0"/>
        <w:autoSpaceDN w:val="0"/>
        <w:spacing w:before="60" w:after="0" w:line="240" w:lineRule="auto"/>
        <w:ind w:firstLine="720"/>
        <w:jc w:val="both"/>
        <w:rPr>
          <w:rFonts w:ascii="Times New Roman" w:eastAsia="Times New Roman" w:hAnsi="Times New Roman" w:cs="Times New Roman"/>
          <w:sz w:val="28"/>
          <w:szCs w:val="28"/>
        </w:rPr>
      </w:pPr>
      <w:r w:rsidRPr="00E12337">
        <w:rPr>
          <w:rFonts w:ascii="Times New Roman" w:eastAsia="Times New Roman" w:hAnsi="Times New Roman" w:cs="Times New Roman"/>
          <w:sz w:val="28"/>
          <w:szCs w:val="28"/>
          <w:lang w:val="vi"/>
        </w:rPr>
        <w:t xml:space="preserve"> - Chủ trì công tác thông tin, tuyên truyền về mục đích, ý nghĩa và nội dung của Chiến dịch trên hệ thống truyền thanh cơ sở, Cổng thông tin điện tử và các nền tảng thông tin của xã. </w:t>
      </w:r>
    </w:p>
    <w:p w:rsidR="00E12337" w:rsidRPr="00E12337" w:rsidRDefault="00E12337" w:rsidP="00946D47">
      <w:pPr>
        <w:widowControl w:val="0"/>
        <w:autoSpaceDE w:val="0"/>
        <w:autoSpaceDN w:val="0"/>
        <w:spacing w:before="60" w:after="0" w:line="240" w:lineRule="auto"/>
        <w:ind w:firstLine="720"/>
        <w:jc w:val="both"/>
        <w:rPr>
          <w:rFonts w:ascii="Times New Roman" w:eastAsia="Times New Roman" w:hAnsi="Times New Roman" w:cs="Times New Roman"/>
          <w:sz w:val="28"/>
          <w:szCs w:val="28"/>
        </w:rPr>
      </w:pPr>
      <w:r w:rsidRPr="00E12337">
        <w:rPr>
          <w:rFonts w:ascii="Times New Roman" w:eastAsia="Times New Roman" w:hAnsi="Times New Roman" w:cs="Times New Roman"/>
          <w:sz w:val="28"/>
          <w:szCs w:val="28"/>
          <w:lang w:val="vi"/>
        </w:rPr>
        <w:t>- Phối hợp tuyên truyền, vận động Nhân dân cung cấp thông tin đầy đủ, chính xác phục vụ công tác rà soát, chuẩn hóa dữ liệu.</w:t>
      </w:r>
    </w:p>
    <w:p w:rsidR="00E12337" w:rsidRPr="00E12337" w:rsidRDefault="00E12337" w:rsidP="00946D47">
      <w:pPr>
        <w:widowControl w:val="0"/>
        <w:autoSpaceDE w:val="0"/>
        <w:autoSpaceDN w:val="0"/>
        <w:spacing w:before="60" w:after="0" w:line="240" w:lineRule="auto"/>
        <w:ind w:firstLine="720"/>
        <w:jc w:val="both"/>
        <w:rPr>
          <w:rFonts w:ascii="Times New Roman" w:eastAsia="Times New Roman" w:hAnsi="Times New Roman" w:cs="Times New Roman"/>
          <w:sz w:val="28"/>
          <w:szCs w:val="28"/>
        </w:rPr>
      </w:pPr>
      <w:r w:rsidRPr="00E12337">
        <w:rPr>
          <w:rFonts w:ascii="Times New Roman" w:eastAsia="Times New Roman" w:hAnsi="Times New Roman" w:cs="Times New Roman"/>
          <w:sz w:val="28"/>
          <w:szCs w:val="28"/>
          <w:lang w:val="vi"/>
        </w:rPr>
        <w:t xml:space="preserve">- Xây dựng chuyên mục, tin, bài tuyên truyền; phản ánh kịp thời tiến độ, kết </w:t>
      </w:r>
      <w:r w:rsidRPr="00E12337">
        <w:rPr>
          <w:rFonts w:ascii="Times New Roman" w:eastAsia="Times New Roman" w:hAnsi="Times New Roman" w:cs="Times New Roman"/>
          <w:sz w:val="28"/>
          <w:szCs w:val="28"/>
          <w:lang w:val="vi"/>
        </w:rPr>
        <w:lastRenderedPageBreak/>
        <w:t>quả triển khai Chiến dịch trên địa bàn.</w:t>
      </w:r>
    </w:p>
    <w:p w:rsidR="00C369DE" w:rsidRPr="0032301A" w:rsidRDefault="002445BE" w:rsidP="00946D47">
      <w:pPr>
        <w:spacing w:before="60" w:after="0" w:line="240" w:lineRule="auto"/>
        <w:ind w:firstLine="720"/>
        <w:jc w:val="both"/>
        <w:rPr>
          <w:rFonts w:ascii="Times New Roman" w:eastAsia="Times New Roman" w:hAnsi="Times New Roman" w:cs="Times New Roman"/>
          <w:sz w:val="28"/>
          <w:szCs w:val="28"/>
        </w:rPr>
      </w:pPr>
      <w:r>
        <w:rPr>
          <w:rFonts w:ascii="Times New Roman" w:eastAsia="Courier New" w:hAnsi="Times New Roman" w:cs="Times New Roman"/>
          <w:b/>
          <w:color w:val="000000"/>
          <w:sz w:val="28"/>
          <w:szCs w:val="28"/>
          <w:lang w:val="vi-VN" w:eastAsia="vi-VN" w:bidi="vi-VN"/>
        </w:rPr>
        <w:t>8</w:t>
      </w:r>
      <w:r w:rsidR="004C4664" w:rsidRPr="00C369DE">
        <w:rPr>
          <w:rFonts w:ascii="Times New Roman" w:eastAsia="Courier New" w:hAnsi="Times New Roman" w:cs="Times New Roman"/>
          <w:b/>
          <w:color w:val="000000"/>
          <w:sz w:val="28"/>
          <w:szCs w:val="28"/>
          <w:lang w:val="vi-VN" w:eastAsia="vi-VN" w:bidi="vi-VN"/>
        </w:rPr>
        <w:t xml:space="preserve">. </w:t>
      </w:r>
      <w:r w:rsidR="000F2119">
        <w:rPr>
          <w:rFonts w:ascii="Times New Roman" w:eastAsia="Courier New" w:hAnsi="Times New Roman" w:cs="Times New Roman"/>
          <w:b/>
          <w:color w:val="000000"/>
          <w:sz w:val="28"/>
          <w:szCs w:val="28"/>
          <w:lang w:eastAsia="vi-VN" w:bidi="vi-VN"/>
        </w:rPr>
        <w:t xml:space="preserve">Thôn </w:t>
      </w:r>
      <w:r w:rsidR="000F2119">
        <w:rPr>
          <w:rFonts w:ascii="Times New Roman" w:eastAsia="Courier New" w:hAnsi="Times New Roman" w:cs="Times New Roman"/>
          <w:b/>
          <w:color w:val="000000"/>
          <w:sz w:val="28"/>
          <w:szCs w:val="28"/>
          <w:lang w:val="vi-VN" w:eastAsia="vi-VN" w:bidi="vi-VN"/>
        </w:rPr>
        <w:t>t</w:t>
      </w:r>
      <w:r w:rsidR="004C4664" w:rsidRPr="00C369DE">
        <w:rPr>
          <w:rFonts w:ascii="Times New Roman" w:eastAsia="Courier New" w:hAnsi="Times New Roman" w:cs="Times New Roman"/>
          <w:b/>
          <w:color w:val="000000"/>
          <w:sz w:val="28"/>
          <w:szCs w:val="28"/>
          <w:lang w:val="vi-VN" w:eastAsia="vi-VN" w:bidi="vi-VN"/>
        </w:rPr>
        <w:t>rưở</w:t>
      </w:r>
      <w:r w:rsidR="000F2119">
        <w:rPr>
          <w:rFonts w:ascii="Times New Roman" w:eastAsia="Courier New" w:hAnsi="Times New Roman" w:cs="Times New Roman"/>
          <w:b/>
          <w:color w:val="000000"/>
          <w:sz w:val="28"/>
          <w:szCs w:val="28"/>
          <w:lang w:val="vi-VN" w:eastAsia="vi-VN" w:bidi="vi-VN"/>
        </w:rPr>
        <w:t>ng</w:t>
      </w:r>
      <w:r w:rsidR="0032301A">
        <w:rPr>
          <w:rFonts w:ascii="Times New Roman" w:eastAsia="Courier New" w:hAnsi="Times New Roman" w:cs="Times New Roman"/>
          <w:b/>
          <w:color w:val="000000"/>
          <w:sz w:val="28"/>
          <w:szCs w:val="28"/>
          <w:lang w:eastAsia="vi-VN" w:bidi="vi-VN"/>
        </w:rPr>
        <w:t xml:space="preserve"> các thôn trên địa bàn</w:t>
      </w:r>
    </w:p>
    <w:p w:rsidR="00C369DE" w:rsidRDefault="004C4664" w:rsidP="00946D47">
      <w:pPr>
        <w:spacing w:before="60" w:after="0" w:line="240" w:lineRule="auto"/>
        <w:ind w:firstLine="720"/>
        <w:jc w:val="both"/>
        <w:rPr>
          <w:rFonts w:ascii="Times New Roman" w:eastAsia="Times New Roman" w:hAnsi="Times New Roman" w:cs="Times New Roman"/>
          <w:sz w:val="28"/>
          <w:szCs w:val="28"/>
        </w:rPr>
      </w:pPr>
      <w:r w:rsidRPr="007A4D9B">
        <w:rPr>
          <w:rFonts w:ascii="Times New Roman" w:eastAsia="Courier New" w:hAnsi="Times New Roman" w:cs="Times New Roman"/>
          <w:color w:val="000000"/>
          <w:sz w:val="28"/>
          <w:szCs w:val="28"/>
          <w:lang w:val="vi-VN" w:eastAsia="vi-VN" w:bidi="vi-VN"/>
        </w:rPr>
        <w:t>Phối hợp với Trạm Y tế và Tổ dữ liệu cấp xã tuyên truyền, hướng dẫn người dân cung cấp thông tin khi có yêu cầu.</w:t>
      </w:r>
    </w:p>
    <w:p w:rsidR="00C0110D" w:rsidRDefault="004C4664" w:rsidP="00946D47">
      <w:pPr>
        <w:spacing w:before="60" w:after="0" w:line="240" w:lineRule="auto"/>
        <w:ind w:firstLine="720"/>
        <w:jc w:val="both"/>
        <w:rPr>
          <w:rFonts w:ascii="Times New Roman" w:eastAsia="Courier New" w:hAnsi="Times New Roman" w:cs="Times New Roman"/>
          <w:color w:val="000000"/>
          <w:sz w:val="28"/>
          <w:szCs w:val="28"/>
          <w:lang w:val="vi-VN" w:eastAsia="vi-VN" w:bidi="vi-VN"/>
        </w:rPr>
      </w:pPr>
      <w:r w:rsidRPr="007A4D9B">
        <w:rPr>
          <w:rFonts w:ascii="Times New Roman" w:eastAsia="Courier New" w:hAnsi="Times New Roman" w:cs="Times New Roman"/>
          <w:color w:val="000000"/>
          <w:sz w:val="28"/>
          <w:szCs w:val="28"/>
          <w:lang w:val="vi-VN" w:eastAsia="vi-VN" w:bidi="vi-VN"/>
        </w:rPr>
        <w:t>Tham gia rà soát, xác minh thông tin thực tế tại địa bàn; kịp thời phản ánh các trường hợp có biến động về nhân khẩu, hộ tịch và các thông tin liên quan phục vụ chuẩn hóa dữ liệu.</w:t>
      </w:r>
    </w:p>
    <w:p w:rsidR="00BA2E4D" w:rsidRDefault="00BA2E4D" w:rsidP="00946D47">
      <w:pPr>
        <w:spacing w:before="60" w:after="0" w:line="240" w:lineRule="auto"/>
        <w:ind w:firstLine="720"/>
        <w:jc w:val="both"/>
        <w:rPr>
          <w:rFonts w:ascii="Times New Roman" w:eastAsia="Courier New" w:hAnsi="Times New Roman" w:cs="Times New Roman"/>
          <w:b/>
          <w:i/>
          <w:color w:val="000000"/>
          <w:sz w:val="28"/>
          <w:szCs w:val="28"/>
          <w:lang w:eastAsia="vi-VN" w:bidi="vi-VN"/>
        </w:rPr>
      </w:pPr>
      <w:r w:rsidRPr="00C1497F">
        <w:rPr>
          <w:rFonts w:ascii="Times New Roman" w:eastAsia="Courier New" w:hAnsi="Times New Roman" w:cs="Times New Roman"/>
          <w:b/>
          <w:color w:val="000000"/>
          <w:sz w:val="28"/>
          <w:szCs w:val="28"/>
          <w:lang w:eastAsia="vi-VN" w:bidi="vi-VN"/>
        </w:rPr>
        <w:t>V</w:t>
      </w:r>
      <w:r w:rsidR="0061606A">
        <w:rPr>
          <w:rFonts w:ascii="Times New Roman" w:eastAsia="Courier New" w:hAnsi="Times New Roman" w:cs="Times New Roman"/>
          <w:b/>
          <w:color w:val="000000"/>
          <w:sz w:val="28"/>
          <w:szCs w:val="28"/>
          <w:lang w:eastAsia="vi-VN" w:bidi="vi-VN"/>
        </w:rPr>
        <w:t>I</w:t>
      </w:r>
      <w:r w:rsidRPr="00C1497F">
        <w:rPr>
          <w:rFonts w:ascii="Times New Roman" w:eastAsia="Courier New" w:hAnsi="Times New Roman" w:cs="Times New Roman"/>
          <w:b/>
          <w:color w:val="000000"/>
          <w:sz w:val="28"/>
          <w:szCs w:val="28"/>
          <w:lang w:eastAsia="vi-VN" w:bidi="vi-VN"/>
        </w:rPr>
        <w:t>. TIẾN ĐỘ</w:t>
      </w:r>
      <w:r w:rsidR="008C4653">
        <w:rPr>
          <w:rFonts w:ascii="Times New Roman" w:eastAsia="Courier New" w:hAnsi="Times New Roman" w:cs="Times New Roman"/>
          <w:b/>
          <w:color w:val="000000"/>
          <w:sz w:val="28"/>
          <w:szCs w:val="28"/>
          <w:lang w:eastAsia="vi-VN" w:bidi="vi-VN"/>
        </w:rPr>
        <w:t xml:space="preserve"> </w:t>
      </w:r>
      <w:r w:rsidR="008C4653" w:rsidRPr="008C4653">
        <w:rPr>
          <w:rFonts w:ascii="Times New Roman" w:eastAsia="Courier New" w:hAnsi="Times New Roman" w:cs="Times New Roman"/>
          <w:b/>
          <w:i/>
          <w:color w:val="000000"/>
          <w:sz w:val="28"/>
          <w:szCs w:val="28"/>
          <w:lang w:eastAsia="vi-VN" w:bidi="vi-VN"/>
        </w:rPr>
        <w:t>(Biểu mẫu kèm theo)</w:t>
      </w:r>
    </w:p>
    <w:p w:rsidR="00B300A9" w:rsidRPr="00B300A9" w:rsidRDefault="00B300A9" w:rsidP="00946D47">
      <w:pPr>
        <w:widowControl w:val="0"/>
        <w:autoSpaceDE w:val="0"/>
        <w:autoSpaceDN w:val="0"/>
        <w:spacing w:before="60" w:after="0" w:line="240" w:lineRule="auto"/>
        <w:ind w:firstLine="720"/>
        <w:jc w:val="both"/>
        <w:rPr>
          <w:rFonts w:ascii="Times New Roman" w:eastAsia="Times New Roman" w:hAnsi="Times New Roman" w:cs="Times New Roman"/>
        </w:rPr>
      </w:pPr>
      <w:r w:rsidRPr="00B300A9">
        <w:rPr>
          <w:rFonts w:ascii="Times New Roman" w:eastAsia="Times New Roman" w:hAnsi="Times New Roman" w:cs="Times New Roman"/>
          <w:sz w:val="28"/>
          <w:szCs w:val="28"/>
          <w:lang w:val="vi"/>
        </w:rPr>
        <w:t>Trên đây là Kế hoạch triển khai Chiến dịch 90 ngày làm sạch, làm giàu, chuẩn hóa dữ liệu của 12 cơ sở dữ liệu chuyên ngành</w:t>
      </w:r>
      <w:r>
        <w:rPr>
          <w:rFonts w:ascii="Times New Roman" w:eastAsia="Times New Roman" w:hAnsi="Times New Roman" w:cs="Times New Roman"/>
          <w:sz w:val="28"/>
          <w:szCs w:val="28"/>
          <w:lang w:val="vi"/>
        </w:rPr>
        <w:t xml:space="preserve"> y tế trên địa bàn xã </w:t>
      </w:r>
      <w:r>
        <w:rPr>
          <w:rFonts w:ascii="Times New Roman" w:eastAsia="Times New Roman" w:hAnsi="Times New Roman" w:cs="Times New Roman"/>
          <w:sz w:val="28"/>
          <w:szCs w:val="28"/>
        </w:rPr>
        <w:t>Đức Minh</w:t>
      </w:r>
      <w:r w:rsidRPr="00B300A9">
        <w:rPr>
          <w:rFonts w:ascii="Times New Roman" w:eastAsia="Times New Roman" w:hAnsi="Times New Roman" w:cs="Times New Roman"/>
          <w:sz w:val="28"/>
          <w:szCs w:val="28"/>
          <w:lang w:val="vi"/>
        </w:rPr>
        <w:t xml:space="preserve">; yêu cầu các cơ quan, đơn vị và các cơ sở thôn nghiêm túc tổ chức thực hiện; trong quá trình thực hiện nếu có khó khăn, vướng mắc, kịp thời báo cáo UBND xã </w:t>
      </w:r>
      <w:r w:rsidRPr="00B300A9">
        <w:rPr>
          <w:rFonts w:ascii="Times New Roman" w:eastAsia="Times New Roman" w:hAnsi="Times New Roman" w:cs="Times New Roman"/>
          <w:i/>
          <w:iCs/>
          <w:sz w:val="28"/>
          <w:szCs w:val="28"/>
          <w:lang w:val="vi"/>
        </w:rPr>
        <w:t>(qua Trạm Y tế)</w:t>
      </w:r>
      <w:r w:rsidRPr="00B300A9">
        <w:rPr>
          <w:rFonts w:ascii="Times New Roman" w:eastAsia="Times New Roman" w:hAnsi="Times New Roman" w:cs="Times New Roman"/>
          <w:sz w:val="28"/>
          <w:szCs w:val="28"/>
          <w:lang w:val="vi"/>
        </w:rPr>
        <w:t xml:space="preserve"> để xem xét, chỉ đạo</w:t>
      </w:r>
      <w:r w:rsidRPr="00B300A9">
        <w:rPr>
          <w:rFonts w:ascii="Times New Roman" w:eastAsia="Times New Roman" w:hAnsi="Times New Roman" w:cs="Times New Roman"/>
          <w:lang w:val="vi"/>
        </w:rPr>
        <w:t xml:space="preserve">./. </w:t>
      </w:r>
    </w:p>
    <w:p w:rsidR="008F523F" w:rsidRPr="00B300A9" w:rsidRDefault="008F523F" w:rsidP="008F5D11">
      <w:pPr>
        <w:spacing w:before="60" w:after="60" w:line="240" w:lineRule="auto"/>
        <w:jc w:val="both"/>
        <w:rPr>
          <w:rFonts w:ascii="Times New Roman" w:eastAsia="Times New Roman" w:hAnsi="Times New Roman" w:cs="Times New Roman"/>
          <w:sz w:val="8"/>
          <w:szCs w:val="28"/>
        </w:rPr>
      </w:pPr>
    </w:p>
    <w:tbl>
      <w:tblPr>
        <w:tblW w:w="9464" w:type="dxa"/>
        <w:tblInd w:w="-34" w:type="dxa"/>
        <w:tblLayout w:type="fixed"/>
        <w:tblLook w:val="0000" w:firstRow="0" w:lastRow="0" w:firstColumn="0" w:lastColumn="0" w:noHBand="0" w:noVBand="0"/>
      </w:tblPr>
      <w:tblGrid>
        <w:gridCol w:w="5381"/>
        <w:gridCol w:w="4083"/>
      </w:tblGrid>
      <w:tr w:rsidR="00C0110D" w:rsidRPr="00C0110D" w:rsidTr="00C0110D">
        <w:trPr>
          <w:trHeight w:val="1101"/>
        </w:trPr>
        <w:tc>
          <w:tcPr>
            <w:tcW w:w="5381" w:type="dxa"/>
          </w:tcPr>
          <w:p w:rsidR="00C0110D" w:rsidRPr="00C0110D" w:rsidRDefault="00C0110D" w:rsidP="00C0110D">
            <w:pPr>
              <w:widowControl w:val="0"/>
              <w:spacing w:after="0" w:line="240" w:lineRule="auto"/>
              <w:jc w:val="both"/>
              <w:rPr>
                <w:rFonts w:ascii="Times New Roman" w:eastAsia="Courier New" w:hAnsi="Times New Roman" w:cs="Times New Roman"/>
                <w:b/>
                <w:i/>
                <w:color w:val="000000"/>
                <w:sz w:val="24"/>
                <w:szCs w:val="24"/>
                <w:lang w:val="vi-VN" w:eastAsia="vi-VN" w:bidi="vi-VN"/>
              </w:rPr>
            </w:pPr>
            <w:r w:rsidRPr="00C0110D">
              <w:rPr>
                <w:rFonts w:ascii="Times New Roman" w:eastAsia="Courier New" w:hAnsi="Times New Roman" w:cs="Times New Roman"/>
                <w:b/>
                <w:i/>
                <w:color w:val="000000"/>
                <w:sz w:val="24"/>
                <w:szCs w:val="24"/>
                <w:lang w:val="vi-VN" w:eastAsia="vi-VN" w:bidi="vi-VN"/>
              </w:rPr>
              <w:t>Nơi nhận:</w:t>
            </w:r>
          </w:p>
          <w:p w:rsidR="00C0110D" w:rsidRPr="00C0110D" w:rsidRDefault="00C0110D" w:rsidP="00C0110D">
            <w:pPr>
              <w:widowControl w:val="0"/>
              <w:spacing w:after="0" w:line="240" w:lineRule="auto"/>
              <w:jc w:val="both"/>
              <w:rPr>
                <w:rFonts w:ascii="Times New Roman" w:eastAsia="Courier New" w:hAnsi="Times New Roman" w:cs="Times New Roman"/>
                <w:color w:val="000000"/>
                <w:lang w:eastAsia="vi-VN" w:bidi="vi-VN"/>
              </w:rPr>
            </w:pPr>
            <w:r w:rsidRPr="00C0110D">
              <w:rPr>
                <w:rFonts w:ascii="Times New Roman" w:eastAsia="Courier New" w:hAnsi="Times New Roman" w:cs="Times New Roman"/>
                <w:color w:val="000000"/>
                <w:lang w:val="vi-VN" w:eastAsia="vi-VN" w:bidi="vi-VN"/>
              </w:rPr>
              <w:t xml:space="preserve">- </w:t>
            </w:r>
            <w:r w:rsidRPr="00C0110D">
              <w:rPr>
                <w:rFonts w:ascii="Times New Roman" w:eastAsia="Courier New" w:hAnsi="Times New Roman" w:cs="Times New Roman"/>
                <w:color w:val="000000"/>
                <w:lang w:eastAsia="vi-VN" w:bidi="vi-VN"/>
              </w:rPr>
              <w:t>Sở Y tế;</w:t>
            </w:r>
          </w:p>
          <w:p w:rsidR="00C0110D" w:rsidRPr="00C0110D" w:rsidRDefault="00C0110D" w:rsidP="00C0110D">
            <w:pPr>
              <w:widowControl w:val="0"/>
              <w:spacing w:after="0" w:line="240" w:lineRule="auto"/>
              <w:jc w:val="both"/>
              <w:rPr>
                <w:rFonts w:ascii="Times New Roman" w:eastAsia="Courier New" w:hAnsi="Times New Roman" w:cs="Times New Roman"/>
                <w:color w:val="000000"/>
                <w:lang w:eastAsia="vi-VN" w:bidi="vi-VN"/>
              </w:rPr>
            </w:pPr>
            <w:r w:rsidRPr="00C0110D">
              <w:rPr>
                <w:rFonts w:ascii="Times New Roman" w:eastAsia="Courier New" w:hAnsi="Times New Roman" w:cs="Times New Roman"/>
                <w:color w:val="000000"/>
                <w:lang w:val="vi-VN" w:eastAsia="vi-VN" w:bidi="vi-VN"/>
              </w:rPr>
              <w:t>- T</w:t>
            </w:r>
            <w:r w:rsidRPr="00C0110D">
              <w:rPr>
                <w:rFonts w:ascii="Times New Roman" w:eastAsia="Courier New" w:hAnsi="Times New Roman" w:cs="Times New Roman"/>
                <w:color w:val="000000"/>
                <w:lang w:eastAsia="vi-VN" w:bidi="vi-VN"/>
              </w:rPr>
              <w:t>T</w:t>
            </w:r>
            <w:r w:rsidRPr="00C0110D">
              <w:rPr>
                <w:rFonts w:ascii="Times New Roman" w:eastAsia="Courier New" w:hAnsi="Times New Roman" w:cs="Times New Roman"/>
                <w:color w:val="000000"/>
                <w:lang w:val="vi-VN" w:eastAsia="vi-VN" w:bidi="vi-VN"/>
              </w:rPr>
              <w:t xml:space="preserve"> Đảng ủy</w:t>
            </w:r>
            <w:r w:rsidRPr="00C0110D">
              <w:rPr>
                <w:rFonts w:ascii="Times New Roman" w:eastAsia="Courier New" w:hAnsi="Times New Roman" w:cs="Times New Roman"/>
                <w:color w:val="000000"/>
                <w:lang w:eastAsia="vi-VN" w:bidi="vi-VN"/>
              </w:rPr>
              <w:t>, TT HĐND xã;</w:t>
            </w:r>
          </w:p>
          <w:p w:rsidR="00C0110D" w:rsidRPr="00C0110D" w:rsidRDefault="00C0110D" w:rsidP="00C0110D">
            <w:pPr>
              <w:widowControl w:val="0"/>
              <w:spacing w:after="0" w:line="240" w:lineRule="auto"/>
              <w:jc w:val="both"/>
              <w:rPr>
                <w:rFonts w:ascii="Times New Roman" w:eastAsia="Courier New" w:hAnsi="Times New Roman" w:cs="Times New Roman"/>
                <w:color w:val="000000"/>
                <w:lang w:eastAsia="vi-VN" w:bidi="vi-VN"/>
              </w:rPr>
            </w:pPr>
            <w:r w:rsidRPr="00C0110D">
              <w:rPr>
                <w:rFonts w:ascii="Times New Roman" w:eastAsia="Courier New" w:hAnsi="Times New Roman" w:cs="Times New Roman"/>
                <w:color w:val="000000"/>
                <w:lang w:eastAsia="vi-VN" w:bidi="vi-VN"/>
              </w:rPr>
              <w:t>- Chủ tịch, các PCT UBND xã;</w:t>
            </w:r>
          </w:p>
          <w:p w:rsidR="00C0110D" w:rsidRPr="00C0110D" w:rsidRDefault="00C0110D" w:rsidP="00C0110D">
            <w:pPr>
              <w:widowControl w:val="0"/>
              <w:spacing w:after="0" w:line="240" w:lineRule="auto"/>
              <w:jc w:val="both"/>
              <w:rPr>
                <w:rFonts w:ascii="Times New Roman" w:eastAsia="Courier New" w:hAnsi="Times New Roman" w:cs="Times New Roman"/>
                <w:color w:val="000000"/>
                <w:lang w:eastAsia="vi-VN" w:bidi="vi-VN"/>
              </w:rPr>
            </w:pPr>
            <w:r w:rsidRPr="00C0110D">
              <w:rPr>
                <w:rFonts w:ascii="Times New Roman" w:eastAsia="Courier New" w:hAnsi="Times New Roman" w:cs="Times New Roman"/>
                <w:color w:val="000000"/>
                <w:lang w:val="vi-VN" w:eastAsia="vi-VN" w:bidi="vi-VN"/>
              </w:rPr>
              <w:t>- Ủy ban MTTQ</w:t>
            </w:r>
            <w:r w:rsidRPr="00C0110D">
              <w:rPr>
                <w:rFonts w:ascii="Times New Roman" w:eastAsia="Courier New" w:hAnsi="Times New Roman" w:cs="Times New Roman"/>
                <w:color w:val="000000"/>
                <w:lang w:eastAsia="vi-VN" w:bidi="vi-VN"/>
              </w:rPr>
              <w:t>VN</w:t>
            </w:r>
            <w:r w:rsidRPr="00C0110D">
              <w:rPr>
                <w:rFonts w:ascii="Times New Roman" w:eastAsia="Courier New" w:hAnsi="Times New Roman" w:cs="Times New Roman"/>
                <w:color w:val="000000"/>
                <w:lang w:val="vi-VN" w:eastAsia="vi-VN" w:bidi="vi-VN"/>
              </w:rPr>
              <w:t xml:space="preserve"> và </w:t>
            </w:r>
            <w:r w:rsidRPr="00C0110D">
              <w:rPr>
                <w:rFonts w:ascii="Times New Roman" w:eastAsia="Courier New" w:hAnsi="Times New Roman" w:cs="Times New Roman"/>
                <w:color w:val="000000"/>
                <w:lang w:eastAsia="vi-VN" w:bidi="vi-VN"/>
              </w:rPr>
              <w:t>các tổ chức chính trị-xã hội;</w:t>
            </w:r>
          </w:p>
          <w:p w:rsidR="00C0110D" w:rsidRPr="00C0110D" w:rsidRDefault="00C0110D" w:rsidP="00C0110D">
            <w:pPr>
              <w:widowControl w:val="0"/>
              <w:spacing w:after="0" w:line="240" w:lineRule="auto"/>
              <w:jc w:val="both"/>
              <w:rPr>
                <w:rFonts w:ascii="Times New Roman" w:eastAsia="Courier New" w:hAnsi="Times New Roman" w:cs="Times New Roman"/>
                <w:color w:val="000000"/>
                <w:lang w:eastAsia="vi-VN" w:bidi="vi-VN"/>
              </w:rPr>
            </w:pPr>
            <w:r w:rsidRPr="00C0110D">
              <w:rPr>
                <w:rFonts w:ascii="Times New Roman" w:eastAsia="Courier New" w:hAnsi="Times New Roman" w:cs="Times New Roman"/>
                <w:color w:val="000000"/>
                <w:lang w:eastAsia="vi-VN" w:bidi="vi-VN"/>
              </w:rPr>
              <w:t>- Công an xã;</w:t>
            </w:r>
          </w:p>
          <w:p w:rsidR="00C0110D" w:rsidRDefault="00C0110D" w:rsidP="00C0110D">
            <w:pPr>
              <w:widowControl w:val="0"/>
              <w:spacing w:after="0" w:line="240" w:lineRule="auto"/>
              <w:jc w:val="both"/>
              <w:rPr>
                <w:rFonts w:ascii="Times New Roman" w:eastAsia="Courier New" w:hAnsi="Times New Roman" w:cs="Times New Roman"/>
                <w:color w:val="000000"/>
                <w:lang w:eastAsia="vi-VN" w:bidi="vi-VN"/>
              </w:rPr>
            </w:pPr>
            <w:r w:rsidRPr="00C0110D">
              <w:rPr>
                <w:rFonts w:ascii="Times New Roman" w:eastAsia="Courier New" w:hAnsi="Times New Roman" w:cs="Times New Roman"/>
                <w:color w:val="000000"/>
                <w:lang w:eastAsia="vi-VN" w:bidi="vi-VN"/>
              </w:rPr>
              <w:t>- Các phòng, đơn vị thuộc UBND xã;</w:t>
            </w:r>
          </w:p>
          <w:p w:rsidR="000D7D7D" w:rsidRDefault="000D7D7D" w:rsidP="00C0110D">
            <w:pPr>
              <w:widowControl w:val="0"/>
              <w:spacing w:after="0" w:line="240" w:lineRule="auto"/>
              <w:jc w:val="both"/>
              <w:rPr>
                <w:rFonts w:ascii="Times New Roman" w:eastAsia="Courier New" w:hAnsi="Times New Roman" w:cs="Times New Roman"/>
                <w:color w:val="000000"/>
                <w:lang w:eastAsia="vi-VN" w:bidi="vi-VN"/>
              </w:rPr>
            </w:pPr>
            <w:r>
              <w:rPr>
                <w:rFonts w:ascii="Times New Roman" w:eastAsia="Courier New" w:hAnsi="Times New Roman" w:cs="Times New Roman"/>
                <w:color w:val="000000"/>
                <w:lang w:eastAsia="vi-VN" w:bidi="vi-VN"/>
              </w:rPr>
              <w:t>- Cổng thông tin điện tử xã;</w:t>
            </w:r>
          </w:p>
          <w:p w:rsidR="008F1630" w:rsidRPr="00C0110D" w:rsidRDefault="008F1630" w:rsidP="00C0110D">
            <w:pPr>
              <w:widowControl w:val="0"/>
              <w:spacing w:after="0" w:line="240" w:lineRule="auto"/>
              <w:jc w:val="both"/>
              <w:rPr>
                <w:rFonts w:ascii="Times New Roman" w:eastAsia="Courier New" w:hAnsi="Times New Roman" w:cs="Times New Roman"/>
                <w:color w:val="000000"/>
                <w:lang w:eastAsia="vi-VN" w:bidi="vi-VN"/>
              </w:rPr>
            </w:pPr>
            <w:r>
              <w:rPr>
                <w:rFonts w:ascii="Times New Roman" w:eastAsia="Courier New" w:hAnsi="Times New Roman" w:cs="Times New Roman"/>
                <w:color w:val="000000"/>
                <w:lang w:eastAsia="vi-VN" w:bidi="vi-VN"/>
              </w:rPr>
              <w:t>- Trung tâm DVTH xã;</w:t>
            </w:r>
            <w:bookmarkStart w:id="0" w:name="_GoBack"/>
            <w:bookmarkEnd w:id="0"/>
          </w:p>
          <w:p w:rsidR="00C0110D" w:rsidRPr="00C0110D" w:rsidRDefault="00C0110D" w:rsidP="00C0110D">
            <w:pPr>
              <w:widowControl w:val="0"/>
              <w:spacing w:after="0" w:line="240" w:lineRule="auto"/>
              <w:jc w:val="both"/>
              <w:rPr>
                <w:rFonts w:ascii="Times New Roman" w:eastAsia="Courier New" w:hAnsi="Times New Roman" w:cs="Times New Roman"/>
                <w:color w:val="000000"/>
                <w:lang w:eastAsia="vi-VN" w:bidi="vi-VN"/>
              </w:rPr>
            </w:pPr>
            <w:r w:rsidRPr="00C0110D">
              <w:rPr>
                <w:rFonts w:ascii="Times New Roman" w:eastAsia="Courier New" w:hAnsi="Times New Roman" w:cs="Times New Roman"/>
                <w:color w:val="000000"/>
                <w:lang w:eastAsia="vi-VN" w:bidi="vi-VN"/>
              </w:rPr>
              <w:t>- Trạm Y tế xã;</w:t>
            </w:r>
          </w:p>
          <w:p w:rsidR="00C0110D" w:rsidRPr="00C0110D" w:rsidRDefault="00C0110D" w:rsidP="00C0110D">
            <w:pPr>
              <w:widowControl w:val="0"/>
              <w:spacing w:after="0" w:line="240" w:lineRule="auto"/>
              <w:jc w:val="both"/>
              <w:rPr>
                <w:rFonts w:ascii="Times New Roman" w:eastAsia="Courier New" w:hAnsi="Times New Roman" w:cs="Times New Roman"/>
                <w:color w:val="000000"/>
                <w:sz w:val="28"/>
                <w:szCs w:val="28"/>
                <w:lang w:eastAsia="vi-VN" w:bidi="vi-VN"/>
              </w:rPr>
            </w:pPr>
            <w:r w:rsidRPr="00C0110D">
              <w:rPr>
                <w:rFonts w:ascii="Times New Roman" w:eastAsia="Courier New" w:hAnsi="Times New Roman" w:cs="Times New Roman"/>
                <w:color w:val="000000"/>
                <w:lang w:val="vi-VN" w:eastAsia="vi-VN" w:bidi="vi-VN"/>
              </w:rPr>
              <w:t>- Lưu</w:t>
            </w:r>
            <w:r w:rsidRPr="00C0110D">
              <w:rPr>
                <w:rFonts w:ascii="Times New Roman" w:eastAsia="Courier New" w:hAnsi="Times New Roman" w:cs="Times New Roman"/>
                <w:color w:val="000000"/>
                <w:lang w:eastAsia="vi-VN" w:bidi="vi-VN"/>
              </w:rPr>
              <w:t>:</w:t>
            </w:r>
            <w:r w:rsidRPr="00C0110D">
              <w:rPr>
                <w:rFonts w:ascii="Times New Roman" w:eastAsia="Courier New" w:hAnsi="Times New Roman" w:cs="Times New Roman"/>
                <w:color w:val="000000"/>
                <w:lang w:val="vi-VN" w:eastAsia="vi-VN" w:bidi="vi-VN"/>
              </w:rPr>
              <w:t xml:space="preserve"> V</w:t>
            </w:r>
            <w:r w:rsidRPr="00C0110D">
              <w:rPr>
                <w:rFonts w:ascii="Times New Roman" w:eastAsia="Courier New" w:hAnsi="Times New Roman" w:cs="Times New Roman"/>
                <w:color w:val="000000"/>
                <w:lang w:eastAsia="vi-VN" w:bidi="vi-VN"/>
              </w:rPr>
              <w:t>T,VHXH.</w:t>
            </w:r>
          </w:p>
        </w:tc>
        <w:tc>
          <w:tcPr>
            <w:tcW w:w="4083" w:type="dxa"/>
          </w:tcPr>
          <w:p w:rsidR="00C0110D" w:rsidRPr="00C0110D" w:rsidRDefault="00C0110D" w:rsidP="00C0110D">
            <w:pPr>
              <w:widowControl w:val="0"/>
              <w:spacing w:after="0" w:line="240" w:lineRule="auto"/>
              <w:jc w:val="center"/>
              <w:rPr>
                <w:rFonts w:ascii="Times New Roman" w:eastAsia="Courier New" w:hAnsi="Times New Roman" w:cs="Times New Roman"/>
                <w:b/>
                <w:color w:val="000000"/>
                <w:sz w:val="27"/>
                <w:szCs w:val="27"/>
                <w:lang w:eastAsia="vi-VN" w:bidi="vi-VN"/>
              </w:rPr>
            </w:pPr>
            <w:r w:rsidRPr="00C0110D">
              <w:rPr>
                <w:rFonts w:ascii="Times New Roman" w:eastAsia="Courier New" w:hAnsi="Times New Roman" w:cs="Times New Roman"/>
                <w:b/>
                <w:color w:val="000000"/>
                <w:sz w:val="27"/>
                <w:szCs w:val="27"/>
                <w:lang w:val="vi-VN" w:eastAsia="vi-VN" w:bidi="vi-VN"/>
              </w:rPr>
              <w:t>TM</w:t>
            </w:r>
            <w:r w:rsidRPr="00C0110D">
              <w:rPr>
                <w:rFonts w:ascii="Times New Roman" w:eastAsia="Courier New" w:hAnsi="Times New Roman" w:cs="Times New Roman"/>
                <w:b/>
                <w:color w:val="000000"/>
                <w:sz w:val="27"/>
                <w:szCs w:val="27"/>
                <w:lang w:eastAsia="vi-VN" w:bidi="vi-VN"/>
              </w:rPr>
              <w:t>.</w:t>
            </w:r>
            <w:r w:rsidRPr="00C0110D">
              <w:rPr>
                <w:rFonts w:ascii="Times New Roman" w:eastAsia="Courier New" w:hAnsi="Times New Roman" w:cs="Times New Roman"/>
                <w:b/>
                <w:color w:val="000000"/>
                <w:sz w:val="27"/>
                <w:szCs w:val="27"/>
                <w:lang w:val="vi-VN" w:eastAsia="vi-VN" w:bidi="vi-VN"/>
              </w:rPr>
              <w:t xml:space="preserve"> </w:t>
            </w:r>
            <w:r w:rsidRPr="00C0110D">
              <w:rPr>
                <w:rFonts w:ascii="Times New Roman" w:eastAsia="Courier New" w:hAnsi="Times New Roman" w:cs="Times New Roman"/>
                <w:b/>
                <w:color w:val="000000"/>
                <w:sz w:val="27"/>
                <w:szCs w:val="27"/>
                <w:lang w:eastAsia="vi-VN" w:bidi="vi-VN"/>
              </w:rPr>
              <w:t>UỶ BAN NHÂN DÂN</w:t>
            </w:r>
          </w:p>
          <w:p w:rsidR="00C0110D" w:rsidRPr="00C0110D" w:rsidRDefault="00C0110D" w:rsidP="00C0110D">
            <w:pPr>
              <w:widowControl w:val="0"/>
              <w:spacing w:after="0" w:line="240" w:lineRule="auto"/>
              <w:jc w:val="center"/>
              <w:rPr>
                <w:rFonts w:ascii="Times New Roman" w:eastAsia="Courier New" w:hAnsi="Times New Roman" w:cs="Times New Roman"/>
                <w:b/>
                <w:color w:val="000000"/>
                <w:sz w:val="27"/>
                <w:szCs w:val="27"/>
                <w:lang w:eastAsia="vi-VN" w:bidi="vi-VN"/>
              </w:rPr>
            </w:pPr>
            <w:r w:rsidRPr="00C0110D">
              <w:rPr>
                <w:rFonts w:ascii="Times New Roman" w:eastAsia="Courier New" w:hAnsi="Times New Roman" w:cs="Times New Roman"/>
                <w:b/>
                <w:color w:val="000000"/>
                <w:sz w:val="27"/>
                <w:szCs w:val="27"/>
                <w:lang w:eastAsia="vi-VN" w:bidi="vi-VN"/>
              </w:rPr>
              <w:t>KT.CHỦ TỊCH</w:t>
            </w:r>
          </w:p>
          <w:p w:rsidR="00C0110D" w:rsidRPr="00C0110D" w:rsidRDefault="00C0110D" w:rsidP="00C0110D">
            <w:pPr>
              <w:widowControl w:val="0"/>
              <w:spacing w:after="0" w:line="240" w:lineRule="auto"/>
              <w:jc w:val="center"/>
              <w:rPr>
                <w:rFonts w:ascii="Courier New" w:eastAsia="Courier New" w:hAnsi="Courier New" w:cs="Courier New"/>
                <w:color w:val="000000"/>
                <w:sz w:val="27"/>
                <w:szCs w:val="27"/>
                <w:lang w:val="vi-VN" w:eastAsia="vi-VN" w:bidi="vi-VN"/>
              </w:rPr>
            </w:pPr>
            <w:r w:rsidRPr="00C0110D">
              <w:rPr>
                <w:rFonts w:ascii="Times New Roman" w:eastAsia="Courier New" w:hAnsi="Times New Roman" w:cs="Times New Roman"/>
                <w:b/>
                <w:color w:val="000000"/>
                <w:sz w:val="27"/>
                <w:szCs w:val="27"/>
                <w:lang w:eastAsia="vi-VN" w:bidi="vi-VN"/>
              </w:rPr>
              <w:t>PHÓ CHỦ TỊCH</w:t>
            </w:r>
          </w:p>
          <w:p w:rsidR="00C0110D" w:rsidRPr="00C0110D" w:rsidRDefault="00C0110D" w:rsidP="00C0110D">
            <w:pPr>
              <w:widowControl w:val="0"/>
              <w:spacing w:after="0" w:line="288" w:lineRule="auto"/>
              <w:jc w:val="center"/>
              <w:rPr>
                <w:rFonts w:ascii="Courier New" w:eastAsia="Courier New" w:hAnsi="Courier New" w:cs="Courier New"/>
                <w:color w:val="000000"/>
                <w:sz w:val="24"/>
                <w:szCs w:val="24"/>
                <w:lang w:val="vi-VN" w:eastAsia="vi-VN" w:bidi="vi-VN"/>
              </w:rPr>
            </w:pPr>
          </w:p>
          <w:p w:rsidR="00C0110D" w:rsidRPr="00C0110D" w:rsidRDefault="00C0110D" w:rsidP="00C0110D">
            <w:pPr>
              <w:widowControl w:val="0"/>
              <w:spacing w:after="0" w:line="288" w:lineRule="auto"/>
              <w:jc w:val="center"/>
              <w:rPr>
                <w:rFonts w:ascii="Courier New" w:eastAsia="Courier New" w:hAnsi="Courier New" w:cs="Courier New"/>
                <w:color w:val="000000"/>
                <w:sz w:val="24"/>
                <w:szCs w:val="24"/>
                <w:lang w:val="vi-VN" w:eastAsia="vi-VN" w:bidi="vi-VN"/>
              </w:rPr>
            </w:pPr>
          </w:p>
          <w:p w:rsidR="00C0110D" w:rsidRPr="00C0110D" w:rsidRDefault="00C0110D" w:rsidP="00C0110D">
            <w:pPr>
              <w:widowControl w:val="0"/>
              <w:spacing w:after="0" w:line="288" w:lineRule="auto"/>
              <w:jc w:val="center"/>
              <w:rPr>
                <w:rFonts w:ascii="Courier New" w:eastAsia="Courier New" w:hAnsi="Courier New" w:cs="Courier New"/>
                <w:color w:val="000000"/>
                <w:sz w:val="24"/>
                <w:szCs w:val="24"/>
                <w:lang w:eastAsia="vi-VN" w:bidi="vi-VN"/>
              </w:rPr>
            </w:pPr>
          </w:p>
          <w:p w:rsidR="00C0110D" w:rsidRPr="00C0110D" w:rsidRDefault="00C0110D" w:rsidP="00C0110D">
            <w:pPr>
              <w:widowControl w:val="0"/>
              <w:spacing w:after="0" w:line="288" w:lineRule="auto"/>
              <w:jc w:val="center"/>
              <w:rPr>
                <w:rFonts w:ascii="Courier New" w:eastAsia="Courier New" w:hAnsi="Courier New" w:cs="Courier New"/>
                <w:color w:val="000000"/>
                <w:sz w:val="24"/>
                <w:szCs w:val="24"/>
                <w:lang w:eastAsia="vi-VN" w:bidi="vi-VN"/>
              </w:rPr>
            </w:pPr>
          </w:p>
          <w:p w:rsidR="00C0110D" w:rsidRPr="00C0110D" w:rsidRDefault="00C0110D" w:rsidP="00C0110D">
            <w:pPr>
              <w:widowControl w:val="0"/>
              <w:spacing w:after="0" w:line="288" w:lineRule="auto"/>
              <w:jc w:val="center"/>
              <w:rPr>
                <w:rFonts w:ascii="Courier New" w:eastAsia="Courier New" w:hAnsi="Courier New" w:cs="Courier New"/>
                <w:color w:val="000000"/>
                <w:sz w:val="24"/>
                <w:szCs w:val="24"/>
                <w:lang w:eastAsia="vi-VN" w:bidi="vi-VN"/>
              </w:rPr>
            </w:pPr>
          </w:p>
          <w:p w:rsidR="00C0110D" w:rsidRPr="00BA64FE" w:rsidRDefault="00C0110D" w:rsidP="00BA64FE">
            <w:pPr>
              <w:widowControl w:val="0"/>
              <w:spacing w:after="0" w:line="288" w:lineRule="auto"/>
              <w:jc w:val="center"/>
              <w:rPr>
                <w:rFonts w:ascii="Times New Roman" w:eastAsia="Courier New" w:hAnsi="Times New Roman" w:cs="Times New Roman"/>
                <w:b/>
                <w:bCs/>
                <w:color w:val="000000"/>
                <w:sz w:val="28"/>
                <w:szCs w:val="28"/>
                <w:lang w:eastAsia="vi-VN" w:bidi="vi-VN"/>
              </w:rPr>
            </w:pPr>
            <w:r w:rsidRPr="00C0110D">
              <w:rPr>
                <w:rFonts w:ascii="Times New Roman" w:eastAsia="Courier New" w:hAnsi="Times New Roman" w:cs="Times New Roman"/>
                <w:b/>
                <w:bCs/>
                <w:color w:val="000000"/>
                <w:sz w:val="28"/>
                <w:szCs w:val="28"/>
                <w:lang w:eastAsia="vi-VN" w:bidi="vi-VN"/>
              </w:rPr>
              <w:t>Đậu Thanh Tịnh</w:t>
            </w:r>
          </w:p>
        </w:tc>
      </w:tr>
    </w:tbl>
    <w:p w:rsidR="00001ACD" w:rsidRPr="00001ACD" w:rsidRDefault="00001ACD" w:rsidP="00001ACD">
      <w:pPr>
        <w:pStyle w:val="Heading1"/>
        <w:spacing w:before="0" w:line="240" w:lineRule="auto"/>
        <w:rPr>
          <w:rFonts w:ascii="Times New Roman" w:hAnsi="Times New Roman" w:cs="Times New Roman"/>
          <w:sz w:val="26"/>
          <w:szCs w:val="26"/>
        </w:rPr>
      </w:pPr>
    </w:p>
    <w:p w:rsidR="0061606A" w:rsidRDefault="0061606A" w:rsidP="008C4653">
      <w:pPr>
        <w:spacing w:after="0" w:line="240" w:lineRule="auto"/>
        <w:jc w:val="center"/>
        <w:rPr>
          <w:rFonts w:ascii="Times New Roman" w:hAnsi="Times New Roman" w:cs="Times New Roman"/>
          <w:b/>
          <w:sz w:val="28"/>
          <w:szCs w:val="28"/>
        </w:rPr>
      </w:pPr>
    </w:p>
    <w:p w:rsidR="0061606A" w:rsidRDefault="0061606A" w:rsidP="00764A51">
      <w:pPr>
        <w:spacing w:after="0" w:line="240" w:lineRule="auto"/>
        <w:rPr>
          <w:rFonts w:ascii="Times New Roman" w:hAnsi="Times New Roman" w:cs="Times New Roman"/>
          <w:b/>
          <w:sz w:val="28"/>
          <w:szCs w:val="28"/>
        </w:rPr>
      </w:pPr>
    </w:p>
    <w:p w:rsidR="00764A51" w:rsidRDefault="00764A51" w:rsidP="00764A51">
      <w:pPr>
        <w:spacing w:after="0" w:line="240" w:lineRule="auto"/>
        <w:rPr>
          <w:rFonts w:ascii="Times New Roman" w:hAnsi="Times New Roman" w:cs="Times New Roman"/>
          <w:b/>
          <w:sz w:val="28"/>
          <w:szCs w:val="28"/>
        </w:rPr>
      </w:pPr>
    </w:p>
    <w:p w:rsidR="00764A51" w:rsidRDefault="00764A51" w:rsidP="00764A51">
      <w:pPr>
        <w:spacing w:after="0" w:line="240" w:lineRule="auto"/>
        <w:rPr>
          <w:rFonts w:ascii="Times New Roman" w:hAnsi="Times New Roman" w:cs="Times New Roman"/>
          <w:b/>
          <w:sz w:val="28"/>
          <w:szCs w:val="28"/>
        </w:rPr>
      </w:pPr>
    </w:p>
    <w:p w:rsidR="00764A51" w:rsidRDefault="00764A51" w:rsidP="00764A51">
      <w:pPr>
        <w:spacing w:after="0" w:line="240" w:lineRule="auto"/>
        <w:rPr>
          <w:rFonts w:ascii="Times New Roman" w:hAnsi="Times New Roman" w:cs="Times New Roman"/>
          <w:b/>
          <w:sz w:val="28"/>
          <w:szCs w:val="28"/>
        </w:rPr>
      </w:pPr>
    </w:p>
    <w:p w:rsidR="00764A51" w:rsidRDefault="00764A51" w:rsidP="00764A51">
      <w:pPr>
        <w:spacing w:after="0" w:line="240" w:lineRule="auto"/>
        <w:rPr>
          <w:rFonts w:ascii="Times New Roman" w:hAnsi="Times New Roman" w:cs="Times New Roman"/>
          <w:b/>
          <w:sz w:val="28"/>
          <w:szCs w:val="28"/>
        </w:rPr>
      </w:pPr>
    </w:p>
    <w:p w:rsidR="00764A51" w:rsidRDefault="00764A51" w:rsidP="00764A51">
      <w:pPr>
        <w:spacing w:after="0" w:line="240" w:lineRule="auto"/>
        <w:rPr>
          <w:rFonts w:ascii="Times New Roman" w:hAnsi="Times New Roman" w:cs="Times New Roman"/>
          <w:b/>
          <w:sz w:val="28"/>
          <w:szCs w:val="28"/>
        </w:rPr>
      </w:pPr>
    </w:p>
    <w:p w:rsidR="00764A51" w:rsidRDefault="00764A51" w:rsidP="00764A51">
      <w:pPr>
        <w:spacing w:after="0" w:line="240" w:lineRule="auto"/>
        <w:rPr>
          <w:rFonts w:ascii="Times New Roman" w:hAnsi="Times New Roman" w:cs="Times New Roman"/>
          <w:b/>
          <w:sz w:val="28"/>
          <w:szCs w:val="28"/>
        </w:rPr>
      </w:pPr>
    </w:p>
    <w:p w:rsidR="00764A51" w:rsidRDefault="00764A51" w:rsidP="00764A51">
      <w:pPr>
        <w:spacing w:after="0" w:line="240" w:lineRule="auto"/>
        <w:rPr>
          <w:rFonts w:ascii="Times New Roman" w:hAnsi="Times New Roman" w:cs="Times New Roman"/>
          <w:b/>
          <w:sz w:val="28"/>
          <w:szCs w:val="28"/>
        </w:rPr>
      </w:pPr>
    </w:p>
    <w:p w:rsidR="00764A51" w:rsidRDefault="00764A51" w:rsidP="00764A51">
      <w:pPr>
        <w:spacing w:after="0" w:line="240" w:lineRule="auto"/>
        <w:rPr>
          <w:rFonts w:ascii="Times New Roman" w:hAnsi="Times New Roman" w:cs="Times New Roman"/>
          <w:b/>
          <w:sz w:val="28"/>
          <w:szCs w:val="28"/>
        </w:rPr>
      </w:pPr>
    </w:p>
    <w:p w:rsidR="00764A51" w:rsidRDefault="00764A51" w:rsidP="00764A51">
      <w:pPr>
        <w:spacing w:after="0" w:line="240" w:lineRule="auto"/>
        <w:rPr>
          <w:rFonts w:ascii="Times New Roman" w:hAnsi="Times New Roman" w:cs="Times New Roman"/>
          <w:b/>
          <w:sz w:val="28"/>
          <w:szCs w:val="28"/>
        </w:rPr>
      </w:pPr>
    </w:p>
    <w:p w:rsidR="00764A51" w:rsidRDefault="00764A51" w:rsidP="00764A51">
      <w:pPr>
        <w:spacing w:after="0" w:line="240" w:lineRule="auto"/>
        <w:rPr>
          <w:rFonts w:ascii="Times New Roman" w:hAnsi="Times New Roman" w:cs="Times New Roman"/>
          <w:b/>
          <w:sz w:val="28"/>
          <w:szCs w:val="28"/>
        </w:rPr>
      </w:pPr>
    </w:p>
    <w:p w:rsidR="00764A51" w:rsidRDefault="00764A51" w:rsidP="00764A51">
      <w:pPr>
        <w:spacing w:after="0" w:line="240" w:lineRule="auto"/>
        <w:rPr>
          <w:rFonts w:ascii="Times New Roman" w:hAnsi="Times New Roman" w:cs="Times New Roman"/>
          <w:b/>
          <w:sz w:val="28"/>
          <w:szCs w:val="28"/>
        </w:rPr>
      </w:pPr>
    </w:p>
    <w:p w:rsidR="00764A51" w:rsidRDefault="00764A51" w:rsidP="00764A51">
      <w:pPr>
        <w:spacing w:after="0" w:line="240" w:lineRule="auto"/>
        <w:rPr>
          <w:rFonts w:ascii="Times New Roman" w:hAnsi="Times New Roman" w:cs="Times New Roman"/>
          <w:b/>
          <w:sz w:val="28"/>
          <w:szCs w:val="28"/>
        </w:rPr>
      </w:pPr>
    </w:p>
    <w:p w:rsidR="00764A51" w:rsidRDefault="00764A51" w:rsidP="00764A51">
      <w:pPr>
        <w:spacing w:after="0" w:line="240" w:lineRule="auto"/>
        <w:rPr>
          <w:rFonts w:ascii="Times New Roman" w:hAnsi="Times New Roman" w:cs="Times New Roman"/>
          <w:b/>
          <w:sz w:val="28"/>
          <w:szCs w:val="28"/>
        </w:rPr>
      </w:pPr>
    </w:p>
    <w:p w:rsidR="0061606A" w:rsidRDefault="0061606A" w:rsidP="008C4653">
      <w:pPr>
        <w:spacing w:after="0" w:line="240" w:lineRule="auto"/>
        <w:jc w:val="center"/>
        <w:rPr>
          <w:rFonts w:ascii="Times New Roman" w:hAnsi="Times New Roman" w:cs="Times New Roman"/>
          <w:b/>
          <w:sz w:val="28"/>
          <w:szCs w:val="28"/>
        </w:rPr>
      </w:pPr>
    </w:p>
    <w:p w:rsidR="0061606A" w:rsidRDefault="0061606A" w:rsidP="006F16CE">
      <w:pPr>
        <w:spacing w:after="0" w:line="240" w:lineRule="auto"/>
        <w:rPr>
          <w:rFonts w:ascii="Times New Roman" w:hAnsi="Times New Roman" w:cs="Times New Roman"/>
          <w:b/>
          <w:sz w:val="28"/>
          <w:szCs w:val="28"/>
        </w:rPr>
      </w:pPr>
    </w:p>
    <w:p w:rsidR="008C4653" w:rsidRDefault="00A41957" w:rsidP="008C465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PHỤ LỤC 1: </w:t>
      </w:r>
      <w:r w:rsidR="008C4653" w:rsidRPr="008C4653">
        <w:rPr>
          <w:rFonts w:ascii="Times New Roman" w:hAnsi="Times New Roman" w:cs="Times New Roman"/>
          <w:b/>
          <w:sz w:val="28"/>
          <w:szCs w:val="28"/>
        </w:rPr>
        <w:t>BIỂU TIẾN ĐỘ THỰC HIỆN</w:t>
      </w:r>
    </w:p>
    <w:p w:rsidR="003B7789" w:rsidRDefault="003B7789" w:rsidP="003B7789">
      <w:pPr>
        <w:spacing w:after="0" w:line="240" w:lineRule="auto"/>
        <w:jc w:val="center"/>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 xml:space="preserve">(Kèm theo Kế hoạch số    </w:t>
      </w:r>
      <w:r w:rsidR="00B13A96">
        <w:rPr>
          <w:rFonts w:ascii="Times New Roman" w:eastAsia="Times New Roman" w:hAnsi="Times New Roman" w:cs="Times New Roman"/>
          <w:i/>
          <w:iCs/>
          <w:sz w:val="28"/>
          <w:szCs w:val="28"/>
        </w:rPr>
        <w:t xml:space="preserve">  </w:t>
      </w:r>
      <w:r>
        <w:rPr>
          <w:rFonts w:ascii="Times New Roman" w:eastAsia="Times New Roman" w:hAnsi="Times New Roman" w:cs="Times New Roman"/>
          <w:i/>
          <w:iCs/>
          <w:sz w:val="28"/>
          <w:szCs w:val="28"/>
        </w:rPr>
        <w:t xml:space="preserve">  /KH-UBND ngày      tháng      </w:t>
      </w:r>
      <w:r w:rsidRPr="003B7789">
        <w:rPr>
          <w:rFonts w:ascii="Times New Roman" w:eastAsia="Times New Roman" w:hAnsi="Times New Roman" w:cs="Times New Roman"/>
          <w:i/>
          <w:iCs/>
          <w:sz w:val="28"/>
          <w:szCs w:val="28"/>
        </w:rPr>
        <w:t xml:space="preserve"> năm 2026 của </w:t>
      </w:r>
    </w:p>
    <w:p w:rsidR="003B7789" w:rsidRPr="003B7789" w:rsidRDefault="003B7789" w:rsidP="003B7789">
      <w:pPr>
        <w:spacing w:after="0" w:line="240" w:lineRule="auto"/>
        <w:jc w:val="center"/>
        <w:rPr>
          <w:rFonts w:ascii="Times New Roman" w:eastAsia="Times New Roman" w:hAnsi="Times New Roman" w:cs="Times New Roman"/>
          <w:sz w:val="28"/>
          <w:szCs w:val="28"/>
        </w:rPr>
      </w:pPr>
      <w:r w:rsidRPr="003B7789">
        <w:rPr>
          <w:rFonts w:ascii="Times New Roman" w:eastAsia="Times New Roman" w:hAnsi="Times New Roman" w:cs="Times New Roman"/>
          <w:i/>
          <w:iCs/>
          <w:sz w:val="28"/>
          <w:szCs w:val="28"/>
        </w:rPr>
        <w:t>UBND xã Đức Minh)</w:t>
      </w:r>
    </w:p>
    <w:p w:rsidR="003B7789" w:rsidRPr="003B7789" w:rsidRDefault="003B7789" w:rsidP="008C4653">
      <w:pPr>
        <w:spacing w:after="0" w:line="240" w:lineRule="auto"/>
        <w:jc w:val="center"/>
        <w:rPr>
          <w:rFonts w:ascii="Times New Roman" w:hAnsi="Times New Roman" w:cs="Times New Roman"/>
          <w:b/>
          <w:sz w:val="6"/>
          <w:szCs w:val="28"/>
        </w:rPr>
      </w:pPr>
    </w:p>
    <w:p w:rsidR="008C4653" w:rsidRPr="008C4653" w:rsidRDefault="008C4653" w:rsidP="008C4653">
      <w:pPr>
        <w:spacing w:after="0" w:line="240" w:lineRule="auto"/>
        <w:jc w:val="center"/>
        <w:rPr>
          <w:rFonts w:ascii="Times New Roman" w:hAnsi="Times New Roman" w:cs="Times New Roman"/>
          <w:b/>
          <w:sz w:val="8"/>
          <w:szCs w:val="28"/>
        </w:rPr>
      </w:pPr>
    </w:p>
    <w:tbl>
      <w:tblPr>
        <w:tblStyle w:val="TableGrid"/>
        <w:tblW w:w="9918" w:type="dxa"/>
        <w:tblLook w:val="04A0" w:firstRow="1" w:lastRow="0" w:firstColumn="1" w:lastColumn="0" w:noHBand="0" w:noVBand="1"/>
      </w:tblPr>
      <w:tblGrid>
        <w:gridCol w:w="742"/>
        <w:gridCol w:w="2642"/>
        <w:gridCol w:w="1401"/>
        <w:gridCol w:w="1113"/>
        <w:gridCol w:w="2095"/>
        <w:gridCol w:w="1925"/>
      </w:tblGrid>
      <w:tr w:rsidR="008C4653" w:rsidTr="00FB708C">
        <w:tc>
          <w:tcPr>
            <w:tcW w:w="746" w:type="dxa"/>
          </w:tcPr>
          <w:p w:rsidR="008C4653" w:rsidRPr="00C67606" w:rsidRDefault="008C4653" w:rsidP="00FB708C">
            <w:pPr>
              <w:spacing w:before="60" w:after="60"/>
              <w:jc w:val="center"/>
              <w:rPr>
                <w:rFonts w:ascii="Times New Roman" w:eastAsia="Courier New" w:hAnsi="Times New Roman" w:cs="Times New Roman"/>
                <w:b/>
                <w:sz w:val="26"/>
                <w:szCs w:val="26"/>
                <w:lang w:eastAsia="vi-VN" w:bidi="vi-VN"/>
              </w:rPr>
            </w:pPr>
          </w:p>
          <w:p w:rsidR="008C4653" w:rsidRPr="00C67606" w:rsidRDefault="008C4653" w:rsidP="00FB708C">
            <w:pPr>
              <w:spacing w:before="60" w:after="60"/>
              <w:jc w:val="center"/>
              <w:rPr>
                <w:rFonts w:ascii="Times New Roman" w:eastAsia="Courier New" w:hAnsi="Times New Roman" w:cs="Times New Roman"/>
                <w:b/>
                <w:sz w:val="26"/>
                <w:szCs w:val="26"/>
                <w:lang w:eastAsia="vi-VN" w:bidi="vi-VN"/>
              </w:rPr>
            </w:pPr>
            <w:r w:rsidRPr="00C67606">
              <w:rPr>
                <w:rFonts w:ascii="Times New Roman" w:eastAsia="Courier New" w:hAnsi="Times New Roman" w:cs="Times New Roman"/>
                <w:b/>
                <w:sz w:val="26"/>
                <w:szCs w:val="26"/>
                <w:lang w:eastAsia="vi-VN" w:bidi="vi-VN"/>
              </w:rPr>
              <w:t>STT</w:t>
            </w:r>
          </w:p>
        </w:tc>
        <w:tc>
          <w:tcPr>
            <w:tcW w:w="2793" w:type="dxa"/>
          </w:tcPr>
          <w:p w:rsidR="008C4653" w:rsidRPr="00C67606" w:rsidRDefault="008C4653" w:rsidP="00FB708C">
            <w:pPr>
              <w:spacing w:before="60" w:after="60"/>
              <w:jc w:val="center"/>
              <w:rPr>
                <w:rFonts w:ascii="Times New Roman" w:eastAsia="Courier New" w:hAnsi="Times New Roman" w:cs="Times New Roman"/>
                <w:b/>
                <w:sz w:val="26"/>
                <w:szCs w:val="26"/>
                <w:lang w:eastAsia="vi-VN" w:bidi="vi-VN"/>
              </w:rPr>
            </w:pPr>
          </w:p>
          <w:p w:rsidR="008C4653" w:rsidRPr="00C67606" w:rsidRDefault="008C4653" w:rsidP="00FB708C">
            <w:pPr>
              <w:spacing w:before="60" w:after="60"/>
              <w:jc w:val="center"/>
              <w:rPr>
                <w:rFonts w:ascii="Times New Roman" w:eastAsia="Courier New" w:hAnsi="Times New Roman" w:cs="Times New Roman"/>
                <w:b/>
                <w:sz w:val="26"/>
                <w:szCs w:val="26"/>
                <w:lang w:eastAsia="vi-VN" w:bidi="vi-VN"/>
              </w:rPr>
            </w:pPr>
            <w:r w:rsidRPr="00C67606">
              <w:rPr>
                <w:rFonts w:ascii="Times New Roman" w:eastAsia="Courier New" w:hAnsi="Times New Roman" w:cs="Times New Roman"/>
                <w:b/>
                <w:sz w:val="26"/>
                <w:szCs w:val="26"/>
                <w:lang w:eastAsia="vi-VN" w:bidi="vi-VN"/>
              </w:rPr>
              <w:t>Nội dung thực hiện</w:t>
            </w:r>
          </w:p>
        </w:tc>
        <w:tc>
          <w:tcPr>
            <w:tcW w:w="1134" w:type="dxa"/>
          </w:tcPr>
          <w:p w:rsidR="008C4653" w:rsidRPr="00C67606" w:rsidRDefault="008C4653" w:rsidP="00FB708C">
            <w:pPr>
              <w:spacing w:before="60" w:after="60"/>
              <w:jc w:val="center"/>
              <w:rPr>
                <w:rFonts w:ascii="Times New Roman" w:eastAsia="Courier New" w:hAnsi="Times New Roman" w:cs="Times New Roman"/>
                <w:b/>
                <w:sz w:val="26"/>
                <w:szCs w:val="26"/>
                <w:lang w:eastAsia="vi-VN" w:bidi="vi-VN"/>
              </w:rPr>
            </w:pPr>
            <w:r w:rsidRPr="00C67606">
              <w:rPr>
                <w:rFonts w:ascii="Times New Roman" w:eastAsia="Courier New" w:hAnsi="Times New Roman" w:cs="Times New Roman"/>
                <w:b/>
                <w:sz w:val="26"/>
                <w:szCs w:val="26"/>
                <w:lang w:eastAsia="vi-VN" w:bidi="vi-VN"/>
              </w:rPr>
              <w:t>Thời gian</w:t>
            </w:r>
          </w:p>
        </w:tc>
        <w:tc>
          <w:tcPr>
            <w:tcW w:w="1127" w:type="dxa"/>
          </w:tcPr>
          <w:p w:rsidR="008C4653" w:rsidRPr="00C67606" w:rsidRDefault="008C4653" w:rsidP="00FB708C">
            <w:pPr>
              <w:spacing w:before="60" w:after="60"/>
              <w:jc w:val="center"/>
              <w:rPr>
                <w:rFonts w:ascii="Times New Roman" w:eastAsia="Courier New" w:hAnsi="Times New Roman" w:cs="Times New Roman"/>
                <w:b/>
                <w:sz w:val="26"/>
                <w:szCs w:val="26"/>
                <w:lang w:eastAsia="vi-VN" w:bidi="vi-VN"/>
              </w:rPr>
            </w:pPr>
            <w:r w:rsidRPr="00C67606">
              <w:rPr>
                <w:rFonts w:ascii="Times New Roman" w:eastAsia="Courier New" w:hAnsi="Times New Roman" w:cs="Times New Roman"/>
                <w:b/>
                <w:sz w:val="26"/>
                <w:szCs w:val="26"/>
                <w:lang w:eastAsia="vi-VN" w:bidi="vi-VN"/>
              </w:rPr>
              <w:t>Đơn vị chủ trì</w:t>
            </w:r>
          </w:p>
        </w:tc>
        <w:tc>
          <w:tcPr>
            <w:tcW w:w="2106" w:type="dxa"/>
          </w:tcPr>
          <w:p w:rsidR="008C4653" w:rsidRPr="00C67606" w:rsidRDefault="008C4653" w:rsidP="00FB708C">
            <w:pPr>
              <w:spacing w:before="60" w:after="60"/>
              <w:jc w:val="center"/>
              <w:rPr>
                <w:rFonts w:ascii="Times New Roman" w:eastAsia="Courier New" w:hAnsi="Times New Roman" w:cs="Times New Roman"/>
                <w:b/>
                <w:sz w:val="26"/>
                <w:szCs w:val="26"/>
                <w:lang w:eastAsia="vi-VN" w:bidi="vi-VN"/>
              </w:rPr>
            </w:pPr>
            <w:r w:rsidRPr="00C67606">
              <w:rPr>
                <w:rFonts w:ascii="Times New Roman" w:eastAsia="Courier New" w:hAnsi="Times New Roman" w:cs="Times New Roman"/>
                <w:b/>
                <w:sz w:val="26"/>
                <w:szCs w:val="26"/>
                <w:lang w:eastAsia="vi-VN" w:bidi="vi-VN"/>
              </w:rPr>
              <w:t>Đơn vị phối hợp</w:t>
            </w:r>
          </w:p>
        </w:tc>
        <w:tc>
          <w:tcPr>
            <w:tcW w:w="2012" w:type="dxa"/>
          </w:tcPr>
          <w:p w:rsidR="008C4653" w:rsidRPr="00C67606" w:rsidRDefault="008C4653" w:rsidP="00FB708C">
            <w:pPr>
              <w:spacing w:before="60" w:after="60"/>
              <w:jc w:val="center"/>
              <w:rPr>
                <w:rFonts w:ascii="Times New Roman" w:eastAsia="Courier New" w:hAnsi="Times New Roman" w:cs="Times New Roman"/>
                <w:b/>
                <w:sz w:val="26"/>
                <w:szCs w:val="26"/>
                <w:lang w:eastAsia="vi-VN" w:bidi="vi-VN"/>
              </w:rPr>
            </w:pPr>
          </w:p>
          <w:p w:rsidR="008C4653" w:rsidRPr="00C67606" w:rsidRDefault="008C4653" w:rsidP="00FB708C">
            <w:pPr>
              <w:spacing w:before="60" w:after="60"/>
              <w:jc w:val="center"/>
              <w:rPr>
                <w:rFonts w:ascii="Times New Roman" w:eastAsia="Courier New" w:hAnsi="Times New Roman" w:cs="Times New Roman"/>
                <w:b/>
                <w:sz w:val="26"/>
                <w:szCs w:val="26"/>
                <w:lang w:eastAsia="vi-VN" w:bidi="vi-VN"/>
              </w:rPr>
            </w:pPr>
            <w:r w:rsidRPr="00C67606">
              <w:rPr>
                <w:rFonts w:ascii="Times New Roman" w:eastAsia="Courier New" w:hAnsi="Times New Roman" w:cs="Times New Roman"/>
                <w:b/>
                <w:sz w:val="26"/>
                <w:szCs w:val="26"/>
                <w:lang w:eastAsia="vi-VN" w:bidi="vi-VN"/>
              </w:rPr>
              <w:t>Sản phẩm</w:t>
            </w:r>
          </w:p>
        </w:tc>
      </w:tr>
      <w:tr w:rsidR="008C4653" w:rsidTr="00FB708C">
        <w:tc>
          <w:tcPr>
            <w:tcW w:w="746" w:type="dxa"/>
          </w:tcPr>
          <w:p w:rsidR="008C4653" w:rsidRPr="00C67606" w:rsidRDefault="008C4653" w:rsidP="00FB708C">
            <w:pPr>
              <w:spacing w:before="60" w:after="60"/>
              <w:jc w:val="center"/>
              <w:rPr>
                <w:rFonts w:ascii="Times New Roman" w:eastAsia="Courier New" w:hAnsi="Times New Roman" w:cs="Times New Roman"/>
                <w:sz w:val="26"/>
                <w:szCs w:val="26"/>
                <w:lang w:eastAsia="vi-VN" w:bidi="vi-VN"/>
              </w:rPr>
            </w:pPr>
          </w:p>
          <w:p w:rsidR="008C4653" w:rsidRPr="00C67606" w:rsidRDefault="008C4653" w:rsidP="00FB708C">
            <w:pPr>
              <w:spacing w:before="60" w:after="60"/>
              <w:jc w:val="center"/>
              <w:rPr>
                <w:rFonts w:ascii="Times New Roman" w:eastAsia="Courier New" w:hAnsi="Times New Roman" w:cs="Times New Roman"/>
                <w:sz w:val="26"/>
                <w:szCs w:val="26"/>
                <w:lang w:eastAsia="vi-VN" w:bidi="vi-VN"/>
              </w:rPr>
            </w:pPr>
          </w:p>
          <w:p w:rsidR="008C4653" w:rsidRPr="00C67606" w:rsidRDefault="008C4653" w:rsidP="00FB708C">
            <w:pPr>
              <w:spacing w:before="60" w:after="60"/>
              <w:jc w:val="center"/>
              <w:rPr>
                <w:rFonts w:ascii="Times New Roman" w:eastAsia="Courier New" w:hAnsi="Times New Roman" w:cs="Times New Roman"/>
                <w:sz w:val="26"/>
                <w:szCs w:val="26"/>
                <w:lang w:eastAsia="vi-VN" w:bidi="vi-VN"/>
              </w:rPr>
            </w:pPr>
            <w:r w:rsidRPr="00C67606">
              <w:rPr>
                <w:rFonts w:ascii="Times New Roman" w:eastAsia="Courier New" w:hAnsi="Times New Roman" w:cs="Times New Roman"/>
                <w:sz w:val="26"/>
                <w:szCs w:val="26"/>
                <w:lang w:eastAsia="vi-VN" w:bidi="vi-VN"/>
              </w:rPr>
              <w:t>1</w:t>
            </w:r>
          </w:p>
        </w:tc>
        <w:tc>
          <w:tcPr>
            <w:tcW w:w="2793" w:type="dxa"/>
          </w:tcPr>
          <w:p w:rsidR="008C4653" w:rsidRPr="00C67606" w:rsidRDefault="008C4653" w:rsidP="00FB708C">
            <w:pPr>
              <w:spacing w:before="60" w:after="60"/>
              <w:jc w:val="both"/>
              <w:rPr>
                <w:rFonts w:ascii="Times New Roman" w:eastAsia="Courier New" w:hAnsi="Times New Roman" w:cs="Times New Roman"/>
                <w:sz w:val="26"/>
                <w:szCs w:val="26"/>
                <w:lang w:eastAsia="vi-VN" w:bidi="vi-VN"/>
              </w:rPr>
            </w:pPr>
            <w:r w:rsidRPr="00C67606">
              <w:rPr>
                <w:rFonts w:ascii="Times New Roman" w:hAnsi="Times New Roman" w:cs="Times New Roman"/>
                <w:sz w:val="26"/>
                <w:szCs w:val="26"/>
              </w:rPr>
              <w:t>Ban hành Kế hoạch; thành lập Tổ dữ liệu cấp xã; tổ chức quán triệt, triển khai Kế hoạch và phân công nhiệm vụ cho các thành viên</w:t>
            </w:r>
          </w:p>
        </w:tc>
        <w:tc>
          <w:tcPr>
            <w:tcW w:w="1134" w:type="dxa"/>
          </w:tcPr>
          <w:p w:rsidR="008C4653" w:rsidRPr="00C67606" w:rsidRDefault="00612B87" w:rsidP="00FB708C">
            <w:pPr>
              <w:spacing w:before="60" w:after="60"/>
              <w:jc w:val="both"/>
              <w:rPr>
                <w:rFonts w:ascii="Times New Roman" w:eastAsia="Courier New" w:hAnsi="Times New Roman" w:cs="Times New Roman"/>
                <w:sz w:val="26"/>
                <w:szCs w:val="26"/>
                <w:lang w:eastAsia="vi-VN" w:bidi="vi-VN"/>
              </w:rPr>
            </w:pPr>
            <w:r>
              <w:rPr>
                <w:rFonts w:ascii="Times New Roman" w:hAnsi="Times New Roman" w:cs="Times New Roman"/>
                <w:sz w:val="26"/>
                <w:szCs w:val="26"/>
              </w:rPr>
              <w:t>31/7/2026 đến ngày 06/8/2026</w:t>
            </w:r>
          </w:p>
        </w:tc>
        <w:tc>
          <w:tcPr>
            <w:tcW w:w="1127" w:type="dxa"/>
          </w:tcPr>
          <w:p w:rsidR="008C4653" w:rsidRPr="00C67606" w:rsidRDefault="008C4653" w:rsidP="00FB708C">
            <w:pPr>
              <w:spacing w:before="60" w:after="60"/>
              <w:jc w:val="both"/>
              <w:rPr>
                <w:rFonts w:ascii="Times New Roman" w:eastAsia="Courier New" w:hAnsi="Times New Roman" w:cs="Times New Roman"/>
                <w:sz w:val="26"/>
                <w:szCs w:val="26"/>
                <w:lang w:eastAsia="vi-VN" w:bidi="vi-VN"/>
              </w:rPr>
            </w:pPr>
            <w:r w:rsidRPr="00C67606">
              <w:rPr>
                <w:rFonts w:ascii="Times New Roman" w:hAnsi="Times New Roman" w:cs="Times New Roman"/>
                <w:sz w:val="26"/>
                <w:szCs w:val="26"/>
              </w:rPr>
              <w:t>UBND xã</w:t>
            </w:r>
          </w:p>
        </w:tc>
        <w:tc>
          <w:tcPr>
            <w:tcW w:w="2106" w:type="dxa"/>
          </w:tcPr>
          <w:p w:rsidR="008C4653" w:rsidRPr="00C67606" w:rsidRDefault="008C4653" w:rsidP="00FB708C">
            <w:pPr>
              <w:spacing w:before="60" w:after="60"/>
              <w:jc w:val="both"/>
              <w:rPr>
                <w:rFonts w:ascii="Times New Roman" w:eastAsia="Courier New" w:hAnsi="Times New Roman" w:cs="Times New Roman"/>
                <w:sz w:val="26"/>
                <w:szCs w:val="26"/>
                <w:lang w:eastAsia="vi-VN" w:bidi="vi-VN"/>
              </w:rPr>
            </w:pPr>
            <w:r w:rsidRPr="00C67606">
              <w:rPr>
                <w:rFonts w:ascii="Times New Roman" w:hAnsi="Times New Roman" w:cs="Times New Roman"/>
                <w:sz w:val="26"/>
                <w:szCs w:val="26"/>
              </w:rPr>
              <w:t>Trạm Y tế, Công an xã, VP HĐND&amp;UBND, Phòng Văn hóa - Xã hội và các đơn vị liên quan</w:t>
            </w:r>
          </w:p>
        </w:tc>
        <w:tc>
          <w:tcPr>
            <w:tcW w:w="2012" w:type="dxa"/>
          </w:tcPr>
          <w:p w:rsidR="008C4653" w:rsidRPr="00C67606" w:rsidRDefault="008C4653" w:rsidP="00FB708C">
            <w:pPr>
              <w:spacing w:before="60" w:after="60"/>
              <w:jc w:val="both"/>
              <w:rPr>
                <w:rFonts w:ascii="Times New Roman" w:eastAsia="Courier New" w:hAnsi="Times New Roman" w:cs="Times New Roman"/>
                <w:sz w:val="26"/>
                <w:szCs w:val="26"/>
                <w:lang w:eastAsia="vi-VN" w:bidi="vi-VN"/>
              </w:rPr>
            </w:pPr>
            <w:r w:rsidRPr="00C67606">
              <w:rPr>
                <w:rFonts w:ascii="Times New Roman" w:hAnsi="Times New Roman" w:cs="Times New Roman"/>
                <w:sz w:val="26"/>
                <w:szCs w:val="26"/>
              </w:rPr>
              <w:t>Kế hoạch, Quyết định thành lập Tổ dữ liệu cấp xã, phân công nhiệm vụ</w:t>
            </w:r>
          </w:p>
        </w:tc>
      </w:tr>
      <w:tr w:rsidR="008C4653" w:rsidTr="00FB708C">
        <w:tc>
          <w:tcPr>
            <w:tcW w:w="746" w:type="dxa"/>
          </w:tcPr>
          <w:p w:rsidR="008C4653" w:rsidRPr="00C67606" w:rsidRDefault="008C4653" w:rsidP="00FB708C">
            <w:pPr>
              <w:spacing w:before="60" w:after="60"/>
              <w:jc w:val="center"/>
              <w:rPr>
                <w:rFonts w:ascii="Times New Roman" w:eastAsia="Courier New" w:hAnsi="Times New Roman" w:cs="Times New Roman"/>
                <w:sz w:val="26"/>
                <w:szCs w:val="26"/>
                <w:lang w:eastAsia="vi-VN" w:bidi="vi-VN"/>
              </w:rPr>
            </w:pPr>
          </w:p>
          <w:p w:rsidR="008C4653" w:rsidRPr="00C67606" w:rsidRDefault="008C4653" w:rsidP="00FB708C">
            <w:pPr>
              <w:spacing w:before="60" w:after="60"/>
              <w:jc w:val="center"/>
              <w:rPr>
                <w:rFonts w:ascii="Times New Roman" w:eastAsia="Courier New" w:hAnsi="Times New Roman" w:cs="Times New Roman"/>
                <w:sz w:val="26"/>
                <w:szCs w:val="26"/>
                <w:lang w:eastAsia="vi-VN" w:bidi="vi-VN"/>
              </w:rPr>
            </w:pPr>
            <w:r w:rsidRPr="00C67606">
              <w:rPr>
                <w:rFonts w:ascii="Times New Roman" w:eastAsia="Courier New" w:hAnsi="Times New Roman" w:cs="Times New Roman"/>
                <w:sz w:val="26"/>
                <w:szCs w:val="26"/>
                <w:lang w:eastAsia="vi-VN" w:bidi="vi-VN"/>
              </w:rPr>
              <w:t>2</w:t>
            </w:r>
          </w:p>
        </w:tc>
        <w:tc>
          <w:tcPr>
            <w:tcW w:w="2793" w:type="dxa"/>
          </w:tcPr>
          <w:p w:rsidR="008C4653" w:rsidRPr="00C67606" w:rsidRDefault="008C4653" w:rsidP="00FB708C">
            <w:pPr>
              <w:spacing w:before="60" w:after="60"/>
              <w:jc w:val="both"/>
              <w:rPr>
                <w:rFonts w:ascii="Times New Roman" w:eastAsia="Courier New" w:hAnsi="Times New Roman" w:cs="Times New Roman"/>
                <w:sz w:val="26"/>
                <w:szCs w:val="26"/>
                <w:lang w:eastAsia="vi-VN" w:bidi="vi-VN"/>
              </w:rPr>
            </w:pPr>
            <w:r w:rsidRPr="00C67606">
              <w:rPr>
                <w:rFonts w:ascii="Times New Roman" w:hAnsi="Times New Roman" w:cs="Times New Roman"/>
                <w:sz w:val="26"/>
                <w:szCs w:val="26"/>
              </w:rPr>
              <w:t>Tiếp nhận danh sách, tài liệu hướng dẫn; tổ chức rà soát, phân loại, đối chiếu dữ liệu thuộc 12 cơ sở dữ liệu chuyên ngành y tế</w:t>
            </w:r>
          </w:p>
        </w:tc>
        <w:tc>
          <w:tcPr>
            <w:tcW w:w="1134" w:type="dxa"/>
          </w:tcPr>
          <w:p w:rsidR="008C4653" w:rsidRPr="00C67606" w:rsidRDefault="00612B87" w:rsidP="00FB708C">
            <w:pPr>
              <w:spacing w:before="60" w:after="60"/>
              <w:jc w:val="both"/>
              <w:rPr>
                <w:rFonts w:ascii="Times New Roman" w:eastAsia="Courier New" w:hAnsi="Times New Roman" w:cs="Times New Roman"/>
                <w:sz w:val="26"/>
                <w:szCs w:val="26"/>
                <w:lang w:eastAsia="vi-VN" w:bidi="vi-VN"/>
              </w:rPr>
            </w:pPr>
            <w:r>
              <w:rPr>
                <w:rFonts w:ascii="Times New Roman" w:hAnsi="Times New Roman" w:cs="Times New Roman"/>
                <w:sz w:val="26"/>
                <w:szCs w:val="26"/>
              </w:rPr>
              <w:t>Từ ngày 07/8/2026 đến ngày 15/8/2026</w:t>
            </w:r>
          </w:p>
        </w:tc>
        <w:tc>
          <w:tcPr>
            <w:tcW w:w="1127" w:type="dxa"/>
          </w:tcPr>
          <w:p w:rsidR="008C4653" w:rsidRPr="00C67606" w:rsidRDefault="008C4653" w:rsidP="00FB708C">
            <w:pPr>
              <w:spacing w:before="60" w:after="60"/>
              <w:jc w:val="both"/>
              <w:rPr>
                <w:rFonts w:ascii="Times New Roman" w:eastAsia="Courier New" w:hAnsi="Times New Roman" w:cs="Times New Roman"/>
                <w:sz w:val="26"/>
                <w:szCs w:val="26"/>
                <w:lang w:eastAsia="vi-VN" w:bidi="vi-VN"/>
              </w:rPr>
            </w:pPr>
            <w:r w:rsidRPr="00C67606">
              <w:rPr>
                <w:rFonts w:ascii="Times New Roman" w:hAnsi="Times New Roman" w:cs="Times New Roman"/>
                <w:sz w:val="26"/>
                <w:szCs w:val="26"/>
              </w:rPr>
              <w:t>Trạm Y tế</w:t>
            </w:r>
          </w:p>
        </w:tc>
        <w:tc>
          <w:tcPr>
            <w:tcW w:w="2106" w:type="dxa"/>
          </w:tcPr>
          <w:p w:rsidR="008C4653" w:rsidRPr="00C67606" w:rsidRDefault="008C4653" w:rsidP="00FB708C">
            <w:pPr>
              <w:spacing w:before="60" w:after="60"/>
              <w:jc w:val="both"/>
              <w:rPr>
                <w:rFonts w:ascii="Times New Roman" w:hAnsi="Times New Roman" w:cs="Times New Roman"/>
                <w:sz w:val="26"/>
                <w:szCs w:val="26"/>
              </w:rPr>
            </w:pPr>
            <w:r w:rsidRPr="00C67606">
              <w:rPr>
                <w:rFonts w:ascii="Times New Roman" w:hAnsi="Times New Roman" w:cs="Times New Roman"/>
                <w:sz w:val="26"/>
                <w:szCs w:val="26"/>
              </w:rPr>
              <w:t>Công an xã, VP HĐND&amp;UBND, Phòng Văn hóa - Xã hội và trưởng thôn</w:t>
            </w:r>
          </w:p>
        </w:tc>
        <w:tc>
          <w:tcPr>
            <w:tcW w:w="2012" w:type="dxa"/>
          </w:tcPr>
          <w:p w:rsidR="008C4653" w:rsidRPr="00C67606" w:rsidRDefault="008C4653" w:rsidP="00FB708C">
            <w:pPr>
              <w:spacing w:before="60" w:after="60"/>
              <w:jc w:val="both"/>
              <w:rPr>
                <w:rFonts w:ascii="Times New Roman" w:eastAsia="Courier New" w:hAnsi="Times New Roman" w:cs="Times New Roman"/>
                <w:sz w:val="26"/>
                <w:szCs w:val="26"/>
                <w:lang w:eastAsia="vi-VN" w:bidi="vi-VN"/>
              </w:rPr>
            </w:pPr>
            <w:r w:rsidRPr="00C67606">
              <w:rPr>
                <w:rFonts w:ascii="Times New Roman" w:hAnsi="Times New Roman" w:cs="Times New Roman"/>
                <w:sz w:val="26"/>
                <w:szCs w:val="26"/>
              </w:rPr>
              <w:t>Danh sách dữ liệu đã rà soát, phân loại</w:t>
            </w:r>
          </w:p>
        </w:tc>
      </w:tr>
      <w:tr w:rsidR="008C4653" w:rsidTr="00FB708C">
        <w:tc>
          <w:tcPr>
            <w:tcW w:w="746" w:type="dxa"/>
          </w:tcPr>
          <w:p w:rsidR="008C4653" w:rsidRPr="00C67606" w:rsidRDefault="008C4653" w:rsidP="00FB708C">
            <w:pPr>
              <w:spacing w:before="60" w:after="60"/>
              <w:jc w:val="center"/>
              <w:rPr>
                <w:rFonts w:ascii="Times New Roman" w:eastAsia="Courier New" w:hAnsi="Times New Roman" w:cs="Times New Roman"/>
                <w:sz w:val="26"/>
                <w:szCs w:val="26"/>
                <w:lang w:eastAsia="vi-VN" w:bidi="vi-VN"/>
              </w:rPr>
            </w:pPr>
          </w:p>
          <w:p w:rsidR="008C4653" w:rsidRPr="00C67606" w:rsidRDefault="008C4653" w:rsidP="00FB708C">
            <w:pPr>
              <w:spacing w:before="60" w:after="60"/>
              <w:jc w:val="center"/>
              <w:rPr>
                <w:rFonts w:ascii="Times New Roman" w:eastAsia="Courier New" w:hAnsi="Times New Roman" w:cs="Times New Roman"/>
                <w:sz w:val="26"/>
                <w:szCs w:val="26"/>
                <w:lang w:eastAsia="vi-VN" w:bidi="vi-VN"/>
              </w:rPr>
            </w:pPr>
          </w:p>
          <w:p w:rsidR="008C4653" w:rsidRPr="00C67606" w:rsidRDefault="008C4653" w:rsidP="00FB708C">
            <w:pPr>
              <w:spacing w:before="60" w:after="60"/>
              <w:jc w:val="center"/>
              <w:rPr>
                <w:rFonts w:ascii="Times New Roman" w:eastAsia="Courier New" w:hAnsi="Times New Roman" w:cs="Times New Roman"/>
                <w:sz w:val="26"/>
                <w:szCs w:val="26"/>
                <w:lang w:eastAsia="vi-VN" w:bidi="vi-VN"/>
              </w:rPr>
            </w:pPr>
            <w:r w:rsidRPr="00C67606">
              <w:rPr>
                <w:rFonts w:ascii="Times New Roman" w:eastAsia="Courier New" w:hAnsi="Times New Roman" w:cs="Times New Roman"/>
                <w:sz w:val="26"/>
                <w:szCs w:val="26"/>
                <w:lang w:eastAsia="vi-VN" w:bidi="vi-VN"/>
              </w:rPr>
              <w:t>3</w:t>
            </w:r>
          </w:p>
        </w:tc>
        <w:tc>
          <w:tcPr>
            <w:tcW w:w="2793" w:type="dxa"/>
          </w:tcPr>
          <w:p w:rsidR="008C4653" w:rsidRPr="00C67606" w:rsidRDefault="008C4653" w:rsidP="00FB708C">
            <w:pPr>
              <w:spacing w:before="60" w:after="60"/>
              <w:jc w:val="both"/>
              <w:rPr>
                <w:rFonts w:ascii="Times New Roman" w:eastAsia="Courier New" w:hAnsi="Times New Roman" w:cs="Times New Roman"/>
                <w:sz w:val="26"/>
                <w:szCs w:val="26"/>
                <w:lang w:eastAsia="vi-VN" w:bidi="vi-VN"/>
              </w:rPr>
            </w:pPr>
            <w:r w:rsidRPr="00C67606">
              <w:rPr>
                <w:rFonts w:ascii="Times New Roman" w:hAnsi="Times New Roman" w:cs="Times New Roman"/>
                <w:sz w:val="26"/>
                <w:szCs w:val="26"/>
              </w:rPr>
              <w:t>Tổ chức xác minh thực địa, cập nhật, chỉnh sửa và chuẩn hóa dữ liệu theo hướng dẫn của cơ quan chuyên môn</w:t>
            </w:r>
          </w:p>
        </w:tc>
        <w:tc>
          <w:tcPr>
            <w:tcW w:w="1134" w:type="dxa"/>
          </w:tcPr>
          <w:p w:rsidR="008C4653" w:rsidRPr="00C67606" w:rsidRDefault="00612B87" w:rsidP="00FB708C">
            <w:pPr>
              <w:spacing w:before="60" w:after="60"/>
              <w:jc w:val="both"/>
              <w:rPr>
                <w:rFonts w:ascii="Times New Roman" w:eastAsia="Courier New" w:hAnsi="Times New Roman" w:cs="Times New Roman"/>
                <w:sz w:val="26"/>
                <w:szCs w:val="26"/>
                <w:lang w:eastAsia="vi-VN" w:bidi="vi-VN"/>
              </w:rPr>
            </w:pPr>
            <w:r>
              <w:rPr>
                <w:rFonts w:ascii="Times New Roman" w:hAnsi="Times New Roman" w:cs="Times New Roman"/>
                <w:sz w:val="26"/>
                <w:szCs w:val="26"/>
              </w:rPr>
              <w:t>Từ ngày 16/8/2026 đế</w:t>
            </w:r>
            <w:r w:rsidR="008A45B6">
              <w:rPr>
                <w:rFonts w:ascii="Times New Roman" w:hAnsi="Times New Roman" w:cs="Times New Roman"/>
                <w:sz w:val="26"/>
                <w:szCs w:val="26"/>
              </w:rPr>
              <w:t>n ngày 20</w:t>
            </w:r>
            <w:r>
              <w:rPr>
                <w:rFonts w:ascii="Times New Roman" w:hAnsi="Times New Roman" w:cs="Times New Roman"/>
                <w:sz w:val="26"/>
                <w:szCs w:val="26"/>
              </w:rPr>
              <w:t>/9/2026</w:t>
            </w:r>
          </w:p>
        </w:tc>
        <w:tc>
          <w:tcPr>
            <w:tcW w:w="1127" w:type="dxa"/>
          </w:tcPr>
          <w:p w:rsidR="008C4653" w:rsidRPr="00C67606" w:rsidRDefault="008C4653" w:rsidP="00FB708C">
            <w:pPr>
              <w:spacing w:before="60" w:after="60"/>
              <w:jc w:val="both"/>
              <w:rPr>
                <w:rFonts w:ascii="Times New Roman" w:eastAsia="Courier New" w:hAnsi="Times New Roman" w:cs="Times New Roman"/>
                <w:sz w:val="26"/>
                <w:szCs w:val="26"/>
                <w:lang w:eastAsia="vi-VN" w:bidi="vi-VN"/>
              </w:rPr>
            </w:pPr>
            <w:r w:rsidRPr="00C67606">
              <w:rPr>
                <w:rFonts w:ascii="Times New Roman" w:hAnsi="Times New Roman" w:cs="Times New Roman"/>
                <w:sz w:val="26"/>
                <w:szCs w:val="26"/>
              </w:rPr>
              <w:t>Trạm Y tế</w:t>
            </w:r>
          </w:p>
        </w:tc>
        <w:tc>
          <w:tcPr>
            <w:tcW w:w="2106" w:type="dxa"/>
          </w:tcPr>
          <w:p w:rsidR="008C4653" w:rsidRPr="00C67606" w:rsidRDefault="008C4653" w:rsidP="00FB708C">
            <w:pPr>
              <w:spacing w:before="60" w:after="60"/>
              <w:jc w:val="both"/>
              <w:rPr>
                <w:rFonts w:ascii="Times New Roman" w:hAnsi="Times New Roman" w:cs="Times New Roman"/>
                <w:sz w:val="26"/>
                <w:szCs w:val="26"/>
              </w:rPr>
            </w:pPr>
            <w:r w:rsidRPr="00C67606">
              <w:rPr>
                <w:rFonts w:ascii="Times New Roman" w:hAnsi="Times New Roman" w:cs="Times New Roman"/>
                <w:sz w:val="26"/>
                <w:szCs w:val="26"/>
              </w:rPr>
              <w:t>Công an xã, VP HĐND&amp;UBND, Phòng Văn hóa - Xã hội và trưởng thôn</w:t>
            </w:r>
          </w:p>
        </w:tc>
        <w:tc>
          <w:tcPr>
            <w:tcW w:w="2012" w:type="dxa"/>
          </w:tcPr>
          <w:p w:rsidR="008C4653" w:rsidRPr="00C67606" w:rsidRDefault="008C4653" w:rsidP="00FB708C">
            <w:pPr>
              <w:spacing w:before="60" w:after="60"/>
              <w:jc w:val="both"/>
              <w:rPr>
                <w:rFonts w:ascii="Times New Roman" w:eastAsia="Courier New" w:hAnsi="Times New Roman" w:cs="Times New Roman"/>
                <w:sz w:val="26"/>
                <w:szCs w:val="26"/>
                <w:lang w:eastAsia="vi-VN" w:bidi="vi-VN"/>
              </w:rPr>
            </w:pPr>
            <w:r w:rsidRPr="00C67606">
              <w:rPr>
                <w:rFonts w:ascii="Times New Roman" w:hAnsi="Times New Roman" w:cs="Times New Roman"/>
                <w:sz w:val="26"/>
                <w:szCs w:val="26"/>
              </w:rPr>
              <w:t>Dữ liệu được cập nhật, chuẩn hóa; biên bản xác minh (nếu có)</w:t>
            </w:r>
          </w:p>
        </w:tc>
      </w:tr>
      <w:tr w:rsidR="008C4653" w:rsidTr="00FB708C">
        <w:tc>
          <w:tcPr>
            <w:tcW w:w="746" w:type="dxa"/>
          </w:tcPr>
          <w:p w:rsidR="008C4653" w:rsidRPr="00C67606" w:rsidRDefault="008C4653" w:rsidP="00FB708C">
            <w:pPr>
              <w:spacing w:before="60" w:after="60"/>
              <w:jc w:val="center"/>
              <w:rPr>
                <w:rFonts w:ascii="Times New Roman" w:eastAsia="Courier New" w:hAnsi="Times New Roman" w:cs="Times New Roman"/>
                <w:sz w:val="26"/>
                <w:szCs w:val="26"/>
                <w:lang w:eastAsia="vi-VN" w:bidi="vi-VN"/>
              </w:rPr>
            </w:pPr>
          </w:p>
          <w:p w:rsidR="008C4653" w:rsidRPr="00C67606" w:rsidRDefault="008C4653" w:rsidP="00FB708C">
            <w:pPr>
              <w:spacing w:before="60" w:after="60"/>
              <w:jc w:val="center"/>
              <w:rPr>
                <w:rFonts w:ascii="Times New Roman" w:eastAsia="Courier New" w:hAnsi="Times New Roman" w:cs="Times New Roman"/>
                <w:sz w:val="26"/>
                <w:szCs w:val="26"/>
                <w:lang w:eastAsia="vi-VN" w:bidi="vi-VN"/>
              </w:rPr>
            </w:pPr>
          </w:p>
          <w:p w:rsidR="008C4653" w:rsidRPr="00C67606" w:rsidRDefault="008C4653" w:rsidP="00FB708C">
            <w:pPr>
              <w:spacing w:before="60" w:after="60"/>
              <w:jc w:val="center"/>
              <w:rPr>
                <w:rFonts w:ascii="Times New Roman" w:eastAsia="Courier New" w:hAnsi="Times New Roman" w:cs="Times New Roman"/>
                <w:sz w:val="26"/>
                <w:szCs w:val="26"/>
                <w:lang w:eastAsia="vi-VN" w:bidi="vi-VN"/>
              </w:rPr>
            </w:pPr>
            <w:r w:rsidRPr="00C67606">
              <w:rPr>
                <w:rFonts w:ascii="Times New Roman" w:eastAsia="Courier New" w:hAnsi="Times New Roman" w:cs="Times New Roman"/>
                <w:sz w:val="26"/>
                <w:szCs w:val="26"/>
                <w:lang w:eastAsia="vi-VN" w:bidi="vi-VN"/>
              </w:rPr>
              <w:t>4</w:t>
            </w:r>
          </w:p>
        </w:tc>
        <w:tc>
          <w:tcPr>
            <w:tcW w:w="2793" w:type="dxa"/>
          </w:tcPr>
          <w:p w:rsidR="008C4653" w:rsidRPr="00C67606" w:rsidRDefault="008C4653" w:rsidP="00FB708C">
            <w:pPr>
              <w:spacing w:before="60" w:after="60"/>
              <w:jc w:val="both"/>
              <w:rPr>
                <w:rFonts w:ascii="Times New Roman" w:eastAsia="Courier New" w:hAnsi="Times New Roman" w:cs="Times New Roman"/>
                <w:sz w:val="26"/>
                <w:szCs w:val="26"/>
                <w:lang w:eastAsia="vi-VN" w:bidi="vi-VN"/>
              </w:rPr>
            </w:pPr>
            <w:r w:rsidRPr="00C67606">
              <w:rPr>
                <w:rFonts w:ascii="Times New Roman" w:hAnsi="Times New Roman" w:cs="Times New Roman"/>
                <w:sz w:val="26"/>
                <w:szCs w:val="26"/>
              </w:rPr>
              <w:t>Kiểm tra, đối chiếu kết quả; xử lý các trường hợp còn tồn tại; hoàn thiện dữ liệu</w:t>
            </w:r>
          </w:p>
        </w:tc>
        <w:tc>
          <w:tcPr>
            <w:tcW w:w="1134" w:type="dxa"/>
          </w:tcPr>
          <w:p w:rsidR="008C4653" w:rsidRPr="00C67606" w:rsidRDefault="00612B87" w:rsidP="00FB708C">
            <w:pPr>
              <w:spacing w:before="60" w:after="60"/>
              <w:jc w:val="both"/>
              <w:rPr>
                <w:rFonts w:ascii="Times New Roman" w:eastAsia="Courier New" w:hAnsi="Times New Roman" w:cs="Times New Roman"/>
                <w:sz w:val="26"/>
                <w:szCs w:val="26"/>
                <w:lang w:eastAsia="vi-VN" w:bidi="vi-VN"/>
              </w:rPr>
            </w:pPr>
            <w:r>
              <w:rPr>
                <w:rFonts w:ascii="Times New Roman" w:hAnsi="Times New Roman" w:cs="Times New Roman"/>
                <w:sz w:val="26"/>
                <w:szCs w:val="26"/>
              </w:rPr>
              <w:t>Từ</w:t>
            </w:r>
            <w:r w:rsidR="008A45B6">
              <w:rPr>
                <w:rFonts w:ascii="Times New Roman" w:hAnsi="Times New Roman" w:cs="Times New Roman"/>
                <w:sz w:val="26"/>
                <w:szCs w:val="26"/>
              </w:rPr>
              <w:t xml:space="preserve"> ngày 21</w:t>
            </w:r>
            <w:r>
              <w:rPr>
                <w:rFonts w:ascii="Times New Roman" w:hAnsi="Times New Roman" w:cs="Times New Roman"/>
                <w:sz w:val="26"/>
                <w:szCs w:val="26"/>
              </w:rPr>
              <w:t>/9/2026 đế</w:t>
            </w:r>
            <w:r w:rsidR="008A45B6">
              <w:rPr>
                <w:rFonts w:ascii="Times New Roman" w:hAnsi="Times New Roman" w:cs="Times New Roman"/>
                <w:sz w:val="26"/>
                <w:szCs w:val="26"/>
              </w:rPr>
              <w:t>n ngày 26/10</w:t>
            </w:r>
            <w:r>
              <w:rPr>
                <w:rFonts w:ascii="Times New Roman" w:hAnsi="Times New Roman" w:cs="Times New Roman"/>
                <w:sz w:val="26"/>
                <w:szCs w:val="26"/>
              </w:rPr>
              <w:t>/2026</w:t>
            </w:r>
          </w:p>
        </w:tc>
        <w:tc>
          <w:tcPr>
            <w:tcW w:w="1127" w:type="dxa"/>
          </w:tcPr>
          <w:p w:rsidR="008C4653" w:rsidRPr="00C67606" w:rsidRDefault="008C4653" w:rsidP="00FB708C">
            <w:pPr>
              <w:spacing w:before="60" w:after="60"/>
              <w:jc w:val="both"/>
              <w:rPr>
                <w:rFonts w:ascii="Times New Roman" w:eastAsia="Courier New" w:hAnsi="Times New Roman" w:cs="Times New Roman"/>
                <w:sz w:val="26"/>
                <w:szCs w:val="26"/>
                <w:lang w:eastAsia="vi-VN" w:bidi="vi-VN"/>
              </w:rPr>
            </w:pPr>
            <w:r w:rsidRPr="00C67606">
              <w:rPr>
                <w:rFonts w:ascii="Times New Roman" w:hAnsi="Times New Roman" w:cs="Times New Roman"/>
                <w:sz w:val="26"/>
                <w:szCs w:val="26"/>
              </w:rPr>
              <w:t>Trạm Y tế</w:t>
            </w:r>
          </w:p>
        </w:tc>
        <w:tc>
          <w:tcPr>
            <w:tcW w:w="2106" w:type="dxa"/>
          </w:tcPr>
          <w:p w:rsidR="008C4653" w:rsidRPr="00C67606" w:rsidRDefault="008C4653" w:rsidP="00FB708C">
            <w:pPr>
              <w:spacing w:before="60" w:after="60"/>
              <w:jc w:val="both"/>
              <w:rPr>
                <w:rFonts w:ascii="Times New Roman" w:eastAsia="Courier New" w:hAnsi="Times New Roman" w:cs="Times New Roman"/>
                <w:sz w:val="26"/>
                <w:szCs w:val="26"/>
                <w:lang w:eastAsia="vi-VN" w:bidi="vi-VN"/>
              </w:rPr>
            </w:pPr>
            <w:r w:rsidRPr="00C67606">
              <w:rPr>
                <w:rFonts w:ascii="Times New Roman" w:hAnsi="Times New Roman" w:cs="Times New Roman"/>
                <w:sz w:val="26"/>
                <w:szCs w:val="26"/>
              </w:rPr>
              <w:t>Công an xã, VP HĐND&amp;UBND, Phòng Văn hóa - Xã hội và trưởng thôn</w:t>
            </w:r>
          </w:p>
        </w:tc>
        <w:tc>
          <w:tcPr>
            <w:tcW w:w="2012" w:type="dxa"/>
          </w:tcPr>
          <w:p w:rsidR="008C4653" w:rsidRPr="00C67606" w:rsidRDefault="008C4653" w:rsidP="00FB708C">
            <w:pPr>
              <w:spacing w:before="60" w:after="60"/>
              <w:jc w:val="both"/>
              <w:rPr>
                <w:rFonts w:ascii="Times New Roman" w:eastAsia="Courier New" w:hAnsi="Times New Roman" w:cs="Times New Roman"/>
                <w:sz w:val="26"/>
                <w:szCs w:val="26"/>
                <w:lang w:eastAsia="vi-VN" w:bidi="vi-VN"/>
              </w:rPr>
            </w:pPr>
            <w:r w:rsidRPr="00C67606">
              <w:rPr>
                <w:rFonts w:ascii="Times New Roman" w:hAnsi="Times New Roman" w:cs="Times New Roman"/>
                <w:sz w:val="26"/>
                <w:szCs w:val="26"/>
              </w:rPr>
              <w:t>Dữ liệu hoàn thiện, bảo đảm chất lượng</w:t>
            </w:r>
          </w:p>
        </w:tc>
      </w:tr>
      <w:tr w:rsidR="008C4653" w:rsidTr="00FB708C">
        <w:tc>
          <w:tcPr>
            <w:tcW w:w="746" w:type="dxa"/>
          </w:tcPr>
          <w:p w:rsidR="008C4653" w:rsidRPr="00C67606" w:rsidRDefault="008C4653" w:rsidP="00DC53E0">
            <w:pPr>
              <w:spacing w:before="60" w:after="60"/>
              <w:rPr>
                <w:rFonts w:ascii="Times New Roman" w:eastAsia="Courier New" w:hAnsi="Times New Roman" w:cs="Times New Roman"/>
                <w:sz w:val="26"/>
                <w:szCs w:val="26"/>
                <w:lang w:eastAsia="vi-VN" w:bidi="vi-VN"/>
              </w:rPr>
            </w:pPr>
          </w:p>
          <w:p w:rsidR="008C4653" w:rsidRPr="00C67606" w:rsidRDefault="008C4653" w:rsidP="00FB708C">
            <w:pPr>
              <w:spacing w:before="60" w:after="60"/>
              <w:jc w:val="center"/>
              <w:rPr>
                <w:rFonts w:ascii="Times New Roman" w:eastAsia="Courier New" w:hAnsi="Times New Roman" w:cs="Times New Roman"/>
                <w:sz w:val="26"/>
                <w:szCs w:val="26"/>
                <w:lang w:eastAsia="vi-VN" w:bidi="vi-VN"/>
              </w:rPr>
            </w:pPr>
            <w:r w:rsidRPr="00C67606">
              <w:rPr>
                <w:rFonts w:ascii="Times New Roman" w:eastAsia="Courier New" w:hAnsi="Times New Roman" w:cs="Times New Roman"/>
                <w:sz w:val="26"/>
                <w:szCs w:val="26"/>
                <w:lang w:eastAsia="vi-VN" w:bidi="vi-VN"/>
              </w:rPr>
              <w:t>5</w:t>
            </w:r>
          </w:p>
        </w:tc>
        <w:tc>
          <w:tcPr>
            <w:tcW w:w="2793" w:type="dxa"/>
          </w:tcPr>
          <w:p w:rsidR="008C4653" w:rsidRPr="00C67606" w:rsidRDefault="008C4653" w:rsidP="00FB708C">
            <w:pPr>
              <w:spacing w:before="60" w:after="60"/>
              <w:jc w:val="both"/>
              <w:rPr>
                <w:rFonts w:ascii="Times New Roman" w:eastAsia="Courier New" w:hAnsi="Times New Roman" w:cs="Times New Roman"/>
                <w:sz w:val="26"/>
                <w:szCs w:val="26"/>
                <w:lang w:eastAsia="vi-VN" w:bidi="vi-VN"/>
              </w:rPr>
            </w:pPr>
            <w:r w:rsidRPr="00C67606">
              <w:rPr>
                <w:rFonts w:ascii="Times New Roman" w:hAnsi="Times New Roman" w:cs="Times New Roman"/>
                <w:sz w:val="26"/>
                <w:szCs w:val="26"/>
              </w:rPr>
              <w:t>Tổng hợp kết quả, báo cáo tiến độ và báo cáo kết thúc Chiến dịch theo quy định</w:t>
            </w:r>
          </w:p>
        </w:tc>
        <w:tc>
          <w:tcPr>
            <w:tcW w:w="1134" w:type="dxa"/>
          </w:tcPr>
          <w:p w:rsidR="008C4653" w:rsidRPr="00C67606" w:rsidRDefault="00612B87" w:rsidP="00FB708C">
            <w:pPr>
              <w:spacing w:before="60" w:after="60"/>
              <w:jc w:val="both"/>
              <w:rPr>
                <w:rFonts w:ascii="Times New Roman" w:eastAsia="Courier New" w:hAnsi="Times New Roman" w:cs="Times New Roman"/>
                <w:sz w:val="26"/>
                <w:szCs w:val="26"/>
                <w:lang w:eastAsia="vi-VN" w:bidi="vi-VN"/>
              </w:rPr>
            </w:pPr>
            <w:r>
              <w:rPr>
                <w:rFonts w:ascii="Times New Roman" w:hAnsi="Times New Roman" w:cs="Times New Roman"/>
                <w:sz w:val="26"/>
                <w:szCs w:val="26"/>
              </w:rPr>
              <w:t>Từ</w:t>
            </w:r>
            <w:r w:rsidR="008A45B6">
              <w:rPr>
                <w:rFonts w:ascii="Times New Roman" w:hAnsi="Times New Roman" w:cs="Times New Roman"/>
                <w:sz w:val="26"/>
                <w:szCs w:val="26"/>
              </w:rPr>
              <w:t xml:space="preserve"> ngày 27/10</w:t>
            </w:r>
            <w:r>
              <w:rPr>
                <w:rFonts w:ascii="Times New Roman" w:hAnsi="Times New Roman" w:cs="Times New Roman"/>
                <w:sz w:val="26"/>
                <w:szCs w:val="26"/>
              </w:rPr>
              <w:t>/2026 đế</w:t>
            </w:r>
            <w:r w:rsidR="000348A2">
              <w:rPr>
                <w:rFonts w:ascii="Times New Roman" w:hAnsi="Times New Roman" w:cs="Times New Roman"/>
                <w:sz w:val="26"/>
                <w:szCs w:val="26"/>
              </w:rPr>
              <w:t>n ngày 30</w:t>
            </w:r>
            <w:r w:rsidR="008A45B6">
              <w:rPr>
                <w:rFonts w:ascii="Times New Roman" w:hAnsi="Times New Roman" w:cs="Times New Roman"/>
                <w:sz w:val="26"/>
                <w:szCs w:val="26"/>
              </w:rPr>
              <w:t>/10</w:t>
            </w:r>
            <w:r>
              <w:rPr>
                <w:rFonts w:ascii="Times New Roman" w:hAnsi="Times New Roman" w:cs="Times New Roman"/>
                <w:sz w:val="26"/>
                <w:szCs w:val="26"/>
              </w:rPr>
              <w:t>/2026</w:t>
            </w:r>
          </w:p>
        </w:tc>
        <w:tc>
          <w:tcPr>
            <w:tcW w:w="1127" w:type="dxa"/>
          </w:tcPr>
          <w:p w:rsidR="008C4653" w:rsidRPr="00C67606" w:rsidRDefault="008C4653" w:rsidP="00FB708C">
            <w:pPr>
              <w:spacing w:before="60" w:after="60"/>
              <w:jc w:val="both"/>
              <w:rPr>
                <w:rFonts w:ascii="Times New Roman" w:eastAsia="Courier New" w:hAnsi="Times New Roman" w:cs="Times New Roman"/>
                <w:sz w:val="26"/>
                <w:szCs w:val="26"/>
                <w:lang w:eastAsia="vi-VN" w:bidi="vi-VN"/>
              </w:rPr>
            </w:pPr>
            <w:r w:rsidRPr="00C67606">
              <w:rPr>
                <w:rFonts w:ascii="Times New Roman" w:hAnsi="Times New Roman" w:cs="Times New Roman"/>
                <w:sz w:val="26"/>
                <w:szCs w:val="26"/>
              </w:rPr>
              <w:t>Trạm Y tế</w:t>
            </w:r>
          </w:p>
        </w:tc>
        <w:tc>
          <w:tcPr>
            <w:tcW w:w="2106" w:type="dxa"/>
          </w:tcPr>
          <w:p w:rsidR="008C4653" w:rsidRPr="00C67606" w:rsidRDefault="008C4653" w:rsidP="00FB708C">
            <w:pPr>
              <w:spacing w:before="60" w:after="60"/>
              <w:jc w:val="both"/>
              <w:rPr>
                <w:rFonts w:ascii="Times New Roman" w:eastAsia="Courier New" w:hAnsi="Times New Roman" w:cs="Times New Roman"/>
                <w:sz w:val="26"/>
                <w:szCs w:val="26"/>
                <w:lang w:eastAsia="vi-VN" w:bidi="vi-VN"/>
              </w:rPr>
            </w:pPr>
            <w:r w:rsidRPr="00C67606">
              <w:rPr>
                <w:rFonts w:ascii="Times New Roman" w:hAnsi="Times New Roman" w:cs="Times New Roman"/>
                <w:sz w:val="26"/>
                <w:szCs w:val="26"/>
              </w:rPr>
              <w:t>Văn phòng HĐND và UBND xã, các đơn vị liên quan</w:t>
            </w:r>
          </w:p>
        </w:tc>
        <w:tc>
          <w:tcPr>
            <w:tcW w:w="2012" w:type="dxa"/>
          </w:tcPr>
          <w:p w:rsidR="008C4653" w:rsidRPr="00C67606" w:rsidRDefault="008C4653" w:rsidP="00FB708C">
            <w:pPr>
              <w:spacing w:before="60" w:after="60"/>
              <w:jc w:val="both"/>
              <w:rPr>
                <w:rFonts w:ascii="Times New Roman" w:eastAsia="Courier New" w:hAnsi="Times New Roman" w:cs="Times New Roman"/>
                <w:sz w:val="26"/>
                <w:szCs w:val="26"/>
                <w:lang w:eastAsia="vi-VN" w:bidi="vi-VN"/>
              </w:rPr>
            </w:pPr>
            <w:r w:rsidRPr="00C67606">
              <w:rPr>
                <w:rFonts w:ascii="Times New Roman" w:hAnsi="Times New Roman" w:cs="Times New Roman"/>
                <w:sz w:val="26"/>
                <w:szCs w:val="26"/>
              </w:rPr>
              <w:t>Báo cáo định kỳ, báo cáo tổng kết</w:t>
            </w:r>
          </w:p>
        </w:tc>
      </w:tr>
      <w:tr w:rsidR="008C4653" w:rsidTr="00FB708C">
        <w:tc>
          <w:tcPr>
            <w:tcW w:w="746" w:type="dxa"/>
          </w:tcPr>
          <w:p w:rsidR="008C4653" w:rsidRPr="00C67606" w:rsidRDefault="008C4653" w:rsidP="00FB708C">
            <w:pPr>
              <w:spacing w:before="60" w:after="60"/>
              <w:jc w:val="center"/>
              <w:rPr>
                <w:rFonts w:ascii="Times New Roman" w:eastAsia="Courier New" w:hAnsi="Times New Roman" w:cs="Times New Roman"/>
                <w:sz w:val="26"/>
                <w:szCs w:val="26"/>
                <w:lang w:eastAsia="vi-VN" w:bidi="vi-VN"/>
              </w:rPr>
            </w:pPr>
          </w:p>
          <w:p w:rsidR="008C4653" w:rsidRPr="00C67606" w:rsidRDefault="008C4653" w:rsidP="00FB708C">
            <w:pPr>
              <w:spacing w:before="60" w:after="60"/>
              <w:jc w:val="center"/>
              <w:rPr>
                <w:rFonts w:ascii="Times New Roman" w:eastAsia="Courier New" w:hAnsi="Times New Roman" w:cs="Times New Roman"/>
                <w:sz w:val="26"/>
                <w:szCs w:val="26"/>
                <w:lang w:eastAsia="vi-VN" w:bidi="vi-VN"/>
              </w:rPr>
            </w:pPr>
            <w:r w:rsidRPr="00C67606">
              <w:rPr>
                <w:rFonts w:ascii="Times New Roman" w:eastAsia="Courier New" w:hAnsi="Times New Roman" w:cs="Times New Roman"/>
                <w:sz w:val="26"/>
                <w:szCs w:val="26"/>
                <w:lang w:eastAsia="vi-VN" w:bidi="vi-VN"/>
              </w:rPr>
              <w:t>6</w:t>
            </w:r>
          </w:p>
        </w:tc>
        <w:tc>
          <w:tcPr>
            <w:tcW w:w="2793" w:type="dxa"/>
          </w:tcPr>
          <w:p w:rsidR="008C4653" w:rsidRPr="00C67606" w:rsidRDefault="008C4653" w:rsidP="00FB708C">
            <w:pPr>
              <w:spacing w:before="60" w:after="60"/>
              <w:jc w:val="both"/>
              <w:rPr>
                <w:rFonts w:ascii="Times New Roman" w:hAnsi="Times New Roman" w:cs="Times New Roman"/>
                <w:sz w:val="26"/>
                <w:szCs w:val="26"/>
              </w:rPr>
            </w:pPr>
            <w:r w:rsidRPr="00C67606">
              <w:rPr>
                <w:rFonts w:ascii="Times New Roman" w:hAnsi="Times New Roman" w:cs="Times New Roman"/>
                <w:sz w:val="26"/>
                <w:szCs w:val="26"/>
              </w:rPr>
              <w:t>Duy trì việc cập nhật, quản lý và khai thác dữ liệu sau khi kết thúc Chiến dịch</w:t>
            </w:r>
          </w:p>
        </w:tc>
        <w:tc>
          <w:tcPr>
            <w:tcW w:w="1134" w:type="dxa"/>
          </w:tcPr>
          <w:p w:rsidR="008C4653" w:rsidRPr="00C67606" w:rsidRDefault="008C4653" w:rsidP="00FB708C">
            <w:pPr>
              <w:spacing w:before="60" w:after="60"/>
              <w:jc w:val="both"/>
              <w:rPr>
                <w:rFonts w:ascii="Times New Roman" w:hAnsi="Times New Roman" w:cs="Times New Roman"/>
                <w:sz w:val="26"/>
                <w:szCs w:val="26"/>
              </w:rPr>
            </w:pPr>
            <w:r w:rsidRPr="00C67606">
              <w:rPr>
                <w:rFonts w:ascii="Times New Roman" w:hAnsi="Times New Roman" w:cs="Times New Roman"/>
                <w:sz w:val="26"/>
                <w:szCs w:val="26"/>
              </w:rPr>
              <w:t>Thường xuyên</w:t>
            </w:r>
          </w:p>
        </w:tc>
        <w:tc>
          <w:tcPr>
            <w:tcW w:w="1127" w:type="dxa"/>
          </w:tcPr>
          <w:p w:rsidR="008C4653" w:rsidRPr="00C67606" w:rsidRDefault="008C4653" w:rsidP="00FB708C">
            <w:pPr>
              <w:spacing w:before="60" w:after="60"/>
              <w:jc w:val="both"/>
              <w:rPr>
                <w:rFonts w:ascii="Times New Roman" w:hAnsi="Times New Roman" w:cs="Times New Roman"/>
                <w:sz w:val="26"/>
                <w:szCs w:val="26"/>
              </w:rPr>
            </w:pPr>
            <w:r w:rsidRPr="00C67606">
              <w:rPr>
                <w:rFonts w:ascii="Times New Roman" w:hAnsi="Times New Roman" w:cs="Times New Roman"/>
                <w:sz w:val="26"/>
                <w:szCs w:val="26"/>
              </w:rPr>
              <w:t>Trạm Y tế</w:t>
            </w:r>
          </w:p>
        </w:tc>
        <w:tc>
          <w:tcPr>
            <w:tcW w:w="2106" w:type="dxa"/>
          </w:tcPr>
          <w:p w:rsidR="008C4653" w:rsidRPr="00C67606" w:rsidRDefault="008C4653" w:rsidP="00FB708C">
            <w:pPr>
              <w:spacing w:before="60" w:after="60"/>
              <w:jc w:val="both"/>
              <w:rPr>
                <w:rFonts w:ascii="Times New Roman" w:hAnsi="Times New Roman" w:cs="Times New Roman"/>
                <w:sz w:val="26"/>
                <w:szCs w:val="26"/>
              </w:rPr>
            </w:pPr>
            <w:r w:rsidRPr="00C67606">
              <w:rPr>
                <w:rFonts w:ascii="Times New Roman" w:hAnsi="Times New Roman" w:cs="Times New Roman"/>
                <w:sz w:val="26"/>
                <w:szCs w:val="26"/>
              </w:rPr>
              <w:t xml:space="preserve">Các đơn vị liên quan </w:t>
            </w:r>
          </w:p>
        </w:tc>
        <w:tc>
          <w:tcPr>
            <w:tcW w:w="2012" w:type="dxa"/>
          </w:tcPr>
          <w:p w:rsidR="008C4653" w:rsidRPr="00C67606" w:rsidRDefault="008C4653" w:rsidP="00FB708C">
            <w:pPr>
              <w:spacing w:before="60" w:after="60"/>
              <w:jc w:val="both"/>
              <w:rPr>
                <w:rFonts w:ascii="Times New Roman" w:hAnsi="Times New Roman" w:cs="Times New Roman"/>
                <w:sz w:val="26"/>
                <w:szCs w:val="26"/>
              </w:rPr>
            </w:pPr>
            <w:r w:rsidRPr="00C67606">
              <w:rPr>
                <w:rFonts w:ascii="Times New Roman" w:hAnsi="Times New Roman" w:cs="Times New Roman"/>
                <w:sz w:val="26"/>
                <w:szCs w:val="26"/>
              </w:rPr>
              <w:t>Dữ liệu được cập nhật thường xuyên, phục vụ quản lý và khai thác</w:t>
            </w:r>
          </w:p>
        </w:tc>
      </w:tr>
    </w:tbl>
    <w:p w:rsidR="008C4653" w:rsidRDefault="008C4653" w:rsidP="00001ACD">
      <w:pPr>
        <w:spacing w:after="0" w:line="240" w:lineRule="auto"/>
        <w:rPr>
          <w:rFonts w:ascii="Times New Roman" w:hAnsi="Times New Roman" w:cs="Times New Roman"/>
          <w:sz w:val="28"/>
          <w:szCs w:val="28"/>
        </w:rPr>
      </w:pPr>
    </w:p>
    <w:p w:rsidR="00C67606" w:rsidRDefault="00C67606" w:rsidP="003B7789">
      <w:pPr>
        <w:spacing w:after="0" w:line="240" w:lineRule="auto"/>
        <w:outlineLvl w:val="2"/>
        <w:rPr>
          <w:rFonts w:ascii="Times New Roman" w:eastAsia="Times New Roman" w:hAnsi="Times New Roman" w:cs="Times New Roman"/>
          <w:b/>
          <w:bCs/>
          <w:sz w:val="28"/>
          <w:szCs w:val="28"/>
        </w:rPr>
      </w:pPr>
    </w:p>
    <w:p w:rsidR="00C67606" w:rsidRDefault="00C67606" w:rsidP="003B7789">
      <w:pPr>
        <w:spacing w:after="0" w:line="240" w:lineRule="auto"/>
        <w:outlineLvl w:val="2"/>
        <w:rPr>
          <w:rFonts w:ascii="Times New Roman" w:eastAsia="Times New Roman" w:hAnsi="Times New Roman" w:cs="Times New Roman"/>
          <w:b/>
          <w:bCs/>
          <w:sz w:val="28"/>
          <w:szCs w:val="28"/>
        </w:rPr>
      </w:pPr>
    </w:p>
    <w:p w:rsidR="00C67606" w:rsidRDefault="00C67606" w:rsidP="003B7789">
      <w:pPr>
        <w:spacing w:after="0" w:line="240" w:lineRule="auto"/>
        <w:outlineLvl w:val="2"/>
        <w:rPr>
          <w:rFonts w:ascii="Times New Roman" w:eastAsia="Times New Roman" w:hAnsi="Times New Roman" w:cs="Times New Roman"/>
          <w:b/>
          <w:bCs/>
          <w:sz w:val="28"/>
          <w:szCs w:val="28"/>
        </w:rPr>
      </w:pPr>
    </w:p>
    <w:p w:rsidR="003B7789" w:rsidRPr="003B7789" w:rsidRDefault="003B7789" w:rsidP="003B7789">
      <w:pPr>
        <w:spacing w:after="0" w:line="240" w:lineRule="auto"/>
        <w:outlineLvl w:val="2"/>
        <w:rPr>
          <w:rFonts w:ascii="Times New Roman" w:eastAsia="Times New Roman" w:hAnsi="Times New Roman" w:cs="Times New Roman"/>
          <w:b/>
          <w:bCs/>
          <w:sz w:val="28"/>
          <w:szCs w:val="28"/>
        </w:rPr>
      </w:pPr>
      <w:r w:rsidRPr="003B7789">
        <w:rPr>
          <w:rFonts w:ascii="Times New Roman" w:eastAsia="Times New Roman" w:hAnsi="Times New Roman" w:cs="Times New Roman"/>
          <w:b/>
          <w:bCs/>
          <w:sz w:val="28"/>
          <w:szCs w:val="28"/>
        </w:rPr>
        <w:lastRenderedPageBreak/>
        <w:t>PHỤ LỤC</w:t>
      </w:r>
      <w:r>
        <w:rPr>
          <w:rFonts w:ascii="Times New Roman" w:eastAsia="Times New Roman" w:hAnsi="Times New Roman" w:cs="Times New Roman"/>
          <w:b/>
          <w:bCs/>
          <w:sz w:val="28"/>
          <w:szCs w:val="28"/>
        </w:rPr>
        <w:t xml:space="preserve"> 2:</w:t>
      </w:r>
    </w:p>
    <w:p w:rsidR="003B7789" w:rsidRDefault="003B7789" w:rsidP="003B7789">
      <w:pPr>
        <w:spacing w:after="0" w:line="240" w:lineRule="auto"/>
        <w:jc w:val="center"/>
        <w:rPr>
          <w:rFonts w:ascii="Times New Roman" w:eastAsia="Times New Roman" w:hAnsi="Times New Roman" w:cs="Times New Roman"/>
          <w:i/>
          <w:iCs/>
          <w:sz w:val="28"/>
          <w:szCs w:val="28"/>
        </w:rPr>
      </w:pPr>
      <w:r w:rsidRPr="003B7789">
        <w:rPr>
          <w:rFonts w:ascii="Times New Roman" w:eastAsia="Times New Roman" w:hAnsi="Times New Roman" w:cs="Times New Roman"/>
          <w:b/>
          <w:bCs/>
          <w:sz w:val="28"/>
          <w:szCs w:val="28"/>
        </w:rPr>
        <w:t>DANH MỤC 12 CƠ SỞ DỮ LIỆU CHUYÊN NGÀNH Y TẾ VÀ ĐƠN VỊ PHỐI HỢP TRIỂN KHAI TẠI XÃ ĐỨC MINH</w:t>
      </w:r>
      <w:r w:rsidRPr="003B7789">
        <w:rPr>
          <w:rFonts w:ascii="Times New Roman" w:eastAsia="Times New Roman" w:hAnsi="Times New Roman" w:cs="Times New Roman"/>
          <w:sz w:val="28"/>
          <w:szCs w:val="28"/>
        </w:rPr>
        <w:br/>
      </w:r>
      <w:r>
        <w:rPr>
          <w:rFonts w:ascii="Times New Roman" w:eastAsia="Times New Roman" w:hAnsi="Times New Roman" w:cs="Times New Roman"/>
          <w:i/>
          <w:iCs/>
          <w:sz w:val="28"/>
          <w:szCs w:val="28"/>
        </w:rPr>
        <w:t xml:space="preserve">(Kèm theo Kế hoạch số      /KH-UBND ngày      tháng      </w:t>
      </w:r>
      <w:r w:rsidRPr="003B7789">
        <w:rPr>
          <w:rFonts w:ascii="Times New Roman" w:eastAsia="Times New Roman" w:hAnsi="Times New Roman" w:cs="Times New Roman"/>
          <w:i/>
          <w:iCs/>
          <w:sz w:val="28"/>
          <w:szCs w:val="28"/>
        </w:rPr>
        <w:t xml:space="preserve"> năm 2026 của </w:t>
      </w:r>
    </w:p>
    <w:p w:rsidR="003B7789" w:rsidRPr="003B7789" w:rsidRDefault="003B7789" w:rsidP="003B7789">
      <w:pPr>
        <w:spacing w:after="0" w:line="240" w:lineRule="auto"/>
        <w:jc w:val="center"/>
        <w:rPr>
          <w:rFonts w:ascii="Times New Roman" w:eastAsia="Times New Roman" w:hAnsi="Times New Roman" w:cs="Times New Roman"/>
          <w:sz w:val="28"/>
          <w:szCs w:val="28"/>
        </w:rPr>
      </w:pPr>
      <w:r w:rsidRPr="003B7789">
        <w:rPr>
          <w:rFonts w:ascii="Times New Roman" w:eastAsia="Times New Roman" w:hAnsi="Times New Roman" w:cs="Times New Roman"/>
          <w:i/>
          <w:iCs/>
          <w:sz w:val="28"/>
          <w:szCs w:val="28"/>
        </w:rPr>
        <w:t>UBND xã Đức Minh)</w:t>
      </w:r>
    </w:p>
    <w:p w:rsidR="00E50AAE" w:rsidRPr="00E50AAE" w:rsidRDefault="00E50AAE" w:rsidP="00E50AAE">
      <w:pPr>
        <w:widowControl w:val="0"/>
        <w:autoSpaceDE w:val="0"/>
        <w:autoSpaceDN w:val="0"/>
        <w:spacing w:after="0" w:line="240" w:lineRule="auto"/>
        <w:jc w:val="center"/>
        <w:rPr>
          <w:rFonts w:ascii="Times New Roman" w:eastAsia="Times New Roman" w:hAnsi="Times New Roman" w:cs="Times New Roman"/>
          <w:i/>
          <w:iCs/>
          <w:sz w:val="2"/>
          <w:szCs w:val="28"/>
        </w:rPr>
      </w:pPr>
    </w:p>
    <w:tbl>
      <w:tblPr>
        <w:tblStyle w:val="TableGrid1"/>
        <w:tblW w:w="0" w:type="auto"/>
        <w:tblLook w:val="04A0" w:firstRow="1" w:lastRow="0" w:firstColumn="1" w:lastColumn="0" w:noHBand="0" w:noVBand="1"/>
      </w:tblPr>
      <w:tblGrid>
        <w:gridCol w:w="704"/>
        <w:gridCol w:w="3119"/>
        <w:gridCol w:w="2126"/>
        <w:gridCol w:w="3113"/>
      </w:tblGrid>
      <w:tr w:rsidR="00E50AAE" w:rsidRPr="00E50AAE" w:rsidTr="00313D7C">
        <w:tc>
          <w:tcPr>
            <w:tcW w:w="704" w:type="dxa"/>
            <w:vAlign w:val="center"/>
          </w:tcPr>
          <w:p w:rsidR="00E50AAE" w:rsidRPr="00E50AAE" w:rsidRDefault="00E50AAE" w:rsidP="00E50AAE">
            <w:pPr>
              <w:jc w:val="center"/>
              <w:rPr>
                <w:rFonts w:ascii="Times New Roman" w:eastAsia="Times New Roman" w:hAnsi="Times New Roman" w:cs="Times New Roman"/>
                <w:b/>
                <w:bCs/>
                <w:sz w:val="26"/>
                <w:szCs w:val="26"/>
              </w:rPr>
            </w:pPr>
            <w:r w:rsidRPr="00E50AAE">
              <w:rPr>
                <w:rFonts w:ascii="Times New Roman" w:eastAsia="Times New Roman" w:hAnsi="Times New Roman" w:cs="Times New Roman"/>
                <w:b/>
                <w:bCs/>
                <w:sz w:val="26"/>
                <w:szCs w:val="26"/>
              </w:rPr>
              <w:t>TT</w:t>
            </w:r>
          </w:p>
        </w:tc>
        <w:tc>
          <w:tcPr>
            <w:tcW w:w="3119" w:type="dxa"/>
            <w:vAlign w:val="center"/>
          </w:tcPr>
          <w:p w:rsidR="00E50AAE" w:rsidRPr="00E50AAE" w:rsidRDefault="00E50AAE" w:rsidP="00E50AAE">
            <w:pPr>
              <w:jc w:val="center"/>
              <w:rPr>
                <w:rFonts w:ascii="Times New Roman" w:eastAsia="Times New Roman" w:hAnsi="Times New Roman" w:cs="Times New Roman"/>
                <w:b/>
                <w:bCs/>
                <w:sz w:val="26"/>
                <w:szCs w:val="26"/>
              </w:rPr>
            </w:pPr>
            <w:r w:rsidRPr="00E50AAE">
              <w:rPr>
                <w:rFonts w:ascii="Times New Roman" w:eastAsia="Times New Roman" w:hAnsi="Times New Roman" w:cs="Times New Roman"/>
                <w:b/>
                <w:bCs/>
                <w:sz w:val="26"/>
                <w:szCs w:val="26"/>
              </w:rPr>
              <w:t>Cơ sở dữ liệu</w:t>
            </w:r>
          </w:p>
        </w:tc>
        <w:tc>
          <w:tcPr>
            <w:tcW w:w="2126" w:type="dxa"/>
            <w:vAlign w:val="center"/>
          </w:tcPr>
          <w:p w:rsidR="00E50AAE" w:rsidRPr="00E50AAE" w:rsidRDefault="00E50AAE" w:rsidP="00E50AAE">
            <w:pPr>
              <w:jc w:val="center"/>
              <w:rPr>
                <w:rFonts w:ascii="Times New Roman" w:eastAsia="Times New Roman" w:hAnsi="Times New Roman" w:cs="Times New Roman"/>
                <w:b/>
                <w:bCs/>
                <w:sz w:val="26"/>
                <w:szCs w:val="26"/>
              </w:rPr>
            </w:pPr>
            <w:r w:rsidRPr="00E50AAE">
              <w:rPr>
                <w:rFonts w:ascii="Times New Roman" w:eastAsia="Times New Roman" w:hAnsi="Times New Roman" w:cs="Times New Roman"/>
                <w:b/>
                <w:bCs/>
                <w:sz w:val="26"/>
                <w:szCs w:val="26"/>
              </w:rPr>
              <w:t>Cơ quan chủ trì tại xã</w:t>
            </w:r>
          </w:p>
        </w:tc>
        <w:tc>
          <w:tcPr>
            <w:tcW w:w="3113" w:type="dxa"/>
            <w:vAlign w:val="center"/>
          </w:tcPr>
          <w:p w:rsidR="00E50AAE" w:rsidRPr="00E50AAE" w:rsidRDefault="00E50AAE" w:rsidP="00E50AAE">
            <w:pPr>
              <w:jc w:val="center"/>
              <w:rPr>
                <w:rFonts w:ascii="Times New Roman" w:eastAsia="Times New Roman" w:hAnsi="Times New Roman" w:cs="Times New Roman"/>
                <w:b/>
                <w:bCs/>
                <w:sz w:val="26"/>
                <w:szCs w:val="26"/>
              </w:rPr>
            </w:pPr>
            <w:r w:rsidRPr="00E50AAE">
              <w:rPr>
                <w:rFonts w:ascii="Times New Roman" w:eastAsia="Times New Roman" w:hAnsi="Times New Roman" w:cs="Times New Roman"/>
                <w:b/>
                <w:bCs/>
                <w:sz w:val="26"/>
                <w:szCs w:val="26"/>
              </w:rPr>
              <w:t>Cơ quan, đơn vị phối hợp</w:t>
            </w:r>
          </w:p>
        </w:tc>
      </w:tr>
      <w:tr w:rsidR="00E50AAE" w:rsidRPr="00E50AAE" w:rsidTr="00313D7C">
        <w:tc>
          <w:tcPr>
            <w:tcW w:w="704" w:type="dxa"/>
            <w:vAlign w:val="center"/>
          </w:tcPr>
          <w:p w:rsidR="00E50AAE" w:rsidRPr="00E50AAE" w:rsidRDefault="00E50AAE" w:rsidP="00E50AAE">
            <w:pPr>
              <w:jc w:val="center"/>
              <w:rPr>
                <w:rFonts w:ascii="Times New Roman" w:eastAsia="Times New Roman" w:hAnsi="Times New Roman" w:cs="Times New Roman"/>
                <w:sz w:val="26"/>
                <w:szCs w:val="26"/>
              </w:rPr>
            </w:pPr>
            <w:r w:rsidRPr="00E50AAE">
              <w:rPr>
                <w:rFonts w:ascii="Times New Roman" w:eastAsia="Times New Roman" w:hAnsi="Times New Roman" w:cs="Times New Roman"/>
                <w:sz w:val="26"/>
                <w:szCs w:val="26"/>
              </w:rPr>
              <w:t>1</w:t>
            </w:r>
          </w:p>
        </w:tc>
        <w:tc>
          <w:tcPr>
            <w:tcW w:w="3119" w:type="dxa"/>
            <w:vAlign w:val="center"/>
          </w:tcPr>
          <w:p w:rsidR="00E50AAE" w:rsidRPr="00E50AAE" w:rsidRDefault="00E50AAE" w:rsidP="00E50AAE">
            <w:pPr>
              <w:jc w:val="center"/>
              <w:rPr>
                <w:rFonts w:ascii="Times New Roman" w:eastAsia="Times New Roman" w:hAnsi="Times New Roman" w:cs="Times New Roman"/>
                <w:sz w:val="26"/>
                <w:szCs w:val="26"/>
              </w:rPr>
            </w:pPr>
            <w:r w:rsidRPr="00E50AAE">
              <w:rPr>
                <w:rFonts w:ascii="Times New Roman" w:eastAsia="Times New Roman" w:hAnsi="Times New Roman" w:cs="Times New Roman"/>
                <w:sz w:val="26"/>
                <w:szCs w:val="26"/>
                <w:lang w:val="vi"/>
              </w:rPr>
              <w:t>Cơ sở dữ liệu cơ sở trợ giúp xã hộ</w:t>
            </w:r>
            <w:r w:rsidRPr="00E50AAE">
              <w:rPr>
                <w:rFonts w:ascii="Times New Roman" w:eastAsia="Times New Roman" w:hAnsi="Times New Roman" w:cs="Times New Roman"/>
                <w:sz w:val="26"/>
                <w:szCs w:val="26"/>
              </w:rPr>
              <w:t>i</w:t>
            </w:r>
          </w:p>
        </w:tc>
        <w:tc>
          <w:tcPr>
            <w:tcW w:w="2126" w:type="dxa"/>
            <w:vAlign w:val="center"/>
          </w:tcPr>
          <w:p w:rsidR="00E50AAE" w:rsidRPr="00E50AAE" w:rsidRDefault="00E50AAE" w:rsidP="00E50AAE">
            <w:pPr>
              <w:jc w:val="center"/>
              <w:rPr>
                <w:rFonts w:ascii="Times New Roman" w:eastAsia="Times New Roman" w:hAnsi="Times New Roman" w:cs="Times New Roman"/>
                <w:sz w:val="26"/>
                <w:szCs w:val="26"/>
              </w:rPr>
            </w:pPr>
            <w:r w:rsidRPr="00E50AAE">
              <w:rPr>
                <w:rFonts w:ascii="Times New Roman" w:eastAsia="Times New Roman" w:hAnsi="Times New Roman" w:cs="Times New Roman"/>
                <w:sz w:val="26"/>
                <w:szCs w:val="26"/>
                <w:lang w:val="vi"/>
              </w:rPr>
              <w:t>Phòng Văn hóa - Xã hội</w:t>
            </w:r>
          </w:p>
        </w:tc>
        <w:tc>
          <w:tcPr>
            <w:tcW w:w="3113" w:type="dxa"/>
            <w:vAlign w:val="center"/>
          </w:tcPr>
          <w:p w:rsidR="00E50AAE" w:rsidRPr="00E50AAE" w:rsidRDefault="00E50AAE" w:rsidP="00E50AAE">
            <w:pPr>
              <w:jc w:val="center"/>
              <w:rPr>
                <w:rFonts w:ascii="Times New Roman" w:eastAsia="Times New Roman" w:hAnsi="Times New Roman" w:cs="Times New Roman"/>
                <w:sz w:val="26"/>
                <w:szCs w:val="26"/>
              </w:rPr>
            </w:pPr>
            <w:r w:rsidRPr="00E50AAE">
              <w:rPr>
                <w:rFonts w:ascii="Times New Roman" w:eastAsia="Times New Roman" w:hAnsi="Times New Roman" w:cs="Times New Roman"/>
                <w:sz w:val="26"/>
                <w:szCs w:val="26"/>
                <w:lang w:val="vi"/>
              </w:rPr>
              <w:t>Công an xã, Văn phòng HĐND và UBND các cơ sở thôn</w:t>
            </w:r>
          </w:p>
        </w:tc>
      </w:tr>
      <w:tr w:rsidR="00E50AAE" w:rsidRPr="00E50AAE" w:rsidTr="00313D7C">
        <w:tc>
          <w:tcPr>
            <w:tcW w:w="704" w:type="dxa"/>
            <w:vAlign w:val="center"/>
          </w:tcPr>
          <w:p w:rsidR="00E50AAE" w:rsidRPr="00E50AAE" w:rsidRDefault="00E50AAE" w:rsidP="00E50AAE">
            <w:pPr>
              <w:jc w:val="center"/>
              <w:rPr>
                <w:rFonts w:ascii="Times New Roman" w:eastAsia="Times New Roman" w:hAnsi="Times New Roman" w:cs="Times New Roman"/>
                <w:sz w:val="26"/>
                <w:szCs w:val="26"/>
              </w:rPr>
            </w:pPr>
            <w:r w:rsidRPr="00E50AAE">
              <w:rPr>
                <w:rFonts w:ascii="Times New Roman" w:eastAsia="Times New Roman" w:hAnsi="Times New Roman" w:cs="Times New Roman"/>
                <w:sz w:val="26"/>
                <w:szCs w:val="26"/>
              </w:rPr>
              <w:t>2</w:t>
            </w:r>
          </w:p>
        </w:tc>
        <w:tc>
          <w:tcPr>
            <w:tcW w:w="3119" w:type="dxa"/>
            <w:vAlign w:val="center"/>
          </w:tcPr>
          <w:p w:rsidR="00E50AAE" w:rsidRPr="00E50AAE" w:rsidRDefault="00E50AAE" w:rsidP="00E50AAE">
            <w:pPr>
              <w:jc w:val="center"/>
              <w:rPr>
                <w:rFonts w:ascii="Times New Roman" w:eastAsia="Times New Roman" w:hAnsi="Times New Roman" w:cs="Times New Roman"/>
                <w:sz w:val="26"/>
                <w:szCs w:val="26"/>
              </w:rPr>
            </w:pPr>
            <w:r w:rsidRPr="00E50AAE">
              <w:rPr>
                <w:rFonts w:ascii="Times New Roman" w:eastAsia="Times New Roman" w:hAnsi="Times New Roman" w:cs="Times New Roman"/>
                <w:sz w:val="26"/>
                <w:szCs w:val="26"/>
                <w:lang w:val="vi"/>
              </w:rPr>
              <w:t>Cơ sở dữ liệu đối tượng trợ giúp xã hội</w:t>
            </w:r>
          </w:p>
        </w:tc>
        <w:tc>
          <w:tcPr>
            <w:tcW w:w="2126" w:type="dxa"/>
            <w:vAlign w:val="center"/>
          </w:tcPr>
          <w:p w:rsidR="00E50AAE" w:rsidRPr="00E50AAE" w:rsidRDefault="00E50AAE" w:rsidP="00E50AAE">
            <w:pPr>
              <w:jc w:val="center"/>
              <w:rPr>
                <w:rFonts w:ascii="Times New Roman" w:eastAsia="Times New Roman" w:hAnsi="Times New Roman" w:cs="Times New Roman"/>
                <w:sz w:val="26"/>
                <w:szCs w:val="26"/>
              </w:rPr>
            </w:pPr>
            <w:r w:rsidRPr="00E50AAE">
              <w:rPr>
                <w:rFonts w:ascii="Times New Roman" w:eastAsia="Times New Roman" w:hAnsi="Times New Roman" w:cs="Times New Roman"/>
                <w:sz w:val="26"/>
                <w:szCs w:val="26"/>
                <w:lang w:val="vi"/>
              </w:rPr>
              <w:t>Phòng Văn hóa - Xã hội</w:t>
            </w:r>
          </w:p>
        </w:tc>
        <w:tc>
          <w:tcPr>
            <w:tcW w:w="3113" w:type="dxa"/>
            <w:vAlign w:val="center"/>
          </w:tcPr>
          <w:p w:rsidR="00E50AAE" w:rsidRPr="00E50AAE" w:rsidRDefault="00E50AAE" w:rsidP="00E50AAE">
            <w:pPr>
              <w:jc w:val="center"/>
              <w:rPr>
                <w:rFonts w:ascii="Times New Roman" w:eastAsia="Times New Roman" w:hAnsi="Times New Roman" w:cs="Times New Roman"/>
                <w:sz w:val="26"/>
                <w:szCs w:val="26"/>
              </w:rPr>
            </w:pPr>
            <w:r w:rsidRPr="00E50AAE">
              <w:rPr>
                <w:rFonts w:ascii="Times New Roman" w:eastAsia="Times New Roman" w:hAnsi="Times New Roman" w:cs="Times New Roman"/>
                <w:sz w:val="26"/>
                <w:szCs w:val="26"/>
                <w:lang w:val="vi"/>
              </w:rPr>
              <w:t>Công an xã</w:t>
            </w:r>
            <w:r w:rsidRPr="00E50AAE">
              <w:rPr>
                <w:rFonts w:ascii="Times New Roman" w:eastAsia="Times New Roman" w:hAnsi="Times New Roman" w:cs="Times New Roman"/>
                <w:sz w:val="28"/>
                <w:szCs w:val="28"/>
                <w:lang w:val="vi"/>
              </w:rPr>
              <w:t>,</w:t>
            </w:r>
            <w:r w:rsidRPr="00E50AAE">
              <w:rPr>
                <w:rFonts w:ascii="Times New Roman" w:eastAsia="Times New Roman" w:hAnsi="Times New Roman" w:cs="Times New Roman"/>
                <w:sz w:val="26"/>
                <w:szCs w:val="26"/>
                <w:lang w:val="vi"/>
              </w:rPr>
              <w:t xml:space="preserve"> Văn phòng HĐND và UBND</w:t>
            </w:r>
            <w:r w:rsidRPr="00E50AAE">
              <w:rPr>
                <w:rFonts w:ascii="Times New Roman" w:eastAsia="Times New Roman" w:hAnsi="Times New Roman" w:cs="Times New Roman"/>
                <w:sz w:val="28"/>
                <w:szCs w:val="28"/>
                <w:lang w:val="vi"/>
              </w:rPr>
              <w:t>,</w:t>
            </w:r>
            <w:r w:rsidRPr="00E50AAE">
              <w:rPr>
                <w:rFonts w:ascii="Times New Roman" w:eastAsia="Times New Roman" w:hAnsi="Times New Roman" w:cs="Times New Roman"/>
                <w:sz w:val="26"/>
                <w:szCs w:val="26"/>
                <w:lang w:val="vi"/>
              </w:rPr>
              <w:t xml:space="preserve"> các cơ sở thôn</w:t>
            </w:r>
          </w:p>
        </w:tc>
      </w:tr>
      <w:tr w:rsidR="00E50AAE" w:rsidRPr="00E50AAE" w:rsidTr="00313D7C">
        <w:tc>
          <w:tcPr>
            <w:tcW w:w="704" w:type="dxa"/>
            <w:vAlign w:val="center"/>
          </w:tcPr>
          <w:p w:rsidR="00E50AAE" w:rsidRPr="00E50AAE" w:rsidRDefault="00E50AAE" w:rsidP="00E50AAE">
            <w:pPr>
              <w:jc w:val="center"/>
              <w:rPr>
                <w:rFonts w:ascii="Times New Roman" w:eastAsia="Times New Roman" w:hAnsi="Times New Roman" w:cs="Times New Roman"/>
                <w:sz w:val="26"/>
                <w:szCs w:val="26"/>
              </w:rPr>
            </w:pPr>
            <w:r w:rsidRPr="00E50AAE">
              <w:rPr>
                <w:rFonts w:ascii="Times New Roman" w:eastAsia="Times New Roman" w:hAnsi="Times New Roman" w:cs="Times New Roman"/>
                <w:sz w:val="26"/>
                <w:szCs w:val="26"/>
              </w:rPr>
              <w:t>3</w:t>
            </w:r>
          </w:p>
        </w:tc>
        <w:tc>
          <w:tcPr>
            <w:tcW w:w="3119" w:type="dxa"/>
            <w:vAlign w:val="center"/>
          </w:tcPr>
          <w:p w:rsidR="00E50AAE" w:rsidRPr="00E50AAE" w:rsidRDefault="00E50AAE" w:rsidP="00E50AAE">
            <w:pPr>
              <w:jc w:val="center"/>
              <w:rPr>
                <w:rFonts w:ascii="Times New Roman" w:eastAsia="Times New Roman" w:hAnsi="Times New Roman" w:cs="Times New Roman"/>
                <w:sz w:val="26"/>
                <w:szCs w:val="26"/>
              </w:rPr>
            </w:pPr>
            <w:r w:rsidRPr="00E50AAE">
              <w:rPr>
                <w:rFonts w:ascii="Times New Roman" w:eastAsia="Times New Roman" w:hAnsi="Times New Roman" w:cs="Times New Roman"/>
                <w:sz w:val="26"/>
                <w:szCs w:val="26"/>
                <w:lang w:val="vi"/>
              </w:rPr>
              <w:t>Cơ sở dữ liệu lĩnh vực dự phòng, HIV/AIDS</w:t>
            </w:r>
          </w:p>
        </w:tc>
        <w:tc>
          <w:tcPr>
            <w:tcW w:w="2126" w:type="dxa"/>
            <w:vAlign w:val="center"/>
          </w:tcPr>
          <w:p w:rsidR="00E50AAE" w:rsidRPr="00E50AAE" w:rsidRDefault="00E50AAE" w:rsidP="00E50AAE">
            <w:pPr>
              <w:jc w:val="center"/>
              <w:rPr>
                <w:rFonts w:ascii="Times New Roman" w:eastAsia="Times New Roman" w:hAnsi="Times New Roman" w:cs="Times New Roman"/>
                <w:sz w:val="26"/>
                <w:szCs w:val="26"/>
              </w:rPr>
            </w:pPr>
            <w:r w:rsidRPr="00E50AAE">
              <w:rPr>
                <w:rFonts w:ascii="Times New Roman" w:eastAsia="Times New Roman" w:hAnsi="Times New Roman" w:cs="Times New Roman"/>
                <w:sz w:val="26"/>
                <w:szCs w:val="26"/>
                <w:lang w:val="vi"/>
              </w:rPr>
              <w:t>Trạm Y tế xã</w:t>
            </w:r>
          </w:p>
        </w:tc>
        <w:tc>
          <w:tcPr>
            <w:tcW w:w="3113" w:type="dxa"/>
            <w:vAlign w:val="center"/>
          </w:tcPr>
          <w:p w:rsidR="00E50AAE" w:rsidRPr="00E50AAE" w:rsidRDefault="00E50AAE" w:rsidP="00E50AAE">
            <w:pPr>
              <w:jc w:val="center"/>
              <w:rPr>
                <w:rFonts w:ascii="Times New Roman" w:eastAsia="Times New Roman" w:hAnsi="Times New Roman" w:cs="Times New Roman"/>
                <w:sz w:val="26"/>
                <w:szCs w:val="26"/>
              </w:rPr>
            </w:pPr>
            <w:r w:rsidRPr="00E50AAE">
              <w:rPr>
                <w:rFonts w:ascii="Times New Roman" w:eastAsia="Times New Roman" w:hAnsi="Times New Roman" w:cs="Times New Roman"/>
                <w:sz w:val="26"/>
                <w:szCs w:val="26"/>
                <w:lang w:val="vi"/>
              </w:rPr>
              <w:t>Công an xã</w:t>
            </w:r>
            <w:r w:rsidRPr="00E50AAE">
              <w:rPr>
                <w:rFonts w:ascii="Times New Roman" w:eastAsia="Times New Roman" w:hAnsi="Times New Roman" w:cs="Times New Roman"/>
                <w:sz w:val="28"/>
                <w:szCs w:val="28"/>
                <w:lang w:val="vi"/>
              </w:rPr>
              <w:t>,</w:t>
            </w:r>
            <w:r w:rsidRPr="00E50AAE">
              <w:rPr>
                <w:rFonts w:ascii="Times New Roman" w:eastAsia="Times New Roman" w:hAnsi="Times New Roman" w:cs="Times New Roman"/>
                <w:sz w:val="26"/>
                <w:szCs w:val="26"/>
                <w:lang w:val="vi"/>
              </w:rPr>
              <w:t xml:space="preserve"> các cơ sở thôn</w:t>
            </w:r>
          </w:p>
        </w:tc>
      </w:tr>
      <w:tr w:rsidR="00E50AAE" w:rsidRPr="00E50AAE" w:rsidTr="00313D7C">
        <w:tc>
          <w:tcPr>
            <w:tcW w:w="704" w:type="dxa"/>
            <w:vAlign w:val="center"/>
          </w:tcPr>
          <w:p w:rsidR="00E50AAE" w:rsidRPr="00E50AAE" w:rsidRDefault="00E50AAE" w:rsidP="00E50AAE">
            <w:pPr>
              <w:jc w:val="center"/>
              <w:rPr>
                <w:rFonts w:ascii="Times New Roman" w:eastAsia="Times New Roman" w:hAnsi="Times New Roman" w:cs="Times New Roman"/>
                <w:sz w:val="26"/>
                <w:szCs w:val="26"/>
              </w:rPr>
            </w:pPr>
            <w:r w:rsidRPr="00E50AAE">
              <w:rPr>
                <w:rFonts w:ascii="Times New Roman" w:eastAsia="Times New Roman" w:hAnsi="Times New Roman" w:cs="Times New Roman"/>
                <w:sz w:val="26"/>
                <w:szCs w:val="26"/>
              </w:rPr>
              <w:t>4</w:t>
            </w:r>
          </w:p>
        </w:tc>
        <w:tc>
          <w:tcPr>
            <w:tcW w:w="3119" w:type="dxa"/>
            <w:vAlign w:val="center"/>
          </w:tcPr>
          <w:p w:rsidR="00E50AAE" w:rsidRPr="00E50AAE" w:rsidRDefault="00E50AAE" w:rsidP="00E50AAE">
            <w:pPr>
              <w:jc w:val="center"/>
              <w:rPr>
                <w:rFonts w:ascii="Times New Roman" w:eastAsia="Times New Roman" w:hAnsi="Times New Roman" w:cs="Times New Roman"/>
                <w:sz w:val="26"/>
                <w:szCs w:val="26"/>
              </w:rPr>
            </w:pPr>
            <w:r w:rsidRPr="00E50AAE">
              <w:rPr>
                <w:rFonts w:ascii="Times New Roman" w:eastAsia="Times New Roman" w:hAnsi="Times New Roman" w:cs="Times New Roman"/>
                <w:sz w:val="26"/>
                <w:szCs w:val="26"/>
                <w:lang w:val="vi"/>
              </w:rPr>
              <w:t>Cơ sở dữ liệu môi trường cơ sở y tế</w:t>
            </w:r>
          </w:p>
        </w:tc>
        <w:tc>
          <w:tcPr>
            <w:tcW w:w="2126" w:type="dxa"/>
            <w:vAlign w:val="center"/>
          </w:tcPr>
          <w:p w:rsidR="00E50AAE" w:rsidRPr="00E50AAE" w:rsidRDefault="00E50AAE" w:rsidP="00E50AAE">
            <w:pPr>
              <w:jc w:val="center"/>
              <w:rPr>
                <w:rFonts w:ascii="Times New Roman" w:eastAsia="Times New Roman" w:hAnsi="Times New Roman" w:cs="Times New Roman"/>
                <w:sz w:val="26"/>
                <w:szCs w:val="26"/>
              </w:rPr>
            </w:pPr>
            <w:r w:rsidRPr="00E50AAE">
              <w:rPr>
                <w:rFonts w:ascii="Times New Roman" w:eastAsia="Times New Roman" w:hAnsi="Times New Roman" w:cs="Times New Roman"/>
                <w:sz w:val="26"/>
                <w:szCs w:val="26"/>
                <w:lang w:val="vi"/>
              </w:rPr>
              <w:t>Trạm Y tế xã</w:t>
            </w:r>
          </w:p>
        </w:tc>
        <w:tc>
          <w:tcPr>
            <w:tcW w:w="3113" w:type="dxa"/>
            <w:vAlign w:val="center"/>
          </w:tcPr>
          <w:p w:rsidR="00E50AAE" w:rsidRPr="00E50AAE" w:rsidRDefault="00E50AAE" w:rsidP="00E50AAE">
            <w:pPr>
              <w:jc w:val="center"/>
              <w:rPr>
                <w:rFonts w:ascii="Times New Roman" w:eastAsia="Times New Roman" w:hAnsi="Times New Roman" w:cs="Times New Roman"/>
                <w:sz w:val="26"/>
                <w:szCs w:val="26"/>
              </w:rPr>
            </w:pPr>
            <w:r w:rsidRPr="00E50AAE">
              <w:rPr>
                <w:rFonts w:ascii="Times New Roman" w:eastAsia="Times New Roman" w:hAnsi="Times New Roman" w:cs="Times New Roman"/>
                <w:sz w:val="26"/>
                <w:szCs w:val="26"/>
                <w:lang w:val="vi"/>
              </w:rPr>
              <w:t>Phòng Kinh tế</w:t>
            </w:r>
          </w:p>
        </w:tc>
      </w:tr>
      <w:tr w:rsidR="00E50AAE" w:rsidRPr="00E50AAE" w:rsidTr="00313D7C">
        <w:tc>
          <w:tcPr>
            <w:tcW w:w="704" w:type="dxa"/>
            <w:vAlign w:val="center"/>
          </w:tcPr>
          <w:p w:rsidR="00E50AAE" w:rsidRPr="00E50AAE" w:rsidRDefault="00E50AAE" w:rsidP="00E50AAE">
            <w:pPr>
              <w:jc w:val="center"/>
              <w:rPr>
                <w:rFonts w:ascii="Times New Roman" w:eastAsia="Times New Roman" w:hAnsi="Times New Roman" w:cs="Times New Roman"/>
                <w:sz w:val="26"/>
                <w:szCs w:val="26"/>
              </w:rPr>
            </w:pPr>
            <w:r w:rsidRPr="00E50AAE">
              <w:rPr>
                <w:rFonts w:ascii="Times New Roman" w:eastAsia="Times New Roman" w:hAnsi="Times New Roman" w:cs="Times New Roman"/>
                <w:sz w:val="26"/>
                <w:szCs w:val="26"/>
              </w:rPr>
              <w:t>5</w:t>
            </w:r>
          </w:p>
        </w:tc>
        <w:tc>
          <w:tcPr>
            <w:tcW w:w="3119" w:type="dxa"/>
            <w:vAlign w:val="center"/>
          </w:tcPr>
          <w:p w:rsidR="00E50AAE" w:rsidRPr="00E50AAE" w:rsidRDefault="00E50AAE" w:rsidP="00E50AAE">
            <w:pPr>
              <w:jc w:val="center"/>
              <w:rPr>
                <w:rFonts w:ascii="Times New Roman" w:eastAsia="Times New Roman" w:hAnsi="Times New Roman" w:cs="Times New Roman"/>
                <w:sz w:val="26"/>
                <w:szCs w:val="26"/>
              </w:rPr>
            </w:pPr>
            <w:r w:rsidRPr="00E50AAE">
              <w:rPr>
                <w:rFonts w:ascii="Times New Roman" w:eastAsia="Times New Roman" w:hAnsi="Times New Roman" w:cs="Times New Roman"/>
                <w:sz w:val="26"/>
                <w:szCs w:val="26"/>
                <w:lang w:val="vi"/>
              </w:rPr>
              <w:t>Cơ sở dữ liệu người khuyết tật</w:t>
            </w:r>
          </w:p>
        </w:tc>
        <w:tc>
          <w:tcPr>
            <w:tcW w:w="2126" w:type="dxa"/>
            <w:vAlign w:val="center"/>
          </w:tcPr>
          <w:p w:rsidR="00E50AAE" w:rsidRPr="00E50AAE" w:rsidRDefault="00E50AAE" w:rsidP="00E50AAE">
            <w:pPr>
              <w:jc w:val="center"/>
              <w:rPr>
                <w:rFonts w:ascii="Times New Roman" w:eastAsia="Times New Roman" w:hAnsi="Times New Roman" w:cs="Times New Roman"/>
                <w:sz w:val="26"/>
                <w:szCs w:val="26"/>
              </w:rPr>
            </w:pPr>
            <w:r w:rsidRPr="00E50AAE">
              <w:rPr>
                <w:rFonts w:ascii="Times New Roman" w:eastAsia="Times New Roman" w:hAnsi="Times New Roman" w:cs="Times New Roman"/>
                <w:sz w:val="26"/>
                <w:szCs w:val="26"/>
                <w:lang w:val="vi"/>
              </w:rPr>
              <w:t>Phòng Văn hóa - Xã hội</w:t>
            </w:r>
          </w:p>
        </w:tc>
        <w:tc>
          <w:tcPr>
            <w:tcW w:w="3113" w:type="dxa"/>
            <w:vAlign w:val="center"/>
          </w:tcPr>
          <w:p w:rsidR="00E50AAE" w:rsidRPr="00E50AAE" w:rsidRDefault="00E50AAE" w:rsidP="00E50AAE">
            <w:pPr>
              <w:jc w:val="center"/>
              <w:rPr>
                <w:rFonts w:ascii="Times New Roman" w:eastAsia="Times New Roman" w:hAnsi="Times New Roman" w:cs="Times New Roman"/>
                <w:sz w:val="26"/>
                <w:szCs w:val="26"/>
              </w:rPr>
            </w:pPr>
            <w:r w:rsidRPr="00E50AAE">
              <w:rPr>
                <w:rFonts w:ascii="Times New Roman" w:eastAsia="Times New Roman" w:hAnsi="Times New Roman" w:cs="Times New Roman"/>
                <w:sz w:val="26"/>
                <w:szCs w:val="26"/>
                <w:lang w:val="vi"/>
              </w:rPr>
              <w:t>Công an xã</w:t>
            </w:r>
            <w:r w:rsidRPr="00E50AAE">
              <w:rPr>
                <w:rFonts w:ascii="Times New Roman" w:eastAsia="Times New Roman" w:hAnsi="Times New Roman" w:cs="Times New Roman"/>
                <w:sz w:val="28"/>
                <w:szCs w:val="28"/>
                <w:lang w:val="vi"/>
              </w:rPr>
              <w:t>,</w:t>
            </w:r>
            <w:r w:rsidRPr="00E50AAE">
              <w:rPr>
                <w:rFonts w:ascii="Times New Roman" w:eastAsia="Times New Roman" w:hAnsi="Times New Roman" w:cs="Times New Roman"/>
                <w:sz w:val="26"/>
                <w:szCs w:val="26"/>
                <w:lang w:val="vi"/>
              </w:rPr>
              <w:t xml:space="preserve"> Văn phòng HĐND và UBND</w:t>
            </w:r>
            <w:r w:rsidRPr="00E50AAE">
              <w:rPr>
                <w:rFonts w:ascii="Times New Roman" w:eastAsia="Times New Roman" w:hAnsi="Times New Roman" w:cs="Times New Roman"/>
                <w:sz w:val="28"/>
                <w:szCs w:val="28"/>
                <w:lang w:val="vi"/>
              </w:rPr>
              <w:t>,</w:t>
            </w:r>
            <w:r w:rsidRPr="00E50AAE">
              <w:rPr>
                <w:rFonts w:ascii="Times New Roman" w:eastAsia="Times New Roman" w:hAnsi="Times New Roman" w:cs="Times New Roman"/>
                <w:sz w:val="26"/>
                <w:szCs w:val="26"/>
                <w:lang w:val="vi"/>
              </w:rPr>
              <w:t xml:space="preserve"> các cơ sở thôn</w:t>
            </w:r>
          </w:p>
        </w:tc>
      </w:tr>
      <w:tr w:rsidR="00E50AAE" w:rsidRPr="00E50AAE" w:rsidTr="00313D7C">
        <w:trPr>
          <w:trHeight w:hRule="exact" w:val="849"/>
        </w:trPr>
        <w:tc>
          <w:tcPr>
            <w:tcW w:w="704" w:type="dxa"/>
            <w:vAlign w:val="center"/>
          </w:tcPr>
          <w:p w:rsidR="00E50AAE" w:rsidRPr="00E50AAE" w:rsidRDefault="00E50AAE" w:rsidP="00E50AAE">
            <w:pPr>
              <w:jc w:val="center"/>
              <w:rPr>
                <w:rFonts w:ascii="Times New Roman" w:eastAsia="Times New Roman" w:hAnsi="Times New Roman" w:cs="Times New Roman"/>
                <w:sz w:val="26"/>
                <w:szCs w:val="26"/>
              </w:rPr>
            </w:pPr>
            <w:r w:rsidRPr="00E50AAE">
              <w:rPr>
                <w:rFonts w:ascii="Times New Roman" w:eastAsia="Times New Roman" w:hAnsi="Times New Roman" w:cs="Times New Roman"/>
                <w:sz w:val="26"/>
                <w:szCs w:val="26"/>
              </w:rPr>
              <w:t>6</w:t>
            </w:r>
          </w:p>
        </w:tc>
        <w:tc>
          <w:tcPr>
            <w:tcW w:w="3119" w:type="dxa"/>
            <w:vAlign w:val="center"/>
          </w:tcPr>
          <w:p w:rsidR="00E50AAE" w:rsidRPr="00E50AAE" w:rsidRDefault="00E50AAE" w:rsidP="00E50AAE">
            <w:pPr>
              <w:jc w:val="center"/>
              <w:rPr>
                <w:rFonts w:ascii="Times New Roman" w:eastAsia="Times New Roman" w:hAnsi="Times New Roman" w:cs="Times New Roman"/>
                <w:sz w:val="26"/>
                <w:szCs w:val="26"/>
              </w:rPr>
            </w:pPr>
            <w:r w:rsidRPr="00E50AAE">
              <w:rPr>
                <w:rFonts w:ascii="Times New Roman" w:eastAsia="Times New Roman" w:hAnsi="Times New Roman" w:cs="Times New Roman"/>
                <w:sz w:val="26"/>
                <w:szCs w:val="26"/>
                <w:lang w:val="vi"/>
              </w:rPr>
              <w:t>Cơ sở dữ liệu người làm công tác xã hội</w:t>
            </w:r>
          </w:p>
        </w:tc>
        <w:tc>
          <w:tcPr>
            <w:tcW w:w="2126" w:type="dxa"/>
            <w:vAlign w:val="center"/>
          </w:tcPr>
          <w:p w:rsidR="00E50AAE" w:rsidRPr="00E50AAE" w:rsidRDefault="00E50AAE" w:rsidP="00E50AAE">
            <w:pPr>
              <w:jc w:val="center"/>
              <w:rPr>
                <w:rFonts w:ascii="Times New Roman" w:eastAsia="Times New Roman" w:hAnsi="Times New Roman" w:cs="Times New Roman"/>
                <w:sz w:val="26"/>
                <w:szCs w:val="26"/>
              </w:rPr>
            </w:pPr>
            <w:r w:rsidRPr="00E50AAE">
              <w:rPr>
                <w:rFonts w:ascii="Times New Roman" w:eastAsia="Times New Roman" w:hAnsi="Times New Roman" w:cs="Times New Roman"/>
                <w:sz w:val="26"/>
                <w:szCs w:val="26"/>
                <w:lang w:val="vi"/>
              </w:rPr>
              <w:t>Phòng Văn hóa - Xã hội</w:t>
            </w:r>
          </w:p>
        </w:tc>
        <w:tc>
          <w:tcPr>
            <w:tcW w:w="3113" w:type="dxa"/>
            <w:vAlign w:val="center"/>
          </w:tcPr>
          <w:p w:rsidR="00E50AAE" w:rsidRPr="00E50AAE" w:rsidRDefault="00E50AAE" w:rsidP="00E50AAE">
            <w:pPr>
              <w:jc w:val="center"/>
              <w:rPr>
                <w:rFonts w:ascii="Times New Roman" w:eastAsia="Times New Roman" w:hAnsi="Times New Roman" w:cs="Times New Roman"/>
                <w:sz w:val="26"/>
                <w:szCs w:val="26"/>
              </w:rPr>
            </w:pPr>
            <w:r w:rsidRPr="00E50AAE">
              <w:rPr>
                <w:rFonts w:ascii="Times New Roman" w:eastAsia="Times New Roman" w:hAnsi="Times New Roman" w:cs="Times New Roman"/>
                <w:sz w:val="26"/>
                <w:szCs w:val="26"/>
                <w:lang w:val="vi"/>
              </w:rPr>
              <w:t>Các cơ quan, đơn vị có liên quan</w:t>
            </w:r>
          </w:p>
        </w:tc>
      </w:tr>
      <w:tr w:rsidR="00E50AAE" w:rsidRPr="00E50AAE" w:rsidTr="00313D7C">
        <w:tc>
          <w:tcPr>
            <w:tcW w:w="704" w:type="dxa"/>
            <w:vAlign w:val="center"/>
          </w:tcPr>
          <w:p w:rsidR="00E50AAE" w:rsidRPr="00E50AAE" w:rsidRDefault="00E50AAE" w:rsidP="00E50AAE">
            <w:pPr>
              <w:jc w:val="center"/>
              <w:rPr>
                <w:rFonts w:ascii="Times New Roman" w:eastAsia="Times New Roman" w:hAnsi="Times New Roman" w:cs="Times New Roman"/>
                <w:sz w:val="26"/>
                <w:szCs w:val="26"/>
              </w:rPr>
            </w:pPr>
            <w:r w:rsidRPr="00E50AAE">
              <w:rPr>
                <w:rFonts w:ascii="Times New Roman" w:eastAsia="Times New Roman" w:hAnsi="Times New Roman" w:cs="Times New Roman"/>
                <w:sz w:val="26"/>
                <w:szCs w:val="26"/>
              </w:rPr>
              <w:t>7</w:t>
            </w:r>
          </w:p>
        </w:tc>
        <w:tc>
          <w:tcPr>
            <w:tcW w:w="3119" w:type="dxa"/>
            <w:vAlign w:val="center"/>
          </w:tcPr>
          <w:p w:rsidR="00E50AAE" w:rsidRPr="00E50AAE" w:rsidRDefault="00E50AAE" w:rsidP="00E50AAE">
            <w:pPr>
              <w:jc w:val="center"/>
              <w:rPr>
                <w:rFonts w:ascii="Times New Roman" w:eastAsia="Times New Roman" w:hAnsi="Times New Roman" w:cs="Times New Roman"/>
                <w:sz w:val="26"/>
                <w:szCs w:val="26"/>
              </w:rPr>
            </w:pPr>
            <w:r w:rsidRPr="00E50AAE">
              <w:rPr>
                <w:rFonts w:ascii="Times New Roman" w:eastAsia="Times New Roman" w:hAnsi="Times New Roman" w:cs="Times New Roman"/>
                <w:sz w:val="26"/>
                <w:szCs w:val="26"/>
                <w:lang w:val="vi"/>
              </w:rPr>
              <w:t>Cơ sở dữ liệu quản lý trẻ em</w:t>
            </w:r>
          </w:p>
        </w:tc>
        <w:tc>
          <w:tcPr>
            <w:tcW w:w="2126" w:type="dxa"/>
            <w:vAlign w:val="center"/>
          </w:tcPr>
          <w:p w:rsidR="00E50AAE" w:rsidRPr="00E50AAE" w:rsidRDefault="00E50AAE" w:rsidP="00E50AAE">
            <w:pPr>
              <w:jc w:val="center"/>
              <w:rPr>
                <w:rFonts w:ascii="Times New Roman" w:eastAsia="Times New Roman" w:hAnsi="Times New Roman" w:cs="Times New Roman"/>
                <w:sz w:val="26"/>
                <w:szCs w:val="26"/>
              </w:rPr>
            </w:pPr>
            <w:r w:rsidRPr="00E50AAE">
              <w:rPr>
                <w:rFonts w:ascii="Times New Roman" w:eastAsia="Times New Roman" w:hAnsi="Times New Roman" w:cs="Times New Roman"/>
                <w:sz w:val="26"/>
                <w:szCs w:val="26"/>
                <w:lang w:val="vi"/>
              </w:rPr>
              <w:t>Trạm Y tế xã</w:t>
            </w:r>
          </w:p>
        </w:tc>
        <w:tc>
          <w:tcPr>
            <w:tcW w:w="3113" w:type="dxa"/>
            <w:vAlign w:val="center"/>
          </w:tcPr>
          <w:p w:rsidR="00E50AAE" w:rsidRPr="00E50AAE" w:rsidRDefault="00E50AAE" w:rsidP="00E50AAE">
            <w:pPr>
              <w:jc w:val="center"/>
              <w:rPr>
                <w:rFonts w:ascii="Times New Roman" w:eastAsia="Times New Roman" w:hAnsi="Times New Roman" w:cs="Times New Roman"/>
                <w:sz w:val="26"/>
                <w:szCs w:val="26"/>
              </w:rPr>
            </w:pPr>
            <w:r w:rsidRPr="00E50AAE">
              <w:rPr>
                <w:rFonts w:ascii="Times New Roman" w:eastAsia="Times New Roman" w:hAnsi="Times New Roman" w:cs="Times New Roman"/>
                <w:sz w:val="26"/>
                <w:szCs w:val="26"/>
                <w:lang w:val="vi"/>
              </w:rPr>
              <w:t>Phòng Văn hoá - Xã hội, Văn phòng HĐND và UBND</w:t>
            </w:r>
            <w:r w:rsidRPr="00E50AAE">
              <w:rPr>
                <w:rFonts w:ascii="Times New Roman" w:eastAsia="Times New Roman" w:hAnsi="Times New Roman" w:cs="Times New Roman"/>
                <w:sz w:val="28"/>
                <w:szCs w:val="28"/>
                <w:lang w:val="vi"/>
              </w:rPr>
              <w:t>,</w:t>
            </w:r>
            <w:r w:rsidRPr="00E50AAE">
              <w:rPr>
                <w:rFonts w:ascii="Times New Roman" w:eastAsia="Times New Roman" w:hAnsi="Times New Roman" w:cs="Times New Roman"/>
                <w:sz w:val="26"/>
                <w:szCs w:val="26"/>
                <w:lang w:val="vi"/>
              </w:rPr>
              <w:t xml:space="preserve"> Công an xã</w:t>
            </w:r>
            <w:r w:rsidRPr="00E50AAE">
              <w:rPr>
                <w:rFonts w:ascii="Times New Roman" w:eastAsia="Times New Roman" w:hAnsi="Times New Roman" w:cs="Times New Roman"/>
                <w:sz w:val="28"/>
                <w:szCs w:val="28"/>
                <w:lang w:val="vi"/>
              </w:rPr>
              <w:t>,</w:t>
            </w:r>
            <w:r w:rsidRPr="00E50AAE">
              <w:rPr>
                <w:rFonts w:ascii="Times New Roman" w:eastAsia="Times New Roman" w:hAnsi="Times New Roman" w:cs="Times New Roman"/>
                <w:sz w:val="26"/>
                <w:szCs w:val="26"/>
                <w:lang w:val="vi"/>
              </w:rPr>
              <w:t xml:space="preserve"> các cơ sở giáo dục</w:t>
            </w:r>
            <w:r w:rsidRPr="00E50AAE">
              <w:rPr>
                <w:rFonts w:ascii="Times New Roman" w:eastAsia="Times New Roman" w:hAnsi="Times New Roman" w:cs="Times New Roman"/>
                <w:sz w:val="28"/>
                <w:szCs w:val="28"/>
                <w:lang w:val="vi"/>
              </w:rPr>
              <w:t>,</w:t>
            </w:r>
            <w:r w:rsidRPr="00E50AAE">
              <w:rPr>
                <w:rFonts w:ascii="Times New Roman" w:eastAsia="Times New Roman" w:hAnsi="Times New Roman" w:cs="Times New Roman"/>
                <w:sz w:val="26"/>
                <w:szCs w:val="26"/>
                <w:lang w:val="vi"/>
              </w:rPr>
              <w:t xml:space="preserve"> các cơ sở thôn</w:t>
            </w:r>
          </w:p>
        </w:tc>
      </w:tr>
      <w:tr w:rsidR="00E50AAE" w:rsidRPr="00E50AAE" w:rsidTr="00313D7C">
        <w:tc>
          <w:tcPr>
            <w:tcW w:w="704" w:type="dxa"/>
            <w:vAlign w:val="center"/>
          </w:tcPr>
          <w:p w:rsidR="00E50AAE" w:rsidRPr="00E50AAE" w:rsidRDefault="00E50AAE" w:rsidP="00E50AAE">
            <w:pPr>
              <w:jc w:val="center"/>
              <w:rPr>
                <w:rFonts w:ascii="Times New Roman" w:eastAsia="Times New Roman" w:hAnsi="Times New Roman" w:cs="Times New Roman"/>
                <w:sz w:val="26"/>
                <w:szCs w:val="26"/>
              </w:rPr>
            </w:pPr>
            <w:r w:rsidRPr="00E50AAE">
              <w:rPr>
                <w:rFonts w:ascii="Times New Roman" w:eastAsia="Times New Roman" w:hAnsi="Times New Roman" w:cs="Times New Roman"/>
                <w:sz w:val="26"/>
                <w:szCs w:val="26"/>
              </w:rPr>
              <w:t>8</w:t>
            </w:r>
          </w:p>
        </w:tc>
        <w:tc>
          <w:tcPr>
            <w:tcW w:w="3119" w:type="dxa"/>
            <w:vAlign w:val="center"/>
          </w:tcPr>
          <w:p w:rsidR="00E50AAE" w:rsidRPr="00E50AAE" w:rsidRDefault="00E50AAE" w:rsidP="00E50AAE">
            <w:pPr>
              <w:jc w:val="center"/>
              <w:rPr>
                <w:rFonts w:ascii="Times New Roman" w:eastAsia="Times New Roman" w:hAnsi="Times New Roman" w:cs="Times New Roman"/>
                <w:sz w:val="26"/>
                <w:szCs w:val="26"/>
              </w:rPr>
            </w:pPr>
            <w:r w:rsidRPr="00E50AAE">
              <w:rPr>
                <w:rFonts w:ascii="Times New Roman" w:eastAsia="Times New Roman" w:hAnsi="Times New Roman" w:cs="Times New Roman"/>
                <w:sz w:val="26"/>
                <w:szCs w:val="26"/>
                <w:lang w:val="vi"/>
              </w:rPr>
              <w:t>Cơ sở dữ liệu an toàn thực phẩm</w:t>
            </w:r>
          </w:p>
        </w:tc>
        <w:tc>
          <w:tcPr>
            <w:tcW w:w="2126" w:type="dxa"/>
            <w:vAlign w:val="center"/>
          </w:tcPr>
          <w:p w:rsidR="00E50AAE" w:rsidRPr="00E50AAE" w:rsidRDefault="00E50AAE" w:rsidP="00E50AAE">
            <w:pPr>
              <w:jc w:val="center"/>
              <w:rPr>
                <w:rFonts w:ascii="Times New Roman" w:eastAsia="Times New Roman" w:hAnsi="Times New Roman" w:cs="Times New Roman"/>
                <w:sz w:val="26"/>
                <w:szCs w:val="26"/>
              </w:rPr>
            </w:pPr>
            <w:r w:rsidRPr="00E50AAE">
              <w:rPr>
                <w:rFonts w:ascii="Times New Roman" w:eastAsia="Times New Roman" w:hAnsi="Times New Roman" w:cs="Times New Roman"/>
                <w:sz w:val="26"/>
                <w:szCs w:val="26"/>
                <w:lang w:val="vi"/>
              </w:rPr>
              <w:t>Trạm Y tế; Phòng Kinh tế</w:t>
            </w:r>
          </w:p>
        </w:tc>
        <w:tc>
          <w:tcPr>
            <w:tcW w:w="3113" w:type="dxa"/>
            <w:vAlign w:val="center"/>
          </w:tcPr>
          <w:p w:rsidR="00E50AAE" w:rsidRPr="00E50AAE" w:rsidRDefault="00E50AAE" w:rsidP="00E50AAE">
            <w:pPr>
              <w:jc w:val="center"/>
              <w:rPr>
                <w:rFonts w:ascii="Times New Roman" w:eastAsia="Times New Roman" w:hAnsi="Times New Roman" w:cs="Times New Roman"/>
                <w:sz w:val="26"/>
                <w:szCs w:val="26"/>
              </w:rPr>
            </w:pPr>
            <w:r w:rsidRPr="00E50AAE">
              <w:rPr>
                <w:rFonts w:ascii="Times New Roman" w:eastAsia="Times New Roman" w:hAnsi="Times New Roman" w:cs="Times New Roman"/>
                <w:sz w:val="26"/>
                <w:szCs w:val="26"/>
                <w:lang w:val="vi"/>
              </w:rPr>
              <w:t>Phòng Văn hoá - Xã hội, Công an xã, các cơ sở sản xuất, kinh doanh thực phẩm</w:t>
            </w:r>
          </w:p>
        </w:tc>
      </w:tr>
      <w:tr w:rsidR="00E50AAE" w:rsidRPr="00E50AAE" w:rsidTr="00313D7C">
        <w:tc>
          <w:tcPr>
            <w:tcW w:w="704" w:type="dxa"/>
            <w:vAlign w:val="center"/>
          </w:tcPr>
          <w:p w:rsidR="00E50AAE" w:rsidRPr="00E50AAE" w:rsidRDefault="00E50AAE" w:rsidP="00E50AAE">
            <w:pPr>
              <w:jc w:val="center"/>
              <w:rPr>
                <w:rFonts w:ascii="Times New Roman" w:eastAsia="Times New Roman" w:hAnsi="Times New Roman" w:cs="Times New Roman"/>
                <w:sz w:val="26"/>
                <w:szCs w:val="26"/>
              </w:rPr>
            </w:pPr>
            <w:r w:rsidRPr="00E50AAE">
              <w:rPr>
                <w:rFonts w:ascii="Times New Roman" w:eastAsia="Times New Roman" w:hAnsi="Times New Roman" w:cs="Times New Roman"/>
                <w:sz w:val="26"/>
                <w:szCs w:val="26"/>
              </w:rPr>
              <w:t>9</w:t>
            </w:r>
          </w:p>
        </w:tc>
        <w:tc>
          <w:tcPr>
            <w:tcW w:w="3119" w:type="dxa"/>
            <w:vAlign w:val="center"/>
          </w:tcPr>
          <w:p w:rsidR="00E50AAE" w:rsidRPr="00E50AAE" w:rsidRDefault="00E50AAE" w:rsidP="00E50AAE">
            <w:pPr>
              <w:jc w:val="center"/>
              <w:rPr>
                <w:rFonts w:ascii="Times New Roman" w:eastAsia="Times New Roman" w:hAnsi="Times New Roman" w:cs="Times New Roman"/>
                <w:sz w:val="26"/>
                <w:szCs w:val="26"/>
              </w:rPr>
            </w:pPr>
            <w:r w:rsidRPr="00E50AAE">
              <w:rPr>
                <w:rFonts w:ascii="Times New Roman" w:eastAsia="Times New Roman" w:hAnsi="Times New Roman" w:cs="Times New Roman"/>
                <w:sz w:val="26"/>
                <w:szCs w:val="26"/>
                <w:lang w:val="vi"/>
              </w:rPr>
              <w:t>Cơ sở dữ liệu khám bệnh, chữa bệnh</w:t>
            </w:r>
          </w:p>
        </w:tc>
        <w:tc>
          <w:tcPr>
            <w:tcW w:w="2126" w:type="dxa"/>
            <w:vAlign w:val="center"/>
          </w:tcPr>
          <w:p w:rsidR="00E50AAE" w:rsidRPr="00E50AAE" w:rsidRDefault="00E50AAE" w:rsidP="00E50AAE">
            <w:pPr>
              <w:jc w:val="center"/>
              <w:rPr>
                <w:rFonts w:ascii="Times New Roman" w:eastAsia="Times New Roman" w:hAnsi="Times New Roman" w:cs="Times New Roman"/>
                <w:sz w:val="26"/>
                <w:szCs w:val="26"/>
              </w:rPr>
            </w:pPr>
            <w:r w:rsidRPr="00E50AAE">
              <w:rPr>
                <w:rFonts w:ascii="Times New Roman" w:eastAsia="Times New Roman" w:hAnsi="Times New Roman" w:cs="Times New Roman"/>
                <w:sz w:val="26"/>
                <w:szCs w:val="26"/>
                <w:lang w:val="vi"/>
              </w:rPr>
              <w:t>Trạm Y tế xã</w:t>
            </w:r>
          </w:p>
        </w:tc>
        <w:tc>
          <w:tcPr>
            <w:tcW w:w="3113" w:type="dxa"/>
            <w:vAlign w:val="center"/>
          </w:tcPr>
          <w:p w:rsidR="00E50AAE" w:rsidRPr="00E50AAE" w:rsidRDefault="00E50AAE" w:rsidP="00E50AAE">
            <w:pPr>
              <w:jc w:val="center"/>
              <w:rPr>
                <w:rFonts w:ascii="Times New Roman" w:eastAsia="Times New Roman" w:hAnsi="Times New Roman" w:cs="Times New Roman"/>
                <w:sz w:val="26"/>
                <w:szCs w:val="26"/>
              </w:rPr>
            </w:pPr>
            <w:r w:rsidRPr="00E50AAE">
              <w:rPr>
                <w:rFonts w:ascii="Times New Roman" w:eastAsia="Times New Roman" w:hAnsi="Times New Roman" w:cs="Times New Roman"/>
                <w:sz w:val="26"/>
                <w:szCs w:val="26"/>
                <w:lang w:val="vi"/>
              </w:rPr>
              <w:t>Các cơ sở khám bệnh, chữa bệnh ngoài công lập</w:t>
            </w:r>
            <w:r w:rsidRPr="00E50AAE">
              <w:rPr>
                <w:rFonts w:ascii="Times New Roman" w:eastAsia="Times New Roman" w:hAnsi="Times New Roman" w:cs="Times New Roman"/>
                <w:sz w:val="28"/>
                <w:szCs w:val="28"/>
                <w:lang w:val="vi"/>
              </w:rPr>
              <w:t>,</w:t>
            </w:r>
            <w:r w:rsidRPr="00E50AAE">
              <w:rPr>
                <w:rFonts w:ascii="Times New Roman" w:eastAsia="Times New Roman" w:hAnsi="Times New Roman" w:cs="Times New Roman"/>
                <w:sz w:val="26"/>
                <w:szCs w:val="26"/>
                <w:lang w:val="vi"/>
              </w:rPr>
              <w:t xml:space="preserve"> Công an xã</w:t>
            </w:r>
          </w:p>
        </w:tc>
      </w:tr>
      <w:tr w:rsidR="00E50AAE" w:rsidRPr="00E50AAE" w:rsidTr="00313D7C">
        <w:tc>
          <w:tcPr>
            <w:tcW w:w="704" w:type="dxa"/>
            <w:vAlign w:val="center"/>
          </w:tcPr>
          <w:p w:rsidR="00E50AAE" w:rsidRPr="00E50AAE" w:rsidRDefault="00E50AAE" w:rsidP="00E50AAE">
            <w:pPr>
              <w:jc w:val="center"/>
              <w:rPr>
                <w:rFonts w:ascii="Times New Roman" w:eastAsia="Times New Roman" w:hAnsi="Times New Roman" w:cs="Times New Roman"/>
                <w:sz w:val="26"/>
                <w:szCs w:val="26"/>
              </w:rPr>
            </w:pPr>
            <w:r w:rsidRPr="00E50AAE">
              <w:rPr>
                <w:rFonts w:ascii="Times New Roman" w:eastAsia="Times New Roman" w:hAnsi="Times New Roman" w:cs="Times New Roman"/>
                <w:sz w:val="26"/>
                <w:szCs w:val="26"/>
              </w:rPr>
              <w:t>10</w:t>
            </w:r>
          </w:p>
        </w:tc>
        <w:tc>
          <w:tcPr>
            <w:tcW w:w="3119" w:type="dxa"/>
            <w:vAlign w:val="center"/>
          </w:tcPr>
          <w:p w:rsidR="00E50AAE" w:rsidRPr="00E50AAE" w:rsidRDefault="00E50AAE" w:rsidP="00E50AAE">
            <w:pPr>
              <w:jc w:val="center"/>
              <w:rPr>
                <w:rFonts w:ascii="Times New Roman" w:eastAsia="Times New Roman" w:hAnsi="Times New Roman" w:cs="Times New Roman"/>
                <w:sz w:val="26"/>
                <w:szCs w:val="26"/>
              </w:rPr>
            </w:pPr>
            <w:r w:rsidRPr="00E50AAE">
              <w:rPr>
                <w:rFonts w:ascii="Times New Roman" w:eastAsia="Times New Roman" w:hAnsi="Times New Roman" w:cs="Times New Roman"/>
                <w:sz w:val="26"/>
                <w:szCs w:val="26"/>
                <w:lang w:val="vi"/>
              </w:rPr>
              <w:t>Cơ sở dữ liệu nhân lực y tế</w:t>
            </w:r>
          </w:p>
        </w:tc>
        <w:tc>
          <w:tcPr>
            <w:tcW w:w="2126" w:type="dxa"/>
            <w:vAlign w:val="center"/>
          </w:tcPr>
          <w:p w:rsidR="00E50AAE" w:rsidRPr="00E50AAE" w:rsidRDefault="00E50AAE" w:rsidP="00E50AAE">
            <w:pPr>
              <w:jc w:val="center"/>
              <w:rPr>
                <w:rFonts w:ascii="Times New Roman" w:eastAsia="Times New Roman" w:hAnsi="Times New Roman" w:cs="Times New Roman"/>
                <w:sz w:val="26"/>
                <w:szCs w:val="26"/>
              </w:rPr>
            </w:pPr>
            <w:r w:rsidRPr="00E50AAE">
              <w:rPr>
                <w:rFonts w:ascii="Times New Roman" w:eastAsia="Times New Roman" w:hAnsi="Times New Roman" w:cs="Times New Roman"/>
                <w:sz w:val="26"/>
                <w:szCs w:val="26"/>
                <w:lang w:val="vi"/>
              </w:rPr>
              <w:t>Trạm Y tế xã</w:t>
            </w:r>
          </w:p>
        </w:tc>
        <w:tc>
          <w:tcPr>
            <w:tcW w:w="3113" w:type="dxa"/>
            <w:vAlign w:val="center"/>
          </w:tcPr>
          <w:p w:rsidR="00E50AAE" w:rsidRPr="00E50AAE" w:rsidRDefault="00E50AAE" w:rsidP="00E50AAE">
            <w:pPr>
              <w:jc w:val="center"/>
              <w:rPr>
                <w:rFonts w:ascii="Times New Roman" w:eastAsia="Times New Roman" w:hAnsi="Times New Roman" w:cs="Times New Roman"/>
                <w:sz w:val="26"/>
                <w:szCs w:val="26"/>
              </w:rPr>
            </w:pPr>
            <w:r w:rsidRPr="00E50AAE">
              <w:rPr>
                <w:rFonts w:ascii="Times New Roman" w:eastAsia="Times New Roman" w:hAnsi="Times New Roman" w:cs="Times New Roman"/>
                <w:sz w:val="26"/>
                <w:szCs w:val="26"/>
                <w:lang w:val="vi"/>
              </w:rPr>
              <w:t>Các cơ sở hành nghề y</w:t>
            </w:r>
            <w:r w:rsidRPr="00E50AAE">
              <w:rPr>
                <w:rFonts w:ascii="Times New Roman" w:eastAsia="Times New Roman" w:hAnsi="Times New Roman" w:cs="Times New Roman"/>
                <w:sz w:val="28"/>
                <w:szCs w:val="28"/>
                <w:lang w:val="vi"/>
              </w:rPr>
              <w:t>,</w:t>
            </w:r>
            <w:r w:rsidRPr="00E50AAE">
              <w:rPr>
                <w:rFonts w:ascii="Times New Roman" w:eastAsia="Times New Roman" w:hAnsi="Times New Roman" w:cs="Times New Roman"/>
                <w:sz w:val="26"/>
                <w:szCs w:val="26"/>
                <w:lang w:val="vi"/>
              </w:rPr>
              <w:t xml:space="preserve"> dược ngoài công lập</w:t>
            </w:r>
          </w:p>
        </w:tc>
      </w:tr>
      <w:tr w:rsidR="00E50AAE" w:rsidRPr="00E50AAE" w:rsidTr="00313D7C">
        <w:tc>
          <w:tcPr>
            <w:tcW w:w="704" w:type="dxa"/>
            <w:vAlign w:val="center"/>
          </w:tcPr>
          <w:p w:rsidR="00E50AAE" w:rsidRPr="00E50AAE" w:rsidRDefault="00E50AAE" w:rsidP="00E50AAE">
            <w:pPr>
              <w:jc w:val="center"/>
              <w:rPr>
                <w:rFonts w:ascii="Times New Roman" w:eastAsia="Times New Roman" w:hAnsi="Times New Roman" w:cs="Times New Roman"/>
                <w:sz w:val="26"/>
                <w:szCs w:val="26"/>
              </w:rPr>
            </w:pPr>
            <w:r w:rsidRPr="00E50AAE">
              <w:rPr>
                <w:rFonts w:ascii="Times New Roman" w:eastAsia="Times New Roman" w:hAnsi="Times New Roman" w:cs="Times New Roman"/>
                <w:sz w:val="26"/>
                <w:szCs w:val="26"/>
              </w:rPr>
              <w:t>11</w:t>
            </w:r>
          </w:p>
        </w:tc>
        <w:tc>
          <w:tcPr>
            <w:tcW w:w="3119" w:type="dxa"/>
            <w:vAlign w:val="center"/>
          </w:tcPr>
          <w:p w:rsidR="00E50AAE" w:rsidRPr="00E50AAE" w:rsidRDefault="00E50AAE" w:rsidP="00E50AAE">
            <w:pPr>
              <w:jc w:val="center"/>
              <w:rPr>
                <w:rFonts w:ascii="Times New Roman" w:eastAsia="Times New Roman" w:hAnsi="Times New Roman" w:cs="Times New Roman"/>
                <w:sz w:val="26"/>
                <w:szCs w:val="26"/>
                <w:lang w:val="vi"/>
              </w:rPr>
            </w:pPr>
            <w:r w:rsidRPr="00E50AAE">
              <w:rPr>
                <w:rFonts w:ascii="Times New Roman" w:eastAsia="Times New Roman" w:hAnsi="Times New Roman" w:cs="Times New Roman"/>
                <w:sz w:val="26"/>
                <w:szCs w:val="26"/>
                <w:lang w:val="vi"/>
              </w:rPr>
              <w:t>Hệ thống quản lý thông tin tiêm chủng quốc gia</w:t>
            </w:r>
          </w:p>
        </w:tc>
        <w:tc>
          <w:tcPr>
            <w:tcW w:w="2126" w:type="dxa"/>
            <w:vAlign w:val="center"/>
          </w:tcPr>
          <w:p w:rsidR="00E50AAE" w:rsidRPr="00E50AAE" w:rsidRDefault="00E50AAE" w:rsidP="00E50AAE">
            <w:pPr>
              <w:jc w:val="center"/>
              <w:rPr>
                <w:rFonts w:ascii="Times New Roman" w:eastAsia="Times New Roman" w:hAnsi="Times New Roman" w:cs="Times New Roman"/>
                <w:sz w:val="26"/>
                <w:szCs w:val="26"/>
                <w:lang w:val="vi"/>
              </w:rPr>
            </w:pPr>
            <w:r w:rsidRPr="00E50AAE">
              <w:rPr>
                <w:rFonts w:ascii="Times New Roman" w:eastAsia="Times New Roman" w:hAnsi="Times New Roman" w:cs="Times New Roman"/>
                <w:sz w:val="26"/>
                <w:szCs w:val="26"/>
                <w:lang w:val="vi"/>
              </w:rPr>
              <w:t>Trạm Y tế xã</w:t>
            </w:r>
          </w:p>
        </w:tc>
        <w:tc>
          <w:tcPr>
            <w:tcW w:w="3113" w:type="dxa"/>
            <w:vAlign w:val="center"/>
          </w:tcPr>
          <w:p w:rsidR="00E50AAE" w:rsidRPr="00E50AAE" w:rsidRDefault="00E50AAE" w:rsidP="00E50AAE">
            <w:pPr>
              <w:jc w:val="center"/>
              <w:rPr>
                <w:rFonts w:ascii="Times New Roman" w:eastAsia="Times New Roman" w:hAnsi="Times New Roman" w:cs="Times New Roman"/>
                <w:sz w:val="26"/>
                <w:szCs w:val="26"/>
                <w:lang w:val="vi"/>
              </w:rPr>
            </w:pPr>
            <w:r w:rsidRPr="00E50AAE">
              <w:rPr>
                <w:rFonts w:ascii="Times New Roman" w:eastAsia="Times New Roman" w:hAnsi="Times New Roman" w:cs="Times New Roman"/>
                <w:sz w:val="26"/>
                <w:szCs w:val="26"/>
                <w:lang w:val="vi"/>
              </w:rPr>
              <w:t>Công an xã, Văn phòng HĐND và UBND</w:t>
            </w:r>
            <w:r w:rsidRPr="00E50AAE">
              <w:rPr>
                <w:rFonts w:ascii="Times New Roman" w:eastAsia="Times New Roman" w:hAnsi="Times New Roman" w:cs="Times New Roman"/>
                <w:sz w:val="28"/>
                <w:szCs w:val="28"/>
                <w:lang w:val="vi"/>
              </w:rPr>
              <w:t>,</w:t>
            </w:r>
            <w:r w:rsidRPr="00E50AAE">
              <w:rPr>
                <w:rFonts w:ascii="Times New Roman" w:eastAsia="Times New Roman" w:hAnsi="Times New Roman" w:cs="Times New Roman"/>
                <w:sz w:val="26"/>
                <w:szCs w:val="26"/>
                <w:lang w:val="vi"/>
              </w:rPr>
              <w:t xml:space="preserve"> các cơ sở giáo dục</w:t>
            </w:r>
          </w:p>
        </w:tc>
      </w:tr>
      <w:tr w:rsidR="00E50AAE" w:rsidRPr="00E50AAE" w:rsidTr="00313D7C">
        <w:tc>
          <w:tcPr>
            <w:tcW w:w="704" w:type="dxa"/>
            <w:vAlign w:val="center"/>
          </w:tcPr>
          <w:p w:rsidR="00E50AAE" w:rsidRPr="00E50AAE" w:rsidRDefault="00E50AAE" w:rsidP="00E50AAE">
            <w:pPr>
              <w:jc w:val="center"/>
              <w:rPr>
                <w:rFonts w:ascii="Times New Roman" w:eastAsia="Times New Roman" w:hAnsi="Times New Roman" w:cs="Times New Roman"/>
                <w:sz w:val="26"/>
                <w:szCs w:val="26"/>
              </w:rPr>
            </w:pPr>
            <w:r w:rsidRPr="00E50AAE">
              <w:rPr>
                <w:rFonts w:ascii="Times New Roman" w:eastAsia="Times New Roman" w:hAnsi="Times New Roman" w:cs="Times New Roman"/>
                <w:sz w:val="26"/>
                <w:szCs w:val="26"/>
              </w:rPr>
              <w:t>12</w:t>
            </w:r>
          </w:p>
        </w:tc>
        <w:tc>
          <w:tcPr>
            <w:tcW w:w="3119" w:type="dxa"/>
            <w:vAlign w:val="center"/>
          </w:tcPr>
          <w:p w:rsidR="00E50AAE" w:rsidRPr="00E50AAE" w:rsidRDefault="00E50AAE" w:rsidP="00E50AAE">
            <w:pPr>
              <w:jc w:val="center"/>
              <w:rPr>
                <w:rFonts w:ascii="Times New Roman" w:eastAsia="Times New Roman" w:hAnsi="Times New Roman" w:cs="Times New Roman"/>
                <w:sz w:val="26"/>
                <w:szCs w:val="26"/>
              </w:rPr>
            </w:pPr>
            <w:r w:rsidRPr="00E50AAE">
              <w:rPr>
                <w:rFonts w:ascii="Times New Roman" w:eastAsia="Times New Roman" w:hAnsi="Times New Roman" w:cs="Times New Roman"/>
                <w:sz w:val="26"/>
                <w:szCs w:val="26"/>
                <w:lang w:val="vi"/>
              </w:rPr>
              <w:t>Hệ thống thông tin sức khỏe bà mẹ, trẻ em/sức khỏe sinh sản</w:t>
            </w:r>
          </w:p>
        </w:tc>
        <w:tc>
          <w:tcPr>
            <w:tcW w:w="2126" w:type="dxa"/>
            <w:vAlign w:val="center"/>
          </w:tcPr>
          <w:p w:rsidR="00E50AAE" w:rsidRPr="00E50AAE" w:rsidRDefault="00E50AAE" w:rsidP="00E50AAE">
            <w:pPr>
              <w:jc w:val="center"/>
              <w:rPr>
                <w:rFonts w:ascii="Times New Roman" w:eastAsia="Times New Roman" w:hAnsi="Times New Roman" w:cs="Times New Roman"/>
                <w:sz w:val="26"/>
                <w:szCs w:val="26"/>
              </w:rPr>
            </w:pPr>
            <w:r w:rsidRPr="00E50AAE">
              <w:rPr>
                <w:rFonts w:ascii="Times New Roman" w:eastAsia="Times New Roman" w:hAnsi="Times New Roman" w:cs="Times New Roman"/>
                <w:sz w:val="26"/>
                <w:szCs w:val="26"/>
                <w:lang w:val="vi"/>
              </w:rPr>
              <w:t>Trạm Y tế xã</w:t>
            </w:r>
          </w:p>
        </w:tc>
        <w:tc>
          <w:tcPr>
            <w:tcW w:w="3113" w:type="dxa"/>
            <w:vAlign w:val="center"/>
          </w:tcPr>
          <w:p w:rsidR="00E50AAE" w:rsidRPr="00E50AAE" w:rsidRDefault="00E50AAE" w:rsidP="00E50AAE">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lang w:val="vi"/>
              </w:rPr>
              <w:t>V</w:t>
            </w:r>
            <w:r>
              <w:rPr>
                <w:rFonts w:ascii="Times New Roman" w:eastAsia="Times New Roman" w:hAnsi="Times New Roman" w:cs="Times New Roman"/>
                <w:sz w:val="26"/>
                <w:szCs w:val="26"/>
              </w:rPr>
              <w:t>P</w:t>
            </w:r>
            <w:r w:rsidRPr="00E50AAE">
              <w:rPr>
                <w:rFonts w:ascii="Times New Roman" w:eastAsia="Times New Roman" w:hAnsi="Times New Roman" w:cs="Times New Roman"/>
                <w:sz w:val="26"/>
                <w:szCs w:val="26"/>
                <w:lang w:val="vi"/>
              </w:rPr>
              <w:t xml:space="preserve"> HĐND và UBND</w:t>
            </w:r>
            <w:r w:rsidRPr="00E50AAE">
              <w:rPr>
                <w:rFonts w:ascii="Times New Roman" w:eastAsia="Times New Roman" w:hAnsi="Times New Roman" w:cs="Times New Roman"/>
                <w:sz w:val="28"/>
                <w:szCs w:val="28"/>
                <w:lang w:val="vi"/>
              </w:rPr>
              <w:t>;</w:t>
            </w:r>
            <w:r w:rsidRPr="00E50AAE">
              <w:rPr>
                <w:rFonts w:ascii="Times New Roman" w:eastAsia="Times New Roman" w:hAnsi="Times New Roman" w:cs="Times New Roman"/>
                <w:sz w:val="26"/>
                <w:szCs w:val="26"/>
                <w:lang w:val="vi"/>
              </w:rPr>
              <w:t xml:space="preserve"> Phòng Văn hóa - Xã hội xã</w:t>
            </w:r>
            <w:r w:rsidRPr="00E50AAE">
              <w:rPr>
                <w:rFonts w:ascii="Times New Roman" w:eastAsia="Times New Roman" w:hAnsi="Times New Roman" w:cs="Times New Roman"/>
                <w:sz w:val="28"/>
                <w:szCs w:val="28"/>
                <w:lang w:val="vi"/>
              </w:rPr>
              <w:t>;</w:t>
            </w:r>
            <w:r w:rsidRPr="00E50AAE">
              <w:rPr>
                <w:rFonts w:ascii="Times New Roman" w:eastAsia="Times New Roman" w:hAnsi="Times New Roman" w:cs="Times New Roman"/>
                <w:sz w:val="26"/>
                <w:szCs w:val="26"/>
                <w:lang w:val="vi"/>
              </w:rPr>
              <w:t xml:space="preserve"> Công an xã</w:t>
            </w:r>
            <w:r w:rsidRPr="00E50AAE">
              <w:rPr>
                <w:rFonts w:ascii="Times New Roman" w:eastAsia="Times New Roman" w:hAnsi="Times New Roman" w:cs="Times New Roman"/>
                <w:sz w:val="28"/>
                <w:szCs w:val="28"/>
                <w:lang w:val="vi"/>
              </w:rPr>
              <w:t>,</w:t>
            </w:r>
            <w:r w:rsidRPr="00E50AAE">
              <w:rPr>
                <w:rFonts w:ascii="Times New Roman" w:eastAsia="Times New Roman" w:hAnsi="Times New Roman" w:cs="Times New Roman"/>
                <w:sz w:val="26"/>
                <w:szCs w:val="26"/>
                <w:lang w:val="vi"/>
              </w:rPr>
              <w:t xml:space="preserve"> </w:t>
            </w:r>
            <w:r>
              <w:rPr>
                <w:rFonts w:ascii="Times New Roman" w:eastAsia="Times New Roman" w:hAnsi="Times New Roman" w:cs="Times New Roman"/>
                <w:sz w:val="26"/>
                <w:szCs w:val="26"/>
                <w:lang w:val="vi"/>
              </w:rPr>
              <w:t>các</w:t>
            </w:r>
            <w:r w:rsidRPr="00E50AAE">
              <w:rPr>
                <w:rFonts w:ascii="Times New Roman" w:eastAsia="Times New Roman" w:hAnsi="Times New Roman" w:cs="Times New Roman"/>
                <w:sz w:val="26"/>
                <w:szCs w:val="26"/>
                <w:lang w:val="vi"/>
              </w:rPr>
              <w:t xml:space="preserve"> thôn</w:t>
            </w:r>
          </w:p>
        </w:tc>
      </w:tr>
    </w:tbl>
    <w:p w:rsidR="006F16CE" w:rsidRDefault="006F16CE" w:rsidP="00E50AAE">
      <w:pPr>
        <w:widowControl w:val="0"/>
        <w:autoSpaceDE w:val="0"/>
        <w:autoSpaceDN w:val="0"/>
        <w:spacing w:after="0" w:line="240" w:lineRule="auto"/>
        <w:rPr>
          <w:rFonts w:ascii="Times New Roman" w:eastAsia="Times New Roman" w:hAnsi="Times New Roman" w:cs="Times New Roman"/>
          <w:b/>
          <w:bCs/>
          <w:sz w:val="28"/>
          <w:szCs w:val="28"/>
          <w:lang w:val="vi"/>
        </w:rPr>
      </w:pPr>
    </w:p>
    <w:p w:rsidR="00E50AAE" w:rsidRPr="00E50AAE" w:rsidRDefault="00E50AAE" w:rsidP="00E50AAE">
      <w:pPr>
        <w:widowControl w:val="0"/>
        <w:autoSpaceDE w:val="0"/>
        <w:autoSpaceDN w:val="0"/>
        <w:spacing w:after="0" w:line="240" w:lineRule="auto"/>
        <w:rPr>
          <w:rFonts w:ascii="Times New Roman" w:eastAsia="Times New Roman" w:hAnsi="Times New Roman" w:cs="Times New Roman"/>
          <w:b/>
          <w:bCs/>
          <w:sz w:val="28"/>
          <w:szCs w:val="28"/>
        </w:rPr>
      </w:pPr>
      <w:r w:rsidRPr="00E50AAE">
        <w:rPr>
          <w:rFonts w:ascii="Times New Roman" w:eastAsia="Times New Roman" w:hAnsi="Times New Roman" w:cs="Times New Roman"/>
          <w:b/>
          <w:bCs/>
          <w:sz w:val="28"/>
          <w:szCs w:val="28"/>
          <w:lang w:val="vi"/>
        </w:rPr>
        <w:lastRenderedPageBreak/>
        <w:t>PHỤ LỤ</w:t>
      </w:r>
      <w:r w:rsidRPr="00E50AAE">
        <w:rPr>
          <w:rFonts w:ascii="Times New Roman" w:eastAsia="Times New Roman" w:hAnsi="Times New Roman" w:cs="Times New Roman"/>
          <w:b/>
          <w:bCs/>
          <w:sz w:val="28"/>
          <w:szCs w:val="28"/>
        </w:rPr>
        <w:t>C III:</w:t>
      </w:r>
    </w:p>
    <w:p w:rsidR="00E50AAE" w:rsidRPr="00E50AAE" w:rsidRDefault="00E50AAE" w:rsidP="00E50AAE">
      <w:pPr>
        <w:widowControl w:val="0"/>
        <w:autoSpaceDE w:val="0"/>
        <w:autoSpaceDN w:val="0"/>
        <w:spacing w:after="0" w:line="240" w:lineRule="auto"/>
        <w:jc w:val="center"/>
        <w:rPr>
          <w:rFonts w:ascii="Times New Roman" w:eastAsia="Times New Roman" w:hAnsi="Times New Roman" w:cs="Times New Roman"/>
          <w:b/>
          <w:bCs/>
          <w:sz w:val="28"/>
          <w:szCs w:val="28"/>
          <w:lang w:val="vi"/>
        </w:rPr>
      </w:pPr>
      <w:r w:rsidRPr="00E50AAE">
        <w:rPr>
          <w:rFonts w:ascii="Times New Roman" w:eastAsia="Times New Roman" w:hAnsi="Times New Roman" w:cs="Times New Roman"/>
          <w:b/>
          <w:bCs/>
          <w:sz w:val="28"/>
          <w:szCs w:val="28"/>
          <w:lang w:val="vi"/>
        </w:rPr>
        <w:t xml:space="preserve">HƯỚNG DẪN THỐNG NHẤT QUY TRÌNH LÀM SẠCH, LÀM </w:t>
      </w:r>
    </w:p>
    <w:p w:rsidR="00E50AAE" w:rsidRPr="00E50AAE" w:rsidRDefault="00E50AAE" w:rsidP="00E50AAE">
      <w:pPr>
        <w:widowControl w:val="0"/>
        <w:autoSpaceDE w:val="0"/>
        <w:autoSpaceDN w:val="0"/>
        <w:spacing w:after="0" w:line="240" w:lineRule="auto"/>
        <w:jc w:val="center"/>
        <w:rPr>
          <w:rFonts w:ascii="Times New Roman" w:eastAsia="Times New Roman" w:hAnsi="Times New Roman" w:cs="Times New Roman"/>
          <w:b/>
          <w:bCs/>
          <w:sz w:val="28"/>
          <w:szCs w:val="28"/>
        </w:rPr>
      </w:pPr>
      <w:r w:rsidRPr="00E50AAE">
        <w:rPr>
          <w:rFonts w:ascii="Times New Roman" w:eastAsia="Times New Roman" w:hAnsi="Times New Roman" w:cs="Times New Roman"/>
          <w:b/>
          <w:bCs/>
          <w:sz w:val="28"/>
          <w:szCs w:val="28"/>
          <w:lang w:val="vi"/>
        </w:rPr>
        <w:t>GIÀU VÀ CHUẨN HÓA DỮ LIỆU</w:t>
      </w:r>
    </w:p>
    <w:p w:rsidR="00E50AAE" w:rsidRPr="00E50AAE" w:rsidRDefault="00E50AAE" w:rsidP="00E50AAE">
      <w:pPr>
        <w:widowControl w:val="0"/>
        <w:autoSpaceDE w:val="0"/>
        <w:autoSpaceDN w:val="0"/>
        <w:spacing w:after="0" w:line="240" w:lineRule="auto"/>
        <w:jc w:val="center"/>
        <w:rPr>
          <w:rFonts w:ascii="Times New Roman" w:eastAsia="Times New Roman" w:hAnsi="Times New Roman" w:cs="Times New Roman"/>
          <w:i/>
          <w:iCs/>
          <w:sz w:val="28"/>
          <w:szCs w:val="28"/>
          <w:lang w:val="vi"/>
        </w:rPr>
      </w:pPr>
      <w:r w:rsidRPr="00E50AAE">
        <w:rPr>
          <w:rFonts w:ascii="Times New Roman" w:eastAsia="Times New Roman" w:hAnsi="Times New Roman" w:cs="Times New Roman"/>
          <w:i/>
          <w:iCs/>
          <w:sz w:val="28"/>
          <w:szCs w:val="28"/>
          <w:lang w:val="vi"/>
        </w:rPr>
        <w:t>(Kèm theo Kế hoạch số</w:t>
      </w:r>
      <w:r w:rsidRPr="00E50AAE">
        <w:rPr>
          <w:rFonts w:ascii="Times New Roman" w:eastAsia="Times New Roman" w:hAnsi="Times New Roman" w:cs="Times New Roman"/>
          <w:i/>
          <w:iCs/>
          <w:sz w:val="28"/>
          <w:szCs w:val="28"/>
        </w:rPr>
        <w:t xml:space="preserve">   </w:t>
      </w:r>
      <w:r w:rsidRPr="00E50AAE">
        <w:rPr>
          <w:rFonts w:ascii="Times New Roman" w:eastAsia="Times New Roman" w:hAnsi="Times New Roman" w:cs="Times New Roman"/>
          <w:i/>
          <w:iCs/>
          <w:sz w:val="28"/>
          <w:szCs w:val="28"/>
          <w:lang w:val="vi"/>
        </w:rPr>
        <w:t xml:space="preserve"> /KH-UBND ngày</w:t>
      </w:r>
      <w:r w:rsidRPr="00E50AAE">
        <w:rPr>
          <w:rFonts w:ascii="Times New Roman" w:eastAsia="Times New Roman" w:hAnsi="Times New Roman" w:cs="Times New Roman"/>
          <w:i/>
          <w:iCs/>
          <w:sz w:val="28"/>
          <w:szCs w:val="28"/>
        </w:rPr>
        <w:t xml:space="preserve">   </w:t>
      </w:r>
      <w:r w:rsidRPr="00E50AAE">
        <w:rPr>
          <w:rFonts w:ascii="Times New Roman" w:eastAsia="Times New Roman" w:hAnsi="Times New Roman" w:cs="Times New Roman"/>
          <w:i/>
          <w:iCs/>
          <w:sz w:val="28"/>
          <w:szCs w:val="28"/>
          <w:lang w:val="vi"/>
        </w:rPr>
        <w:t xml:space="preserve"> /</w:t>
      </w:r>
      <w:r w:rsidRPr="00E50AAE">
        <w:rPr>
          <w:rFonts w:ascii="Times New Roman" w:eastAsia="Times New Roman" w:hAnsi="Times New Roman" w:cs="Times New Roman"/>
          <w:i/>
          <w:iCs/>
          <w:sz w:val="28"/>
          <w:szCs w:val="28"/>
        </w:rPr>
        <w:t xml:space="preserve">     </w:t>
      </w:r>
      <w:r w:rsidRPr="00E50AAE">
        <w:rPr>
          <w:rFonts w:ascii="Times New Roman" w:eastAsia="Times New Roman" w:hAnsi="Times New Roman" w:cs="Times New Roman"/>
          <w:i/>
          <w:iCs/>
          <w:sz w:val="28"/>
          <w:szCs w:val="28"/>
          <w:lang w:val="vi"/>
        </w:rPr>
        <w:t xml:space="preserve">/2026 của UBND </w:t>
      </w:r>
    </w:p>
    <w:p w:rsidR="00E50AAE" w:rsidRPr="00E50AAE" w:rsidRDefault="00E50AAE" w:rsidP="00E50AAE">
      <w:pPr>
        <w:widowControl w:val="0"/>
        <w:autoSpaceDE w:val="0"/>
        <w:autoSpaceDN w:val="0"/>
        <w:spacing w:after="0" w:line="240" w:lineRule="auto"/>
        <w:jc w:val="center"/>
        <w:rPr>
          <w:rFonts w:ascii="Times New Roman" w:eastAsia="Times New Roman" w:hAnsi="Times New Roman" w:cs="Times New Roman"/>
          <w:i/>
          <w:iCs/>
          <w:sz w:val="28"/>
          <w:szCs w:val="28"/>
        </w:rPr>
      </w:pPr>
      <w:r w:rsidRPr="00E50AAE">
        <w:rPr>
          <w:rFonts w:ascii="Times New Roman" w:eastAsia="Times New Roman" w:hAnsi="Times New Roman" w:cs="Times New Roman"/>
          <w:i/>
          <w:iCs/>
          <w:sz w:val="28"/>
          <w:szCs w:val="28"/>
          <w:lang w:val="vi"/>
        </w:rPr>
        <w:t>xã</w:t>
      </w:r>
      <w:r w:rsidRPr="00E50AAE">
        <w:rPr>
          <w:rFonts w:ascii="Times New Roman" w:eastAsia="Times New Roman" w:hAnsi="Times New Roman" w:cs="Times New Roman"/>
          <w:i/>
          <w:iCs/>
          <w:sz w:val="28"/>
          <w:szCs w:val="28"/>
        </w:rPr>
        <w:t xml:space="preserve"> Đức Minh</w:t>
      </w:r>
      <w:r w:rsidRPr="00E50AAE">
        <w:rPr>
          <w:rFonts w:ascii="Times New Roman" w:eastAsia="Times New Roman" w:hAnsi="Times New Roman" w:cs="Times New Roman"/>
          <w:i/>
          <w:iCs/>
          <w:sz w:val="28"/>
          <w:szCs w:val="28"/>
          <w:lang w:val="vi"/>
        </w:rPr>
        <w:t>)</w:t>
      </w:r>
    </w:p>
    <w:p w:rsidR="00E50AAE" w:rsidRPr="00E50AAE" w:rsidRDefault="00E50AAE" w:rsidP="00E50AAE">
      <w:pPr>
        <w:widowControl w:val="0"/>
        <w:autoSpaceDE w:val="0"/>
        <w:autoSpaceDN w:val="0"/>
        <w:spacing w:after="0" w:line="240" w:lineRule="auto"/>
        <w:jc w:val="center"/>
        <w:rPr>
          <w:rFonts w:ascii="Times New Roman" w:eastAsia="Times New Roman" w:hAnsi="Times New Roman" w:cs="Times New Roman"/>
          <w:i/>
          <w:iCs/>
          <w:sz w:val="12"/>
          <w:szCs w:val="28"/>
        </w:rPr>
      </w:pPr>
    </w:p>
    <w:p w:rsidR="00E50AAE" w:rsidRPr="00E50AAE" w:rsidRDefault="00E50AAE" w:rsidP="00E50AAE">
      <w:pPr>
        <w:widowControl w:val="0"/>
        <w:autoSpaceDE w:val="0"/>
        <w:autoSpaceDN w:val="0"/>
        <w:spacing w:after="0" w:line="360" w:lineRule="exact"/>
        <w:ind w:firstLine="720"/>
        <w:jc w:val="both"/>
        <w:rPr>
          <w:rFonts w:ascii="Times New Roman" w:eastAsia="Times New Roman" w:hAnsi="Times New Roman" w:cs="Times New Roman"/>
          <w:b/>
          <w:bCs/>
          <w:sz w:val="28"/>
          <w:szCs w:val="28"/>
        </w:rPr>
      </w:pPr>
      <w:r w:rsidRPr="00E50AAE">
        <w:rPr>
          <w:rFonts w:ascii="Times New Roman" w:eastAsia="Times New Roman" w:hAnsi="Times New Roman" w:cs="Times New Roman"/>
          <w:sz w:val="28"/>
          <w:szCs w:val="28"/>
          <w:lang w:val="vi"/>
        </w:rPr>
        <w:t xml:space="preserve"> </w:t>
      </w:r>
      <w:r w:rsidRPr="00E50AAE">
        <w:rPr>
          <w:rFonts w:ascii="Times New Roman" w:eastAsia="Times New Roman" w:hAnsi="Times New Roman" w:cs="Times New Roman"/>
          <w:b/>
          <w:bCs/>
          <w:sz w:val="28"/>
          <w:szCs w:val="28"/>
          <w:lang w:val="vi"/>
        </w:rPr>
        <w:t>Bước 1. Sao lưu và tiếp nhận dữ liệu</w:t>
      </w:r>
    </w:p>
    <w:p w:rsidR="00E50AAE" w:rsidRPr="00E50AAE" w:rsidRDefault="00E50AAE" w:rsidP="00E50AAE">
      <w:pPr>
        <w:widowControl w:val="0"/>
        <w:autoSpaceDE w:val="0"/>
        <w:autoSpaceDN w:val="0"/>
        <w:spacing w:after="0" w:line="360" w:lineRule="exact"/>
        <w:ind w:firstLine="720"/>
        <w:jc w:val="both"/>
        <w:rPr>
          <w:rFonts w:ascii="Times New Roman" w:eastAsia="Times New Roman" w:hAnsi="Times New Roman" w:cs="Times New Roman"/>
          <w:sz w:val="28"/>
          <w:szCs w:val="28"/>
        </w:rPr>
      </w:pPr>
      <w:r w:rsidRPr="00E50AAE">
        <w:rPr>
          <w:rFonts w:ascii="Times New Roman" w:eastAsia="Times New Roman" w:hAnsi="Times New Roman" w:cs="Times New Roman"/>
          <w:sz w:val="28"/>
          <w:szCs w:val="28"/>
          <w:lang w:val="vi"/>
        </w:rPr>
        <w:t xml:space="preserve"> - Trạm Y tế xã và các cơ quan, đơn vị quản lý cơ sở dữ liệu thực hiện sao lưu dữ liệu tại thời điểm bắt đầu Chiến dịch để làm căn cứ đối chiếu trước và sau khi thực hiện.</w:t>
      </w:r>
    </w:p>
    <w:p w:rsidR="00E50AAE" w:rsidRPr="00E50AAE" w:rsidRDefault="00E50AAE" w:rsidP="00E50AAE">
      <w:pPr>
        <w:widowControl w:val="0"/>
        <w:autoSpaceDE w:val="0"/>
        <w:autoSpaceDN w:val="0"/>
        <w:spacing w:after="0" w:line="360" w:lineRule="exact"/>
        <w:ind w:firstLine="720"/>
        <w:jc w:val="both"/>
        <w:rPr>
          <w:rFonts w:ascii="Times New Roman" w:eastAsia="Times New Roman" w:hAnsi="Times New Roman" w:cs="Times New Roman"/>
          <w:sz w:val="28"/>
          <w:szCs w:val="28"/>
        </w:rPr>
      </w:pPr>
      <w:r w:rsidRPr="00E50AAE">
        <w:rPr>
          <w:rFonts w:ascii="Times New Roman" w:eastAsia="Times New Roman" w:hAnsi="Times New Roman" w:cs="Times New Roman"/>
          <w:sz w:val="28"/>
          <w:szCs w:val="28"/>
          <w:lang w:val="vi"/>
        </w:rPr>
        <w:t xml:space="preserve"> - Tiếp nhận danh sách dữ liệu cần rà soát, xác minh từ Sở Y tế hoặc cơ quan chuyên môn cấp trên; phân loại và chuyển đến các cơ quan, đơn vị liên quan xử lý theo chức năng, nhiệm vụ. </w:t>
      </w:r>
    </w:p>
    <w:p w:rsidR="00E50AAE" w:rsidRDefault="00E50AAE" w:rsidP="00E50AAE">
      <w:pPr>
        <w:widowControl w:val="0"/>
        <w:autoSpaceDE w:val="0"/>
        <w:autoSpaceDN w:val="0"/>
        <w:spacing w:after="0" w:line="360" w:lineRule="exact"/>
        <w:ind w:firstLine="720"/>
        <w:jc w:val="both"/>
        <w:rPr>
          <w:rFonts w:ascii="Times New Roman" w:eastAsia="Times New Roman" w:hAnsi="Times New Roman" w:cs="Times New Roman"/>
          <w:sz w:val="28"/>
          <w:szCs w:val="28"/>
        </w:rPr>
      </w:pPr>
      <w:r w:rsidRPr="00E50AAE">
        <w:rPr>
          <w:rFonts w:ascii="Times New Roman" w:eastAsia="Times New Roman" w:hAnsi="Times New Roman" w:cs="Times New Roman"/>
          <w:sz w:val="28"/>
          <w:szCs w:val="28"/>
          <w:lang w:val="vi"/>
        </w:rPr>
        <w:t>- Mọi thao tác cập nhật, chỉnh sửa, bổ sung, gộp, tách hoặc xóa dữ liệu phải được ghi nhận, lưu vết theo quy định.</w:t>
      </w:r>
      <w:r w:rsidR="00764A51">
        <w:rPr>
          <w:rFonts w:ascii="Times New Roman" w:eastAsia="Times New Roman" w:hAnsi="Times New Roman" w:cs="Times New Roman"/>
          <w:sz w:val="28"/>
          <w:szCs w:val="28"/>
        </w:rPr>
        <w:t xml:space="preserve"> </w:t>
      </w:r>
    </w:p>
    <w:p w:rsidR="00764A51" w:rsidRDefault="00764A51" w:rsidP="00E50AAE">
      <w:pPr>
        <w:widowControl w:val="0"/>
        <w:autoSpaceDE w:val="0"/>
        <w:autoSpaceDN w:val="0"/>
        <w:spacing w:after="0" w:line="360" w:lineRule="exact"/>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Bước 2. Rà soát, đánh giá chất lượng dữ liệu</w:t>
      </w:r>
    </w:p>
    <w:p w:rsidR="00764A51" w:rsidRDefault="00764A51" w:rsidP="00E50AAE">
      <w:pPr>
        <w:widowControl w:val="0"/>
        <w:autoSpaceDE w:val="0"/>
        <w:autoSpaceDN w:val="0"/>
        <w:spacing w:after="0" w:line="360" w:lineRule="exact"/>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Các cơ quan, đơn vị thực hiện rà soát, đánh giá dữ liệu theo nhóm lõi sau:</w:t>
      </w:r>
    </w:p>
    <w:p w:rsidR="00764A51" w:rsidRPr="00764A51" w:rsidRDefault="00764A51" w:rsidP="00764A51">
      <w:pPr>
        <w:widowControl w:val="0"/>
        <w:autoSpaceDE w:val="0"/>
        <w:autoSpaceDN w:val="0"/>
        <w:spacing w:after="0" w:line="360" w:lineRule="exact"/>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Thiếu trường thông tin bắt buộc</w:t>
      </w:r>
      <w:r w:rsidR="006A459F">
        <w:rPr>
          <w:rFonts w:ascii="Times New Roman" w:eastAsia="Times New Roman" w:hAnsi="Times New Roman" w:cs="Times New Roman"/>
          <w:sz w:val="28"/>
          <w:szCs w:val="28"/>
        </w:rPr>
        <w:t xml:space="preserve"> </w:t>
      </w:r>
      <w:r w:rsidR="006A459F" w:rsidRPr="006A459F">
        <w:rPr>
          <w:rFonts w:ascii="Times New Roman" w:eastAsia="Times New Roman" w:hAnsi="Times New Roman" w:cs="Times New Roman"/>
          <w:i/>
          <w:sz w:val="28"/>
          <w:szCs w:val="28"/>
        </w:rPr>
        <w:t>(</w:t>
      </w:r>
      <w:r w:rsidR="006A459F" w:rsidRPr="006A459F">
        <w:rPr>
          <w:rFonts w:ascii="Times New Roman" w:hAnsi="Times New Roman" w:cs="Times New Roman"/>
          <w:i/>
          <w:sz w:val="28"/>
          <w:szCs w:val="28"/>
        </w:rPr>
        <w:t>Là tên của cột dữ liệu, ví dụ như cột "Họ và tên")</w:t>
      </w:r>
      <w:r w:rsidRPr="006A459F">
        <w:rPr>
          <w:rFonts w:ascii="Times New Roman" w:eastAsia="Times New Roman" w:hAnsi="Times New Roman" w:cs="Times New Roman"/>
          <w:i/>
          <w:sz w:val="28"/>
          <w:szCs w:val="28"/>
        </w:rPr>
        <w:t>.</w:t>
      </w:r>
    </w:p>
    <w:p w:rsidR="00E50AAE" w:rsidRPr="00E50AAE" w:rsidRDefault="00E50AAE" w:rsidP="00E50AAE">
      <w:pPr>
        <w:widowControl w:val="0"/>
        <w:autoSpaceDE w:val="0"/>
        <w:autoSpaceDN w:val="0"/>
        <w:spacing w:after="0" w:line="360" w:lineRule="exact"/>
        <w:ind w:firstLine="720"/>
        <w:jc w:val="both"/>
        <w:rPr>
          <w:rFonts w:ascii="Times New Roman" w:eastAsia="Times New Roman" w:hAnsi="Times New Roman" w:cs="Times New Roman"/>
          <w:sz w:val="28"/>
          <w:szCs w:val="28"/>
        </w:rPr>
      </w:pPr>
      <w:r w:rsidRPr="00E50AAE">
        <w:rPr>
          <w:rFonts w:ascii="Times New Roman" w:eastAsia="Times New Roman" w:hAnsi="Times New Roman" w:cs="Times New Roman"/>
          <w:sz w:val="28"/>
          <w:szCs w:val="28"/>
          <w:lang w:val="vi"/>
        </w:rPr>
        <w:t>- Sai định dạng hoặc sai quy chuẩn dữ liệu.</w:t>
      </w:r>
    </w:p>
    <w:p w:rsidR="00E50AAE" w:rsidRPr="00E50AAE" w:rsidRDefault="00E50AAE" w:rsidP="00E50AAE">
      <w:pPr>
        <w:widowControl w:val="0"/>
        <w:autoSpaceDE w:val="0"/>
        <w:autoSpaceDN w:val="0"/>
        <w:spacing w:after="0" w:line="360" w:lineRule="exact"/>
        <w:ind w:firstLine="720"/>
        <w:jc w:val="both"/>
        <w:rPr>
          <w:rFonts w:ascii="Times New Roman" w:eastAsia="Times New Roman" w:hAnsi="Times New Roman" w:cs="Times New Roman"/>
          <w:sz w:val="28"/>
          <w:szCs w:val="28"/>
        </w:rPr>
      </w:pPr>
      <w:r w:rsidRPr="00E50AAE">
        <w:rPr>
          <w:rFonts w:ascii="Times New Roman" w:eastAsia="Times New Roman" w:hAnsi="Times New Roman" w:cs="Times New Roman"/>
          <w:sz w:val="28"/>
          <w:szCs w:val="28"/>
          <w:lang w:val="vi"/>
        </w:rPr>
        <w:t xml:space="preserve"> - Sai logic nghiệp vụ. </w:t>
      </w:r>
    </w:p>
    <w:p w:rsidR="00E50AAE" w:rsidRDefault="00E50AAE" w:rsidP="00E50AAE">
      <w:pPr>
        <w:widowControl w:val="0"/>
        <w:autoSpaceDE w:val="0"/>
        <w:autoSpaceDN w:val="0"/>
        <w:spacing w:after="0" w:line="360" w:lineRule="exact"/>
        <w:ind w:firstLine="720"/>
        <w:jc w:val="both"/>
        <w:rPr>
          <w:rFonts w:ascii="Times New Roman" w:eastAsia="Times New Roman" w:hAnsi="Times New Roman" w:cs="Times New Roman"/>
          <w:sz w:val="28"/>
          <w:szCs w:val="28"/>
          <w:lang w:val="vi"/>
        </w:rPr>
      </w:pPr>
      <w:r w:rsidRPr="00E50AAE">
        <w:rPr>
          <w:rFonts w:ascii="Times New Roman" w:eastAsia="Times New Roman" w:hAnsi="Times New Roman" w:cs="Times New Roman"/>
          <w:sz w:val="28"/>
          <w:szCs w:val="28"/>
          <w:lang w:val="vi"/>
        </w:rPr>
        <w:t>- Dữ liệu trùng lặp hoặc nghi trùng.</w:t>
      </w:r>
    </w:p>
    <w:p w:rsidR="00764A51" w:rsidRPr="00E50AAE" w:rsidRDefault="00764A51" w:rsidP="00E50AAE">
      <w:pPr>
        <w:widowControl w:val="0"/>
        <w:autoSpaceDE w:val="0"/>
        <w:autoSpaceDN w:val="0"/>
        <w:spacing w:after="0" w:line="360" w:lineRule="exact"/>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Dữ liệu không còn phù hợp với thực tế hặc không đúng trạng thái hiện thực.</w:t>
      </w:r>
    </w:p>
    <w:p w:rsidR="00E50AAE" w:rsidRPr="00E50AAE" w:rsidRDefault="00E50AAE" w:rsidP="00E50AAE">
      <w:pPr>
        <w:widowControl w:val="0"/>
        <w:autoSpaceDE w:val="0"/>
        <w:autoSpaceDN w:val="0"/>
        <w:spacing w:after="0" w:line="360" w:lineRule="exact"/>
        <w:ind w:firstLine="720"/>
        <w:jc w:val="both"/>
        <w:rPr>
          <w:rFonts w:ascii="Times New Roman" w:eastAsia="Times New Roman" w:hAnsi="Times New Roman" w:cs="Times New Roman"/>
          <w:sz w:val="28"/>
          <w:szCs w:val="28"/>
        </w:rPr>
      </w:pPr>
      <w:r w:rsidRPr="00E50AAE">
        <w:rPr>
          <w:rFonts w:ascii="Times New Roman" w:eastAsia="Times New Roman" w:hAnsi="Times New Roman" w:cs="Times New Roman"/>
          <w:sz w:val="28"/>
          <w:szCs w:val="28"/>
          <w:lang w:val="vi"/>
        </w:rPr>
        <w:t xml:space="preserve">- Sai danh mục dùng chung, sai địa giới hành chính hoặc sai mã đơn vị. </w:t>
      </w:r>
    </w:p>
    <w:p w:rsidR="00E50AAE" w:rsidRPr="00E50AAE" w:rsidRDefault="00E50AAE" w:rsidP="00E50AAE">
      <w:pPr>
        <w:widowControl w:val="0"/>
        <w:autoSpaceDE w:val="0"/>
        <w:autoSpaceDN w:val="0"/>
        <w:spacing w:after="0" w:line="360" w:lineRule="exact"/>
        <w:ind w:firstLine="720"/>
        <w:jc w:val="both"/>
        <w:rPr>
          <w:rFonts w:ascii="Times New Roman" w:eastAsia="Times New Roman" w:hAnsi="Times New Roman" w:cs="Times New Roman"/>
          <w:b/>
          <w:bCs/>
          <w:sz w:val="28"/>
          <w:szCs w:val="28"/>
        </w:rPr>
      </w:pPr>
      <w:r w:rsidRPr="00E50AAE">
        <w:rPr>
          <w:rFonts w:ascii="Times New Roman" w:eastAsia="Times New Roman" w:hAnsi="Times New Roman" w:cs="Times New Roman"/>
          <w:b/>
          <w:bCs/>
          <w:sz w:val="28"/>
          <w:szCs w:val="28"/>
          <w:lang w:val="vi"/>
        </w:rPr>
        <w:t>Bước 3. Chuẩn hóa dữ liệu</w:t>
      </w:r>
    </w:p>
    <w:p w:rsidR="00E50AAE" w:rsidRPr="00E50AAE" w:rsidRDefault="00E50AAE" w:rsidP="00E50AAE">
      <w:pPr>
        <w:widowControl w:val="0"/>
        <w:autoSpaceDE w:val="0"/>
        <w:autoSpaceDN w:val="0"/>
        <w:spacing w:after="0" w:line="360" w:lineRule="exact"/>
        <w:ind w:firstLine="720"/>
        <w:jc w:val="both"/>
        <w:rPr>
          <w:rFonts w:ascii="Times New Roman" w:eastAsia="Times New Roman" w:hAnsi="Times New Roman" w:cs="Times New Roman"/>
          <w:sz w:val="28"/>
          <w:szCs w:val="28"/>
        </w:rPr>
      </w:pPr>
      <w:r w:rsidRPr="00E50AAE">
        <w:rPr>
          <w:rFonts w:ascii="Times New Roman" w:eastAsia="Times New Roman" w:hAnsi="Times New Roman" w:cs="Times New Roman"/>
          <w:sz w:val="28"/>
          <w:szCs w:val="28"/>
          <w:lang w:val="vi"/>
        </w:rPr>
        <w:t xml:space="preserve"> - Chuẩn hóa thông tin về họ và tên, ngày tháng năm sinh, số định danh cá nhân/Căn cước công dân, địa chỉ cư trú, số điện thoại và các trường thông tin khác theo hướng dẫn của Bộ Y tế. </w:t>
      </w:r>
    </w:p>
    <w:p w:rsidR="00E50AAE" w:rsidRPr="00E50AAE" w:rsidRDefault="00E50AAE" w:rsidP="00E50AAE">
      <w:pPr>
        <w:widowControl w:val="0"/>
        <w:autoSpaceDE w:val="0"/>
        <w:autoSpaceDN w:val="0"/>
        <w:spacing w:after="0" w:line="360" w:lineRule="exact"/>
        <w:ind w:firstLine="720"/>
        <w:jc w:val="both"/>
        <w:rPr>
          <w:rFonts w:ascii="Times New Roman" w:eastAsia="Times New Roman" w:hAnsi="Times New Roman" w:cs="Times New Roman"/>
          <w:sz w:val="28"/>
          <w:szCs w:val="28"/>
        </w:rPr>
      </w:pPr>
      <w:r w:rsidRPr="00E50AAE">
        <w:rPr>
          <w:rFonts w:ascii="Times New Roman" w:eastAsia="Times New Roman" w:hAnsi="Times New Roman" w:cs="Times New Roman"/>
          <w:sz w:val="28"/>
          <w:szCs w:val="28"/>
          <w:lang w:val="vi"/>
        </w:rPr>
        <w:t>- Chuẩn hóa danh mục địa giới hành chính, mã cơ sở y tế, mã cơ sở khám bệnh, chữa bệnh, mã cơ sở tiêm chủng, mã cơ sở trợ giúp xã hội, mã đơn vị, mã đối tượng và các danh mục dùng chung khác theo quy định.</w:t>
      </w:r>
    </w:p>
    <w:p w:rsidR="00E50AAE" w:rsidRPr="00E50AAE" w:rsidRDefault="00E50AAE" w:rsidP="00E50AAE">
      <w:pPr>
        <w:widowControl w:val="0"/>
        <w:autoSpaceDE w:val="0"/>
        <w:autoSpaceDN w:val="0"/>
        <w:spacing w:after="0" w:line="360" w:lineRule="exact"/>
        <w:ind w:firstLine="720"/>
        <w:jc w:val="both"/>
        <w:rPr>
          <w:rFonts w:ascii="Times New Roman" w:eastAsia="Times New Roman" w:hAnsi="Times New Roman" w:cs="Times New Roman"/>
          <w:b/>
          <w:bCs/>
          <w:sz w:val="28"/>
          <w:szCs w:val="28"/>
        </w:rPr>
      </w:pPr>
      <w:r w:rsidRPr="00E50AAE">
        <w:rPr>
          <w:rFonts w:ascii="Times New Roman" w:eastAsia="Times New Roman" w:hAnsi="Times New Roman" w:cs="Times New Roman"/>
          <w:sz w:val="28"/>
          <w:szCs w:val="28"/>
          <w:lang w:val="vi"/>
        </w:rPr>
        <w:t xml:space="preserve"> </w:t>
      </w:r>
      <w:r w:rsidRPr="00E50AAE">
        <w:rPr>
          <w:rFonts w:ascii="Times New Roman" w:eastAsia="Times New Roman" w:hAnsi="Times New Roman" w:cs="Times New Roman"/>
          <w:b/>
          <w:bCs/>
          <w:sz w:val="28"/>
          <w:szCs w:val="28"/>
          <w:lang w:val="vi"/>
        </w:rPr>
        <w:t xml:space="preserve">Bước 4. Xác minh và xử lý dữ liệu </w:t>
      </w:r>
    </w:p>
    <w:p w:rsidR="00E50AAE" w:rsidRPr="00E50AAE" w:rsidRDefault="00E50AAE" w:rsidP="00E50AAE">
      <w:pPr>
        <w:widowControl w:val="0"/>
        <w:autoSpaceDE w:val="0"/>
        <w:autoSpaceDN w:val="0"/>
        <w:spacing w:after="0" w:line="360" w:lineRule="exact"/>
        <w:ind w:firstLine="720"/>
        <w:jc w:val="both"/>
        <w:rPr>
          <w:rFonts w:ascii="Times New Roman" w:eastAsia="Times New Roman" w:hAnsi="Times New Roman" w:cs="Times New Roman"/>
          <w:sz w:val="28"/>
          <w:szCs w:val="28"/>
        </w:rPr>
      </w:pPr>
      <w:r w:rsidRPr="00E50AAE">
        <w:rPr>
          <w:rFonts w:ascii="Times New Roman" w:eastAsia="Times New Roman" w:hAnsi="Times New Roman" w:cs="Times New Roman"/>
          <w:sz w:val="28"/>
          <w:szCs w:val="28"/>
          <w:lang w:val="vi"/>
        </w:rPr>
        <w:t>- Công an xã phối hợp xác minh thông tin định danh cá nhân và cư trú.</w:t>
      </w:r>
    </w:p>
    <w:p w:rsidR="00E50AAE" w:rsidRPr="00E50AAE" w:rsidRDefault="00E50AAE" w:rsidP="00E50AAE">
      <w:pPr>
        <w:widowControl w:val="0"/>
        <w:autoSpaceDE w:val="0"/>
        <w:autoSpaceDN w:val="0"/>
        <w:spacing w:after="0" w:line="360" w:lineRule="exact"/>
        <w:ind w:firstLine="720"/>
        <w:jc w:val="both"/>
        <w:rPr>
          <w:rFonts w:ascii="Times New Roman" w:eastAsia="Times New Roman" w:hAnsi="Times New Roman" w:cs="Times New Roman"/>
          <w:sz w:val="28"/>
          <w:szCs w:val="28"/>
        </w:rPr>
      </w:pPr>
      <w:r w:rsidRPr="00E50AAE">
        <w:rPr>
          <w:rFonts w:ascii="Times New Roman" w:eastAsia="Times New Roman" w:hAnsi="Times New Roman" w:cs="Times New Roman"/>
          <w:sz w:val="28"/>
          <w:szCs w:val="28"/>
          <w:lang w:val="vi"/>
        </w:rPr>
        <w:t xml:space="preserve"> - Văn phòng HĐND và UBND xã (công chức phụ trách lĩnh vực tư pháp - hộ tịch) phối hợp xác minh thông tin khai sinh, khai tử, thay đổi, cải chính hộ tịch.</w:t>
      </w:r>
    </w:p>
    <w:p w:rsidR="00E50AAE" w:rsidRPr="00E50AAE" w:rsidRDefault="00E50AAE" w:rsidP="00E50AAE">
      <w:pPr>
        <w:widowControl w:val="0"/>
        <w:autoSpaceDE w:val="0"/>
        <w:autoSpaceDN w:val="0"/>
        <w:spacing w:after="0" w:line="360" w:lineRule="exact"/>
        <w:ind w:firstLine="720"/>
        <w:jc w:val="both"/>
        <w:rPr>
          <w:rFonts w:ascii="Times New Roman" w:eastAsia="Times New Roman" w:hAnsi="Times New Roman" w:cs="Times New Roman"/>
          <w:sz w:val="28"/>
          <w:szCs w:val="28"/>
        </w:rPr>
      </w:pPr>
      <w:r w:rsidRPr="00E50AAE">
        <w:rPr>
          <w:rFonts w:ascii="Times New Roman" w:eastAsia="Times New Roman" w:hAnsi="Times New Roman" w:cs="Times New Roman"/>
          <w:sz w:val="28"/>
          <w:szCs w:val="28"/>
          <w:lang w:val="vi"/>
        </w:rPr>
        <w:t xml:space="preserve"> - Phòng Văn hóa - Xã hội rà soát, xác minh thông tin đối tượng bảo trợ xã hội, người khuyết tật, người làm công tác xã hội và trẻ em. </w:t>
      </w:r>
    </w:p>
    <w:p w:rsidR="00E50AAE" w:rsidRPr="00E50AAE" w:rsidRDefault="00E50AAE" w:rsidP="00E50AAE">
      <w:pPr>
        <w:widowControl w:val="0"/>
        <w:autoSpaceDE w:val="0"/>
        <w:autoSpaceDN w:val="0"/>
        <w:spacing w:after="0" w:line="360" w:lineRule="exact"/>
        <w:ind w:firstLine="720"/>
        <w:jc w:val="both"/>
        <w:rPr>
          <w:rFonts w:ascii="Times New Roman" w:eastAsia="Times New Roman" w:hAnsi="Times New Roman" w:cs="Times New Roman"/>
          <w:sz w:val="28"/>
          <w:szCs w:val="28"/>
        </w:rPr>
      </w:pPr>
      <w:r w:rsidRPr="00E50AAE">
        <w:rPr>
          <w:rFonts w:ascii="Times New Roman" w:eastAsia="Times New Roman" w:hAnsi="Times New Roman" w:cs="Times New Roman"/>
          <w:sz w:val="28"/>
          <w:szCs w:val="28"/>
          <w:lang w:val="vi"/>
        </w:rPr>
        <w:t xml:space="preserve">- Trạm Y tế xã xác minh, cập nhật dữ liệu chuyên ngành y tế. </w:t>
      </w:r>
    </w:p>
    <w:p w:rsidR="00E50AAE" w:rsidRPr="00E50AAE" w:rsidRDefault="00E50AAE" w:rsidP="00E50AAE">
      <w:pPr>
        <w:widowControl w:val="0"/>
        <w:autoSpaceDE w:val="0"/>
        <w:autoSpaceDN w:val="0"/>
        <w:spacing w:after="0" w:line="360" w:lineRule="exact"/>
        <w:ind w:firstLine="720"/>
        <w:jc w:val="both"/>
        <w:rPr>
          <w:rFonts w:ascii="Times New Roman" w:eastAsia="Times New Roman" w:hAnsi="Times New Roman" w:cs="Times New Roman"/>
          <w:sz w:val="28"/>
          <w:szCs w:val="28"/>
        </w:rPr>
      </w:pPr>
      <w:r w:rsidRPr="00E50AAE">
        <w:rPr>
          <w:rFonts w:ascii="Times New Roman" w:eastAsia="Times New Roman" w:hAnsi="Times New Roman" w:cs="Times New Roman"/>
          <w:sz w:val="28"/>
          <w:szCs w:val="28"/>
          <w:lang w:val="vi"/>
        </w:rPr>
        <w:lastRenderedPageBreak/>
        <w:t>- Các cơ sở thôn, cộng tác viên dân số, y tế và trẻ em phối hợp xác minh thực tế tại địa bàn đối với các trường hợp còn thiếu hoặc chưa thống nhất thông tin</w:t>
      </w:r>
    </w:p>
    <w:p w:rsidR="00E50AAE" w:rsidRPr="00E50AAE" w:rsidRDefault="00E50AAE" w:rsidP="00E50AAE">
      <w:pPr>
        <w:widowControl w:val="0"/>
        <w:autoSpaceDE w:val="0"/>
        <w:autoSpaceDN w:val="0"/>
        <w:spacing w:after="0" w:line="360" w:lineRule="exact"/>
        <w:ind w:firstLine="720"/>
        <w:jc w:val="both"/>
        <w:rPr>
          <w:rFonts w:ascii="Times New Roman" w:eastAsia="Times New Roman" w:hAnsi="Times New Roman" w:cs="Times New Roman"/>
          <w:b/>
          <w:bCs/>
          <w:sz w:val="28"/>
          <w:szCs w:val="28"/>
        </w:rPr>
      </w:pPr>
      <w:r w:rsidRPr="00E50AAE">
        <w:rPr>
          <w:rFonts w:ascii="Times New Roman" w:eastAsia="Times New Roman" w:hAnsi="Times New Roman" w:cs="Times New Roman"/>
          <w:b/>
          <w:bCs/>
          <w:sz w:val="28"/>
          <w:szCs w:val="28"/>
          <w:lang w:val="vi"/>
        </w:rPr>
        <w:t xml:space="preserve"> Bước 5. Cập nhật, làm giàu dữ liệu </w:t>
      </w:r>
    </w:p>
    <w:p w:rsidR="00E50AAE" w:rsidRPr="00E50AAE" w:rsidRDefault="00E50AAE" w:rsidP="00E50AAE">
      <w:pPr>
        <w:widowControl w:val="0"/>
        <w:autoSpaceDE w:val="0"/>
        <w:autoSpaceDN w:val="0"/>
        <w:spacing w:after="0" w:line="360" w:lineRule="exact"/>
        <w:ind w:firstLine="720"/>
        <w:jc w:val="both"/>
        <w:rPr>
          <w:rFonts w:ascii="Times New Roman" w:eastAsia="Times New Roman" w:hAnsi="Times New Roman" w:cs="Times New Roman"/>
          <w:sz w:val="28"/>
          <w:szCs w:val="28"/>
        </w:rPr>
      </w:pPr>
      <w:r w:rsidRPr="00E50AAE">
        <w:rPr>
          <w:rFonts w:ascii="Times New Roman" w:eastAsia="Times New Roman" w:hAnsi="Times New Roman" w:cs="Times New Roman"/>
          <w:sz w:val="28"/>
          <w:szCs w:val="28"/>
          <w:lang w:val="vi"/>
        </w:rPr>
        <w:t xml:space="preserve">- Cập nhật đầy đủ các thông tin đã được xác minh vào các hệ thống cơ sở dữ liệu chuyên ngành theo hướng dẫn của Bộ Y tế và Sở Y tế. </w:t>
      </w:r>
    </w:p>
    <w:p w:rsidR="00E50AAE" w:rsidRPr="00E50AAE" w:rsidRDefault="00E50AAE" w:rsidP="00E50AAE">
      <w:pPr>
        <w:widowControl w:val="0"/>
        <w:autoSpaceDE w:val="0"/>
        <w:autoSpaceDN w:val="0"/>
        <w:spacing w:after="0" w:line="360" w:lineRule="exact"/>
        <w:ind w:firstLine="720"/>
        <w:jc w:val="both"/>
        <w:rPr>
          <w:rFonts w:ascii="Times New Roman" w:eastAsia="Times New Roman" w:hAnsi="Times New Roman" w:cs="Times New Roman"/>
          <w:sz w:val="28"/>
          <w:szCs w:val="28"/>
        </w:rPr>
      </w:pPr>
      <w:r w:rsidRPr="00E50AAE">
        <w:rPr>
          <w:rFonts w:ascii="Times New Roman" w:eastAsia="Times New Roman" w:hAnsi="Times New Roman" w:cs="Times New Roman"/>
          <w:sz w:val="28"/>
          <w:szCs w:val="28"/>
          <w:lang w:val="vi"/>
        </w:rPr>
        <w:t>- Thực hiện bổ sung các thông tin còn thiếu từ hồ sơ quản lý, hồ sơ chuyên môn, kết quả xác minh thực tế và các cơ sở dữ liệu được phép khai thác theo quy định.</w:t>
      </w:r>
    </w:p>
    <w:p w:rsidR="00E50AAE" w:rsidRPr="00E50AAE" w:rsidRDefault="00E50AAE" w:rsidP="00E50AAE">
      <w:pPr>
        <w:widowControl w:val="0"/>
        <w:autoSpaceDE w:val="0"/>
        <w:autoSpaceDN w:val="0"/>
        <w:spacing w:after="0" w:line="360" w:lineRule="exact"/>
        <w:ind w:firstLine="720"/>
        <w:jc w:val="both"/>
        <w:rPr>
          <w:rFonts w:ascii="Times New Roman" w:eastAsia="Times New Roman" w:hAnsi="Times New Roman" w:cs="Times New Roman"/>
          <w:sz w:val="28"/>
          <w:szCs w:val="28"/>
        </w:rPr>
      </w:pPr>
      <w:r w:rsidRPr="00E50AAE">
        <w:rPr>
          <w:rFonts w:ascii="Times New Roman" w:eastAsia="Times New Roman" w:hAnsi="Times New Roman" w:cs="Times New Roman"/>
          <w:sz w:val="28"/>
          <w:szCs w:val="28"/>
          <w:lang w:val="vi"/>
        </w:rPr>
        <w:t xml:space="preserve"> - Bảo đảm dữ liệu đáp ứng các tiêu chí Đúng, Đủ, Sạch, Sống, Thống nhất, Dùng chung, Thông suốt và Đồng bộ.</w:t>
      </w:r>
    </w:p>
    <w:p w:rsidR="00E50AAE" w:rsidRPr="00E50AAE" w:rsidRDefault="00E50AAE" w:rsidP="00E50AAE">
      <w:pPr>
        <w:widowControl w:val="0"/>
        <w:autoSpaceDE w:val="0"/>
        <w:autoSpaceDN w:val="0"/>
        <w:spacing w:after="0" w:line="360" w:lineRule="exact"/>
        <w:ind w:firstLine="720"/>
        <w:jc w:val="both"/>
        <w:rPr>
          <w:rFonts w:ascii="Times New Roman" w:eastAsia="Times New Roman" w:hAnsi="Times New Roman" w:cs="Times New Roman"/>
          <w:b/>
          <w:bCs/>
          <w:sz w:val="28"/>
          <w:szCs w:val="28"/>
        </w:rPr>
      </w:pPr>
      <w:r w:rsidRPr="00E50AAE">
        <w:rPr>
          <w:rFonts w:ascii="Times New Roman" w:eastAsia="Times New Roman" w:hAnsi="Times New Roman" w:cs="Times New Roman"/>
          <w:b/>
          <w:bCs/>
          <w:sz w:val="28"/>
          <w:szCs w:val="28"/>
          <w:lang w:val="vi"/>
        </w:rPr>
        <w:t xml:space="preserve"> Bước 6. Kiểm tra, đối soát và phúc tra</w:t>
      </w:r>
    </w:p>
    <w:p w:rsidR="00E50AAE" w:rsidRPr="00E50AAE" w:rsidRDefault="00E50AAE" w:rsidP="00E50AAE">
      <w:pPr>
        <w:widowControl w:val="0"/>
        <w:autoSpaceDE w:val="0"/>
        <w:autoSpaceDN w:val="0"/>
        <w:spacing w:after="0" w:line="360" w:lineRule="exact"/>
        <w:ind w:firstLine="720"/>
        <w:jc w:val="both"/>
        <w:rPr>
          <w:rFonts w:ascii="Times New Roman" w:eastAsia="Times New Roman" w:hAnsi="Times New Roman" w:cs="Times New Roman"/>
          <w:sz w:val="28"/>
          <w:szCs w:val="28"/>
        </w:rPr>
      </w:pPr>
      <w:r w:rsidRPr="00E50AAE">
        <w:rPr>
          <w:rFonts w:ascii="Times New Roman" w:eastAsia="Times New Roman" w:hAnsi="Times New Roman" w:cs="Times New Roman"/>
          <w:sz w:val="28"/>
          <w:szCs w:val="28"/>
          <w:lang w:val="vi"/>
        </w:rPr>
        <w:t xml:space="preserve"> - Trạm Y tế xã chủ trì phối hợp với các cơ quan, đơn vị liên quan kiểm tra kết quả cập nhật dữ liệu; đối soát với danh sách ban đầu và các hệ thống có liên quan.</w:t>
      </w:r>
    </w:p>
    <w:p w:rsidR="00E50AAE" w:rsidRPr="00E50AAE" w:rsidRDefault="00E50AAE" w:rsidP="00E50AAE">
      <w:pPr>
        <w:widowControl w:val="0"/>
        <w:autoSpaceDE w:val="0"/>
        <w:autoSpaceDN w:val="0"/>
        <w:spacing w:after="0" w:line="360" w:lineRule="exact"/>
        <w:ind w:firstLine="720"/>
        <w:jc w:val="both"/>
        <w:rPr>
          <w:rFonts w:ascii="Times New Roman" w:eastAsia="Times New Roman" w:hAnsi="Times New Roman" w:cs="Times New Roman"/>
          <w:sz w:val="28"/>
          <w:szCs w:val="28"/>
        </w:rPr>
      </w:pPr>
      <w:r w:rsidRPr="00E50AAE">
        <w:rPr>
          <w:rFonts w:ascii="Times New Roman" w:eastAsia="Times New Roman" w:hAnsi="Times New Roman" w:cs="Times New Roman"/>
          <w:sz w:val="28"/>
          <w:szCs w:val="28"/>
          <w:lang w:val="vi"/>
        </w:rPr>
        <w:t xml:space="preserve"> - Tổ chức phúc tra đối với các trường hợp có tỷ lệ sai sót cao hoặc còn có ý kiến khác nhau; kịp thời chỉnh sửa, hoàn thiện trước khi báo cáo kết quả. </w:t>
      </w:r>
    </w:p>
    <w:p w:rsidR="00E50AAE" w:rsidRPr="00E50AAE" w:rsidRDefault="00E50AAE" w:rsidP="00E50AAE">
      <w:pPr>
        <w:widowControl w:val="0"/>
        <w:autoSpaceDE w:val="0"/>
        <w:autoSpaceDN w:val="0"/>
        <w:spacing w:after="0" w:line="360" w:lineRule="exact"/>
        <w:ind w:firstLine="720"/>
        <w:jc w:val="both"/>
        <w:rPr>
          <w:rFonts w:ascii="Times New Roman" w:eastAsia="Times New Roman" w:hAnsi="Times New Roman" w:cs="Times New Roman"/>
          <w:b/>
          <w:bCs/>
          <w:sz w:val="28"/>
          <w:szCs w:val="28"/>
        </w:rPr>
      </w:pPr>
      <w:r w:rsidRPr="00E50AAE">
        <w:rPr>
          <w:rFonts w:ascii="Times New Roman" w:eastAsia="Times New Roman" w:hAnsi="Times New Roman" w:cs="Times New Roman"/>
          <w:b/>
          <w:bCs/>
          <w:sz w:val="28"/>
          <w:szCs w:val="28"/>
          <w:lang w:val="vi"/>
        </w:rPr>
        <w:t xml:space="preserve">Bước 7. Duy trì, cập nhật dữ liệu thường xuyên </w:t>
      </w:r>
    </w:p>
    <w:p w:rsidR="00E50AAE" w:rsidRPr="00E50AAE" w:rsidRDefault="00E50AAE" w:rsidP="00E50AAE">
      <w:pPr>
        <w:widowControl w:val="0"/>
        <w:autoSpaceDE w:val="0"/>
        <w:autoSpaceDN w:val="0"/>
        <w:spacing w:after="0" w:line="360" w:lineRule="exact"/>
        <w:ind w:firstLine="720"/>
        <w:jc w:val="both"/>
        <w:rPr>
          <w:rFonts w:ascii="Times New Roman" w:eastAsia="Times New Roman" w:hAnsi="Times New Roman" w:cs="Times New Roman"/>
          <w:sz w:val="28"/>
          <w:szCs w:val="28"/>
        </w:rPr>
      </w:pPr>
      <w:r w:rsidRPr="00E50AAE">
        <w:rPr>
          <w:rFonts w:ascii="Times New Roman" w:eastAsia="Times New Roman" w:hAnsi="Times New Roman" w:cs="Times New Roman"/>
          <w:sz w:val="28"/>
          <w:szCs w:val="28"/>
          <w:lang w:val="vi"/>
        </w:rPr>
        <w:t>- Sau khi kết thúc Chiến dịch, các cơ quan, đơn vị tiếp tục thực hiện việc cập nhật, quản trị và làm sạch dữ liệu định kỳ; kịp thời cập nhật các biến động phát sinh theo chức năng, nhiệm vụ.</w:t>
      </w:r>
    </w:p>
    <w:p w:rsidR="00E50AAE" w:rsidRPr="00A74303" w:rsidRDefault="00E50AAE" w:rsidP="00A74303">
      <w:pPr>
        <w:widowControl w:val="0"/>
        <w:autoSpaceDE w:val="0"/>
        <w:autoSpaceDN w:val="0"/>
        <w:spacing w:after="0" w:line="360" w:lineRule="exact"/>
        <w:ind w:firstLine="720"/>
        <w:jc w:val="both"/>
        <w:rPr>
          <w:rFonts w:ascii="Times New Roman" w:eastAsia="Times New Roman" w:hAnsi="Times New Roman" w:cs="Times New Roman"/>
          <w:sz w:val="28"/>
          <w:szCs w:val="28"/>
        </w:rPr>
      </w:pPr>
      <w:r w:rsidRPr="00E50AAE">
        <w:rPr>
          <w:rFonts w:ascii="Times New Roman" w:eastAsia="Times New Roman" w:hAnsi="Times New Roman" w:cs="Times New Roman"/>
          <w:sz w:val="28"/>
          <w:szCs w:val="28"/>
          <w:lang w:val="vi"/>
        </w:rPr>
        <w:t xml:space="preserve"> - Người đứng đầu các cơ quan, đơn vị chịu trách nhiệm duy trì chất lượng dữ liệu thuộc phạm vi quản lý; bảo đảm dữ liệu luôn chính xác, đầy đủ, thống nhất và phục vụ hiệu quả công tác quản lý nhà nước, cải cách hành chính và chuyển đổi số trên địa bàn xã. </w:t>
      </w:r>
    </w:p>
    <w:p w:rsidR="00E50AAE" w:rsidRPr="00E50AAE" w:rsidRDefault="00144C44" w:rsidP="00E50AAE">
      <w:pPr>
        <w:widowControl w:val="0"/>
        <w:autoSpaceDE w:val="0"/>
        <w:autoSpaceDN w:val="0"/>
        <w:spacing w:after="0" w:line="360" w:lineRule="exact"/>
        <w:ind w:firstLine="720"/>
        <w:jc w:val="both"/>
        <w:rPr>
          <w:rFonts w:ascii="Times New Roman" w:eastAsia="Times New Roman" w:hAnsi="Times New Roman" w:cs="Times New Roman"/>
          <w:b/>
          <w:bCs/>
          <w:i/>
          <w:sz w:val="28"/>
          <w:szCs w:val="28"/>
        </w:rPr>
      </w:pPr>
      <w:r w:rsidRPr="005938C0">
        <w:rPr>
          <w:rFonts w:ascii="Times New Roman" w:eastAsia="Times New Roman" w:hAnsi="Times New Roman" w:cs="Times New Roman"/>
          <w:b/>
          <w:bCs/>
          <w:i/>
          <w:sz w:val="28"/>
          <w:szCs w:val="28"/>
        </w:rPr>
        <w:t>*</w:t>
      </w:r>
      <w:r w:rsidR="00E50AAE" w:rsidRPr="00E50AAE">
        <w:rPr>
          <w:rFonts w:ascii="Times New Roman" w:eastAsia="Times New Roman" w:hAnsi="Times New Roman" w:cs="Times New Roman"/>
          <w:b/>
          <w:bCs/>
          <w:i/>
          <w:sz w:val="28"/>
          <w:szCs w:val="28"/>
          <w:lang w:val="vi"/>
        </w:rPr>
        <w:t>Yêu cầu thực hiện:</w:t>
      </w:r>
    </w:p>
    <w:p w:rsidR="00E50AAE" w:rsidRPr="00E50AAE" w:rsidRDefault="00E50AAE" w:rsidP="00E50AAE">
      <w:pPr>
        <w:widowControl w:val="0"/>
        <w:autoSpaceDE w:val="0"/>
        <w:autoSpaceDN w:val="0"/>
        <w:spacing w:after="0" w:line="360" w:lineRule="exact"/>
        <w:ind w:firstLine="720"/>
        <w:jc w:val="both"/>
        <w:rPr>
          <w:rFonts w:ascii="Times New Roman" w:eastAsia="Times New Roman" w:hAnsi="Times New Roman" w:cs="Times New Roman"/>
          <w:sz w:val="28"/>
          <w:szCs w:val="28"/>
        </w:rPr>
      </w:pPr>
      <w:r w:rsidRPr="00E50AAE">
        <w:rPr>
          <w:rFonts w:ascii="Times New Roman" w:eastAsia="Times New Roman" w:hAnsi="Times New Roman" w:cs="Times New Roman"/>
          <w:sz w:val="28"/>
          <w:szCs w:val="28"/>
          <w:lang w:val="vi"/>
        </w:rPr>
        <w:t xml:space="preserve"> 1. Việc rà soát, làm sạch, làm giàu và chuẩn hóa dữ liệu phải bảo đảm nguyên </w:t>
      </w:r>
      <w:r w:rsidRPr="00E50AAE">
        <w:rPr>
          <w:rFonts w:ascii="Times New Roman" w:eastAsia="Times New Roman" w:hAnsi="Times New Roman" w:cs="Times New Roman"/>
          <w:b/>
          <w:bCs/>
          <w:i/>
          <w:iCs/>
          <w:sz w:val="28"/>
          <w:szCs w:val="28"/>
          <w:lang w:val="vi"/>
        </w:rPr>
        <w:t>tắc "Đúng, đủ, sạch, sống, thống nhất, dùng chung, thông suốt và đồng bộ"</w:t>
      </w:r>
      <w:r w:rsidRPr="00E50AAE">
        <w:rPr>
          <w:rFonts w:ascii="Times New Roman" w:eastAsia="Times New Roman" w:hAnsi="Times New Roman" w:cs="Times New Roman"/>
          <w:sz w:val="28"/>
          <w:szCs w:val="28"/>
          <w:lang w:val="vi"/>
        </w:rPr>
        <w:t xml:space="preserve"> theo hướng dẫn của Bộ Y tế và Sở Y tế. </w:t>
      </w:r>
    </w:p>
    <w:p w:rsidR="00E50AAE" w:rsidRPr="00E50AAE" w:rsidRDefault="00E50AAE" w:rsidP="00E50AAE">
      <w:pPr>
        <w:widowControl w:val="0"/>
        <w:autoSpaceDE w:val="0"/>
        <w:autoSpaceDN w:val="0"/>
        <w:spacing w:after="0" w:line="360" w:lineRule="exact"/>
        <w:ind w:firstLine="720"/>
        <w:jc w:val="both"/>
        <w:rPr>
          <w:rFonts w:ascii="Times New Roman" w:eastAsia="Times New Roman" w:hAnsi="Times New Roman" w:cs="Times New Roman"/>
          <w:sz w:val="28"/>
          <w:szCs w:val="28"/>
        </w:rPr>
      </w:pPr>
      <w:r w:rsidRPr="00E50AAE">
        <w:rPr>
          <w:rFonts w:ascii="Times New Roman" w:eastAsia="Times New Roman" w:hAnsi="Times New Roman" w:cs="Times New Roman"/>
          <w:sz w:val="28"/>
          <w:szCs w:val="28"/>
          <w:lang w:val="vi"/>
        </w:rPr>
        <w:t>2. Các cơ quan, đơn vị được giao chủ trì chịu trách nhiệm về tính đầy đủ, chính xác của dữ liệu thuộc phạm vi quản lý; chủ động phối hợp với các cơ quan, đơn vị liên quan trong quá trình rà soát, xác minh và cập nhật dữ liệu.</w:t>
      </w:r>
    </w:p>
    <w:p w:rsidR="00E50AAE" w:rsidRPr="00E50AAE" w:rsidRDefault="00E50AAE" w:rsidP="00E50AAE">
      <w:pPr>
        <w:widowControl w:val="0"/>
        <w:autoSpaceDE w:val="0"/>
        <w:autoSpaceDN w:val="0"/>
        <w:spacing w:after="0" w:line="360" w:lineRule="exact"/>
        <w:ind w:firstLine="720"/>
        <w:jc w:val="both"/>
        <w:rPr>
          <w:rFonts w:ascii="Times New Roman" w:eastAsia="Times New Roman" w:hAnsi="Times New Roman" w:cs="Times New Roman"/>
          <w:sz w:val="28"/>
          <w:szCs w:val="28"/>
        </w:rPr>
      </w:pPr>
      <w:r w:rsidRPr="00E50AAE">
        <w:rPr>
          <w:rFonts w:ascii="Times New Roman" w:eastAsia="Times New Roman" w:hAnsi="Times New Roman" w:cs="Times New Roman"/>
          <w:sz w:val="28"/>
          <w:szCs w:val="28"/>
          <w:lang w:val="vi"/>
        </w:rPr>
        <w:t xml:space="preserve"> 3. Trường hợp phát sinh khó khăn, vướng mắc hoặc vượt thẩm quyền, kịp thời báo cáo UBND xã </w:t>
      </w:r>
      <w:r w:rsidRPr="00E50AAE">
        <w:rPr>
          <w:rFonts w:ascii="Times New Roman" w:eastAsia="Times New Roman" w:hAnsi="Times New Roman" w:cs="Times New Roman"/>
          <w:i/>
          <w:iCs/>
          <w:sz w:val="28"/>
          <w:szCs w:val="28"/>
          <w:lang w:val="vi"/>
        </w:rPr>
        <w:t>(qua Trạm Y tế xã)</w:t>
      </w:r>
      <w:r w:rsidRPr="00E50AAE">
        <w:rPr>
          <w:rFonts w:ascii="Times New Roman" w:eastAsia="Times New Roman" w:hAnsi="Times New Roman" w:cs="Times New Roman"/>
          <w:sz w:val="28"/>
          <w:szCs w:val="28"/>
          <w:lang w:val="vi"/>
        </w:rPr>
        <w:t xml:space="preserve"> để tổng hợp, báo cáo cơ quan c</w:t>
      </w:r>
      <w:r w:rsidRPr="00E50AAE">
        <w:rPr>
          <w:rFonts w:ascii="Times New Roman" w:eastAsia="Times New Roman" w:hAnsi="Times New Roman" w:cs="Times New Roman"/>
          <w:sz w:val="28"/>
          <w:szCs w:val="28"/>
        </w:rPr>
        <w:t>huyên môn cấp trên xem xét, hướng dẫn, giải quyết.</w:t>
      </w:r>
    </w:p>
    <w:p w:rsidR="003B7789" w:rsidRPr="003D3B33" w:rsidRDefault="003B7789" w:rsidP="00001ACD">
      <w:pPr>
        <w:spacing w:after="0" w:line="240" w:lineRule="auto"/>
        <w:rPr>
          <w:rFonts w:ascii="Times New Roman" w:hAnsi="Times New Roman" w:cs="Times New Roman"/>
          <w:sz w:val="28"/>
          <w:szCs w:val="28"/>
        </w:rPr>
      </w:pPr>
    </w:p>
    <w:sectPr w:rsidR="003B7789" w:rsidRPr="003D3B33" w:rsidSect="00A64EE5">
      <w:headerReference w:type="default" r:id="rId8"/>
      <w:pgSz w:w="12240" w:h="15840"/>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0087" w:rsidRDefault="002A0087" w:rsidP="00A64EE5">
      <w:pPr>
        <w:spacing w:after="0" w:line="240" w:lineRule="auto"/>
      </w:pPr>
      <w:r>
        <w:separator/>
      </w:r>
    </w:p>
  </w:endnote>
  <w:endnote w:type="continuationSeparator" w:id="0">
    <w:p w:rsidR="002A0087" w:rsidRDefault="002A0087" w:rsidP="00A64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imesNewRomanPS-Italic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0087" w:rsidRDefault="002A0087" w:rsidP="00A64EE5">
      <w:pPr>
        <w:spacing w:after="0" w:line="240" w:lineRule="auto"/>
      </w:pPr>
      <w:r>
        <w:separator/>
      </w:r>
    </w:p>
  </w:footnote>
  <w:footnote w:type="continuationSeparator" w:id="0">
    <w:p w:rsidR="002A0087" w:rsidRDefault="002A0087" w:rsidP="00A64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2515450"/>
      <w:docPartObj>
        <w:docPartGallery w:val="Page Numbers (Top of Page)"/>
        <w:docPartUnique/>
      </w:docPartObj>
    </w:sdtPr>
    <w:sdtEndPr>
      <w:rPr>
        <w:rFonts w:ascii="Times New Roman" w:hAnsi="Times New Roman" w:cs="Times New Roman"/>
        <w:noProof/>
        <w:sz w:val="28"/>
        <w:szCs w:val="28"/>
      </w:rPr>
    </w:sdtEndPr>
    <w:sdtContent>
      <w:p w:rsidR="00A64EE5" w:rsidRPr="00A64EE5" w:rsidRDefault="00A64EE5">
        <w:pPr>
          <w:pStyle w:val="Header"/>
          <w:jc w:val="center"/>
          <w:rPr>
            <w:rFonts w:ascii="Times New Roman" w:hAnsi="Times New Roman" w:cs="Times New Roman"/>
            <w:sz w:val="28"/>
            <w:szCs w:val="28"/>
          </w:rPr>
        </w:pPr>
        <w:r w:rsidRPr="00A64EE5">
          <w:rPr>
            <w:rFonts w:ascii="Times New Roman" w:hAnsi="Times New Roman" w:cs="Times New Roman"/>
            <w:sz w:val="28"/>
            <w:szCs w:val="28"/>
          </w:rPr>
          <w:fldChar w:fldCharType="begin"/>
        </w:r>
        <w:r w:rsidRPr="00A64EE5">
          <w:rPr>
            <w:rFonts w:ascii="Times New Roman" w:hAnsi="Times New Roman" w:cs="Times New Roman"/>
            <w:sz w:val="28"/>
            <w:szCs w:val="28"/>
          </w:rPr>
          <w:instrText xml:space="preserve"> PAGE   \* MERGEFORMAT </w:instrText>
        </w:r>
        <w:r w:rsidRPr="00A64EE5">
          <w:rPr>
            <w:rFonts w:ascii="Times New Roman" w:hAnsi="Times New Roman" w:cs="Times New Roman"/>
            <w:sz w:val="28"/>
            <w:szCs w:val="28"/>
          </w:rPr>
          <w:fldChar w:fldCharType="separate"/>
        </w:r>
        <w:r w:rsidR="008F1630">
          <w:rPr>
            <w:rFonts w:ascii="Times New Roman" w:hAnsi="Times New Roman" w:cs="Times New Roman"/>
            <w:noProof/>
            <w:sz w:val="28"/>
            <w:szCs w:val="28"/>
          </w:rPr>
          <w:t>6</w:t>
        </w:r>
        <w:r w:rsidRPr="00A64EE5">
          <w:rPr>
            <w:rFonts w:ascii="Times New Roman" w:hAnsi="Times New Roman" w:cs="Times New Roman"/>
            <w:noProof/>
            <w:sz w:val="28"/>
            <w:szCs w:val="28"/>
          </w:rPr>
          <w:fldChar w:fldCharType="end"/>
        </w:r>
      </w:p>
    </w:sdtContent>
  </w:sdt>
  <w:p w:rsidR="00A64EE5" w:rsidRPr="00A64EE5" w:rsidRDefault="00A64EE5">
    <w:pPr>
      <w:pStyle w:val="Header"/>
      <w:rPr>
        <w:sz w:val="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02C1F26"/>
    <w:multiLevelType w:val="multilevel"/>
    <w:tmpl w:val="7098E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1B326D0"/>
    <w:multiLevelType w:val="multilevel"/>
    <w:tmpl w:val="54022D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CA52925"/>
    <w:multiLevelType w:val="multilevel"/>
    <w:tmpl w:val="751C3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0315AC"/>
    <w:multiLevelType w:val="multilevel"/>
    <w:tmpl w:val="2682C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480A30"/>
    <w:multiLevelType w:val="multilevel"/>
    <w:tmpl w:val="FDA8A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5C0BEB"/>
    <w:multiLevelType w:val="hybridMultilevel"/>
    <w:tmpl w:val="729426A0"/>
    <w:lvl w:ilvl="0" w:tplc="4C54B14E">
      <w:start w:val="2"/>
      <w:numFmt w:val="decimal"/>
      <w:lvlText w:val="%1"/>
      <w:lvlJc w:val="left"/>
      <w:pPr>
        <w:ind w:left="1080" w:hanging="360"/>
      </w:pPr>
      <w:rPr>
        <w:rFonts w:eastAsiaTheme="minorEastAs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1ED0E14"/>
    <w:multiLevelType w:val="multilevel"/>
    <w:tmpl w:val="6B843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11"/>
  </w:num>
  <w:num w:numId="12">
    <w:abstractNumId w:val="9"/>
  </w:num>
  <w:num w:numId="13">
    <w:abstractNumId w:val="15"/>
  </w:num>
  <w:num w:numId="14">
    <w:abstractNumId w:val="12"/>
  </w:num>
  <w:num w:numId="15">
    <w:abstractNumId w:val="13"/>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01ACD"/>
    <w:rsid w:val="00034616"/>
    <w:rsid w:val="000348A2"/>
    <w:rsid w:val="0006063C"/>
    <w:rsid w:val="000732BF"/>
    <w:rsid w:val="000D7D7D"/>
    <w:rsid w:val="000F2119"/>
    <w:rsid w:val="0010213C"/>
    <w:rsid w:val="001065EF"/>
    <w:rsid w:val="00136F29"/>
    <w:rsid w:val="00144C44"/>
    <w:rsid w:val="0015074B"/>
    <w:rsid w:val="00170D88"/>
    <w:rsid w:val="0019251F"/>
    <w:rsid w:val="001B3191"/>
    <w:rsid w:val="001D2FE5"/>
    <w:rsid w:val="00217488"/>
    <w:rsid w:val="002445BE"/>
    <w:rsid w:val="002811BB"/>
    <w:rsid w:val="0029639D"/>
    <w:rsid w:val="002A0087"/>
    <w:rsid w:val="002B2A72"/>
    <w:rsid w:val="002E09E8"/>
    <w:rsid w:val="0032301A"/>
    <w:rsid w:val="00325EDE"/>
    <w:rsid w:val="00326F90"/>
    <w:rsid w:val="003522F7"/>
    <w:rsid w:val="00363029"/>
    <w:rsid w:val="003B7789"/>
    <w:rsid w:val="003D3B33"/>
    <w:rsid w:val="00400AA7"/>
    <w:rsid w:val="0040592D"/>
    <w:rsid w:val="00432E3E"/>
    <w:rsid w:val="00434F88"/>
    <w:rsid w:val="004C4664"/>
    <w:rsid w:val="004F35CC"/>
    <w:rsid w:val="005938C0"/>
    <w:rsid w:val="005E73A4"/>
    <w:rsid w:val="00612B87"/>
    <w:rsid w:val="00613E5B"/>
    <w:rsid w:val="0061606A"/>
    <w:rsid w:val="00632B63"/>
    <w:rsid w:val="00693F7F"/>
    <w:rsid w:val="00694B24"/>
    <w:rsid w:val="006A459F"/>
    <w:rsid w:val="006C4601"/>
    <w:rsid w:val="006F16CE"/>
    <w:rsid w:val="00764A51"/>
    <w:rsid w:val="007A4D9B"/>
    <w:rsid w:val="007B513E"/>
    <w:rsid w:val="00811C29"/>
    <w:rsid w:val="008131D0"/>
    <w:rsid w:val="00873928"/>
    <w:rsid w:val="008A45B6"/>
    <w:rsid w:val="008C4653"/>
    <w:rsid w:val="008C79EB"/>
    <w:rsid w:val="008E6B67"/>
    <w:rsid w:val="008F1630"/>
    <w:rsid w:val="008F523F"/>
    <w:rsid w:val="008F5D11"/>
    <w:rsid w:val="00922E08"/>
    <w:rsid w:val="00932E2E"/>
    <w:rsid w:val="00946D47"/>
    <w:rsid w:val="009B0911"/>
    <w:rsid w:val="00A4080B"/>
    <w:rsid w:val="00A41957"/>
    <w:rsid w:val="00A64EE5"/>
    <w:rsid w:val="00A74303"/>
    <w:rsid w:val="00AA1D8D"/>
    <w:rsid w:val="00AC481B"/>
    <w:rsid w:val="00B13A96"/>
    <w:rsid w:val="00B300A9"/>
    <w:rsid w:val="00B4519A"/>
    <w:rsid w:val="00B47730"/>
    <w:rsid w:val="00B85F96"/>
    <w:rsid w:val="00BA2E4D"/>
    <w:rsid w:val="00BA64FE"/>
    <w:rsid w:val="00BE0EA6"/>
    <w:rsid w:val="00C0110D"/>
    <w:rsid w:val="00C1497F"/>
    <w:rsid w:val="00C369DE"/>
    <w:rsid w:val="00C42B04"/>
    <w:rsid w:val="00C67606"/>
    <w:rsid w:val="00CB0664"/>
    <w:rsid w:val="00D663EC"/>
    <w:rsid w:val="00DB3FC9"/>
    <w:rsid w:val="00DC53E0"/>
    <w:rsid w:val="00DF725C"/>
    <w:rsid w:val="00DF7861"/>
    <w:rsid w:val="00E046D3"/>
    <w:rsid w:val="00E12337"/>
    <w:rsid w:val="00E41E2B"/>
    <w:rsid w:val="00E50AAE"/>
    <w:rsid w:val="00E5172A"/>
    <w:rsid w:val="00EC1425"/>
    <w:rsid w:val="00EC23BA"/>
    <w:rsid w:val="00EE0CB6"/>
    <w:rsid w:val="00F1769C"/>
    <w:rsid w:val="00F224A8"/>
    <w:rsid w:val="00F32B68"/>
    <w:rsid w:val="00F70EED"/>
    <w:rsid w:val="00FA63AF"/>
    <w:rsid w:val="00FC693F"/>
    <w:rsid w:val="00FE27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2AAEB3B"/>
  <w14:defaultImageDpi w14:val="300"/>
  <w15:docId w15:val="{7F25F362-6C0A-4E82-B44E-041BA407A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fontstyle01">
    <w:name w:val="fontstyle01"/>
    <w:basedOn w:val="DefaultParagraphFont"/>
    <w:rsid w:val="00001ACD"/>
    <w:rPr>
      <w:rFonts w:ascii="TimesNewRomanPS-ItalicMT" w:hAnsi="TimesNewRomanPS-ItalicMT" w:hint="default"/>
      <w:b w:val="0"/>
      <w:bCs w:val="0"/>
      <w:i/>
      <w:iCs/>
      <w:color w:val="000000"/>
      <w:sz w:val="28"/>
      <w:szCs w:val="28"/>
    </w:rPr>
  </w:style>
  <w:style w:type="paragraph" w:customStyle="1" w:styleId="pdq2pgselectionanchorcontainer">
    <w:name w:val="pdq2pg_selectionanchorcontainer"/>
    <w:basedOn w:val="Normal"/>
    <w:rsid w:val="00632B63"/>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632B63"/>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E50AAE"/>
    <w:pPr>
      <w:widowControl w:val="0"/>
      <w:autoSpaceDE w:val="0"/>
      <w:autoSpaceDN w:val="0"/>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8625548">
      <w:bodyDiv w:val="1"/>
      <w:marLeft w:val="0"/>
      <w:marRight w:val="0"/>
      <w:marTop w:val="0"/>
      <w:marBottom w:val="0"/>
      <w:divBdr>
        <w:top w:val="none" w:sz="0" w:space="0" w:color="auto"/>
        <w:left w:val="none" w:sz="0" w:space="0" w:color="auto"/>
        <w:bottom w:val="none" w:sz="0" w:space="0" w:color="auto"/>
        <w:right w:val="none" w:sz="0" w:space="0" w:color="auto"/>
      </w:divBdr>
    </w:div>
    <w:div w:id="651761577">
      <w:bodyDiv w:val="1"/>
      <w:marLeft w:val="0"/>
      <w:marRight w:val="0"/>
      <w:marTop w:val="0"/>
      <w:marBottom w:val="0"/>
      <w:divBdr>
        <w:top w:val="none" w:sz="0" w:space="0" w:color="auto"/>
        <w:left w:val="none" w:sz="0" w:space="0" w:color="auto"/>
        <w:bottom w:val="none" w:sz="0" w:space="0" w:color="auto"/>
        <w:right w:val="none" w:sz="0" w:space="0" w:color="auto"/>
      </w:divBdr>
    </w:div>
    <w:div w:id="798719292">
      <w:bodyDiv w:val="1"/>
      <w:marLeft w:val="0"/>
      <w:marRight w:val="0"/>
      <w:marTop w:val="0"/>
      <w:marBottom w:val="0"/>
      <w:divBdr>
        <w:top w:val="none" w:sz="0" w:space="0" w:color="auto"/>
        <w:left w:val="none" w:sz="0" w:space="0" w:color="auto"/>
        <w:bottom w:val="none" w:sz="0" w:space="0" w:color="auto"/>
        <w:right w:val="none" w:sz="0" w:space="0" w:color="auto"/>
      </w:divBdr>
    </w:div>
    <w:div w:id="1293293190">
      <w:bodyDiv w:val="1"/>
      <w:marLeft w:val="0"/>
      <w:marRight w:val="0"/>
      <w:marTop w:val="0"/>
      <w:marBottom w:val="0"/>
      <w:divBdr>
        <w:top w:val="none" w:sz="0" w:space="0" w:color="auto"/>
        <w:left w:val="none" w:sz="0" w:space="0" w:color="auto"/>
        <w:bottom w:val="none" w:sz="0" w:space="0" w:color="auto"/>
        <w:right w:val="none" w:sz="0" w:space="0" w:color="auto"/>
      </w:divBdr>
    </w:div>
    <w:div w:id="1329792027">
      <w:bodyDiv w:val="1"/>
      <w:marLeft w:val="0"/>
      <w:marRight w:val="0"/>
      <w:marTop w:val="0"/>
      <w:marBottom w:val="0"/>
      <w:divBdr>
        <w:top w:val="none" w:sz="0" w:space="0" w:color="auto"/>
        <w:left w:val="none" w:sz="0" w:space="0" w:color="auto"/>
        <w:bottom w:val="none" w:sz="0" w:space="0" w:color="auto"/>
        <w:right w:val="none" w:sz="0" w:space="0" w:color="auto"/>
      </w:divBdr>
    </w:div>
    <w:div w:id="1494954799">
      <w:bodyDiv w:val="1"/>
      <w:marLeft w:val="0"/>
      <w:marRight w:val="0"/>
      <w:marTop w:val="0"/>
      <w:marBottom w:val="0"/>
      <w:divBdr>
        <w:top w:val="none" w:sz="0" w:space="0" w:color="auto"/>
        <w:left w:val="none" w:sz="0" w:space="0" w:color="auto"/>
        <w:bottom w:val="none" w:sz="0" w:space="0" w:color="auto"/>
        <w:right w:val="none" w:sz="0" w:space="0" w:color="auto"/>
      </w:divBdr>
    </w:div>
    <w:div w:id="1626035131">
      <w:bodyDiv w:val="1"/>
      <w:marLeft w:val="0"/>
      <w:marRight w:val="0"/>
      <w:marTop w:val="0"/>
      <w:marBottom w:val="0"/>
      <w:divBdr>
        <w:top w:val="none" w:sz="0" w:space="0" w:color="auto"/>
        <w:left w:val="none" w:sz="0" w:space="0" w:color="auto"/>
        <w:bottom w:val="none" w:sz="0" w:space="0" w:color="auto"/>
        <w:right w:val="none" w:sz="0" w:space="0" w:color="auto"/>
      </w:divBdr>
    </w:div>
    <w:div w:id="1629583676">
      <w:bodyDiv w:val="1"/>
      <w:marLeft w:val="0"/>
      <w:marRight w:val="0"/>
      <w:marTop w:val="0"/>
      <w:marBottom w:val="0"/>
      <w:divBdr>
        <w:top w:val="none" w:sz="0" w:space="0" w:color="auto"/>
        <w:left w:val="none" w:sz="0" w:space="0" w:color="auto"/>
        <w:bottom w:val="none" w:sz="0" w:space="0" w:color="auto"/>
        <w:right w:val="none" w:sz="0" w:space="0" w:color="auto"/>
      </w:divBdr>
    </w:div>
    <w:div w:id="1694964549">
      <w:bodyDiv w:val="1"/>
      <w:marLeft w:val="0"/>
      <w:marRight w:val="0"/>
      <w:marTop w:val="0"/>
      <w:marBottom w:val="0"/>
      <w:divBdr>
        <w:top w:val="none" w:sz="0" w:space="0" w:color="auto"/>
        <w:left w:val="none" w:sz="0" w:space="0" w:color="auto"/>
        <w:bottom w:val="none" w:sz="0" w:space="0" w:color="auto"/>
        <w:right w:val="none" w:sz="0" w:space="0" w:color="auto"/>
      </w:divBdr>
    </w:div>
    <w:div w:id="1889029974">
      <w:bodyDiv w:val="1"/>
      <w:marLeft w:val="0"/>
      <w:marRight w:val="0"/>
      <w:marTop w:val="0"/>
      <w:marBottom w:val="0"/>
      <w:divBdr>
        <w:top w:val="none" w:sz="0" w:space="0" w:color="auto"/>
        <w:left w:val="none" w:sz="0" w:space="0" w:color="auto"/>
        <w:bottom w:val="none" w:sz="0" w:space="0" w:color="auto"/>
        <w:right w:val="none" w:sz="0" w:space="0" w:color="auto"/>
      </w:divBdr>
    </w:div>
    <w:div w:id="1905404971">
      <w:bodyDiv w:val="1"/>
      <w:marLeft w:val="0"/>
      <w:marRight w:val="0"/>
      <w:marTop w:val="0"/>
      <w:marBottom w:val="0"/>
      <w:divBdr>
        <w:top w:val="none" w:sz="0" w:space="0" w:color="auto"/>
        <w:left w:val="none" w:sz="0" w:space="0" w:color="auto"/>
        <w:bottom w:val="none" w:sz="0" w:space="0" w:color="auto"/>
        <w:right w:val="none" w:sz="0" w:space="0" w:color="auto"/>
      </w:divBdr>
    </w:div>
    <w:div w:id="210969230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5BA887-02C8-4369-97EF-A4E90309C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377</TotalTime>
  <Pages>9</Pages>
  <Words>2560</Words>
  <Characters>14595</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17121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Windows User</cp:lastModifiedBy>
  <cp:revision>90</cp:revision>
  <dcterms:created xsi:type="dcterms:W3CDTF">2026-07-27T10:13:00Z</dcterms:created>
  <dcterms:modified xsi:type="dcterms:W3CDTF">2026-07-31T02:33:00Z</dcterms:modified>
  <cp:category/>
</cp:coreProperties>
</file>