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Layout w:type="fixed"/>
        <w:tblLook w:val="04A0" w:firstRow="1" w:lastRow="0" w:firstColumn="1" w:lastColumn="0" w:noHBand="0" w:noVBand="1"/>
      </w:tblPr>
      <w:tblGrid>
        <w:gridCol w:w="3600"/>
        <w:gridCol w:w="5760"/>
      </w:tblGrid>
      <w:tr w:rsidR="00C05615" w:rsidRPr="00C05615" w14:paraId="41D9C13A" w14:textId="77777777" w:rsidTr="00C52935">
        <w:trPr>
          <w:jc w:val="center"/>
        </w:trPr>
        <w:tc>
          <w:tcPr>
            <w:tcW w:w="3600" w:type="dxa"/>
          </w:tcPr>
          <w:p w14:paraId="0FEE478D" w14:textId="77777777" w:rsidR="00A7272B" w:rsidRPr="00C05615" w:rsidRDefault="00A7272B" w:rsidP="00C05615">
            <w:pPr>
              <w:shd w:val="clear" w:color="auto" w:fill="FFFFFF" w:themeFill="background1"/>
              <w:spacing w:after="0"/>
              <w:jc w:val="center"/>
              <w:rPr>
                <w:rFonts w:cs="Times New Roman"/>
                <w:color w:val="auto"/>
              </w:rPr>
            </w:pPr>
            <w:r w:rsidRPr="00C05615">
              <w:rPr>
                <w:rFonts w:cs="Times New Roman"/>
                <w:color w:val="auto"/>
              </w:rPr>
              <w:t>ỦY BAN NHÂN DÂN</w:t>
            </w:r>
            <w:r w:rsidRPr="00C05615">
              <w:rPr>
                <w:rFonts w:cs="Times New Roman"/>
                <w:color w:val="auto"/>
              </w:rPr>
              <w:br/>
              <w:t>XÃ ĐỨC MINH</w:t>
            </w:r>
          </w:p>
          <w:p w14:paraId="433BB73A" w14:textId="77777777" w:rsidR="00A7272B" w:rsidRPr="00C05615" w:rsidRDefault="00A7272B" w:rsidP="00C05615">
            <w:pPr>
              <w:shd w:val="clear" w:color="auto" w:fill="FFFFFF" w:themeFill="background1"/>
              <w:spacing w:after="0"/>
              <w:jc w:val="center"/>
              <w:rPr>
                <w:rFonts w:cs="Times New Roman"/>
                <w:b/>
                <w:color w:val="auto"/>
              </w:rPr>
            </w:pPr>
            <w:r w:rsidRPr="00C05615">
              <w:rPr>
                <w:rFonts w:cs="Times New Roman"/>
                <w:b/>
                <w:noProof/>
                <w:color w:val="auto"/>
              </w:rPr>
              <mc:AlternateContent>
                <mc:Choice Requires="wps">
                  <w:drawing>
                    <wp:anchor distT="0" distB="0" distL="114300" distR="114300" simplePos="0" relativeHeight="251655680" behindDoc="0" locked="0" layoutInCell="1" allowOverlap="1" wp14:anchorId="7EE272B2" wp14:editId="50571F68">
                      <wp:simplePos x="0" y="0"/>
                      <wp:positionH relativeFrom="column">
                        <wp:posOffset>290195</wp:posOffset>
                      </wp:positionH>
                      <wp:positionV relativeFrom="paragraph">
                        <wp:posOffset>216535</wp:posOffset>
                      </wp:positionV>
                      <wp:extent cx="1581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5811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w:pict>
                    <v:line w14:anchorId="09D56DE1" id="Straight Connector 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22.85pt,17.05pt" to="147.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" strokecolor="black [3213]"/>
                  </w:pict>
                </mc:Fallback>
              </mc:AlternateContent>
            </w:r>
            <w:r w:rsidRPr="00C05615">
              <w:rPr>
                <w:rFonts w:cs="Times New Roman"/>
                <w:b/>
                <w:color w:val="auto"/>
              </w:rPr>
              <w:t>HỘI ĐỒNG TUYỂN DỤNG</w:t>
            </w:r>
          </w:p>
          <w:p w14:paraId="64F0FF17" w14:textId="77777777" w:rsidR="00A7272B" w:rsidRPr="00C05615" w:rsidRDefault="00A7272B" w:rsidP="001C08FB">
            <w:pPr>
              <w:shd w:val="clear" w:color="auto" w:fill="FFFFFF" w:themeFill="background1"/>
              <w:spacing w:before="240" w:after="0"/>
              <w:jc w:val="center"/>
              <w:rPr>
                <w:rFonts w:cs="Times New Roman"/>
                <w:color w:val="auto"/>
              </w:rPr>
            </w:pPr>
            <w:r w:rsidRPr="00C05615">
              <w:rPr>
                <w:rFonts w:cs="Times New Roman"/>
                <w:color w:val="auto"/>
              </w:rPr>
              <w:t>Số:          /</w:t>
            </w:r>
            <w:r w:rsidR="001C08FB">
              <w:rPr>
                <w:rFonts w:cs="Times New Roman"/>
                <w:color w:val="auto"/>
              </w:rPr>
              <w:t>KH</w:t>
            </w:r>
            <w:r w:rsidRPr="00C05615">
              <w:rPr>
                <w:rFonts w:cs="Times New Roman"/>
                <w:color w:val="auto"/>
              </w:rPr>
              <w:t>-HĐTD</w:t>
            </w:r>
          </w:p>
        </w:tc>
        <w:tc>
          <w:tcPr>
            <w:tcW w:w="5760" w:type="dxa"/>
          </w:tcPr>
          <w:p w14:paraId="0C76F917" w14:textId="77777777" w:rsidR="00A7272B" w:rsidRPr="00C05615" w:rsidRDefault="00A7272B" w:rsidP="00C05615">
            <w:pPr>
              <w:shd w:val="clear" w:color="auto" w:fill="FFFFFF" w:themeFill="background1"/>
              <w:spacing w:after="0"/>
              <w:jc w:val="center"/>
              <w:rPr>
                <w:rFonts w:cs="Times New Roman"/>
                <w:color w:val="auto"/>
              </w:rPr>
            </w:pPr>
            <w:r w:rsidRPr="00C05615">
              <w:rPr>
                <w:rFonts w:cs="Times New Roman"/>
                <w:b/>
                <w:color w:val="auto"/>
              </w:rPr>
              <w:t>CỘNG HÒA XÃ HỘI CHỦ NGHĨA VIỆT NAM</w:t>
            </w:r>
          </w:p>
          <w:p w14:paraId="4B3E91C4" w14:textId="77777777" w:rsidR="00A7272B" w:rsidRPr="00C05615" w:rsidRDefault="00A7272B" w:rsidP="00C05615">
            <w:pPr>
              <w:shd w:val="clear" w:color="auto" w:fill="FFFFFF" w:themeFill="background1"/>
              <w:spacing w:after="0"/>
              <w:jc w:val="center"/>
              <w:rPr>
                <w:rFonts w:cs="Times New Roman"/>
                <w:color w:val="auto"/>
              </w:rPr>
            </w:pPr>
            <w:r w:rsidRPr="00C05615">
              <w:rPr>
                <w:rFonts w:cs="Times New Roman"/>
                <w:b/>
                <w:noProof/>
                <w:color w:val="auto"/>
              </w:rPr>
              <mc:AlternateContent>
                <mc:Choice Requires="wps">
                  <w:drawing>
                    <wp:anchor distT="0" distB="0" distL="114300" distR="114300" simplePos="0" relativeHeight="251658752" behindDoc="0" locked="0" layoutInCell="1" allowOverlap="1" wp14:anchorId="395CC5A7" wp14:editId="37176E96">
                      <wp:simplePos x="0" y="0"/>
                      <wp:positionH relativeFrom="column">
                        <wp:posOffset>823595</wp:posOffset>
                      </wp:positionH>
                      <wp:positionV relativeFrom="paragraph">
                        <wp:posOffset>199390</wp:posOffset>
                      </wp:positionV>
                      <wp:extent cx="18192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81927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4AF5B953"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85pt,15.7pt" to="208.1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" strokecolor="black [3213]"/>
                  </w:pict>
                </mc:Fallback>
              </mc:AlternateContent>
            </w:r>
            <w:r w:rsidRPr="00C05615">
              <w:rPr>
                <w:rFonts w:cs="Times New Roman"/>
                <w:b/>
                <w:color w:val="auto"/>
              </w:rPr>
              <w:t>Độc lập - Tự do - Hạnh phúc</w:t>
            </w:r>
          </w:p>
          <w:p w14:paraId="3A6ADEB3" w14:textId="77777777" w:rsidR="00A7272B" w:rsidRPr="00C05615" w:rsidRDefault="00A7272B" w:rsidP="00C05615">
            <w:pPr>
              <w:shd w:val="clear" w:color="auto" w:fill="FFFFFF" w:themeFill="background1"/>
              <w:spacing w:after="0"/>
              <w:jc w:val="center"/>
              <w:rPr>
                <w:rFonts w:cs="Times New Roman"/>
                <w:i/>
                <w:color w:val="auto"/>
              </w:rPr>
            </w:pPr>
          </w:p>
          <w:p w14:paraId="30EE5258" w14:textId="359B3FCF" w:rsidR="00A7272B" w:rsidRPr="00C05615" w:rsidRDefault="00A7272B" w:rsidP="00C05615">
            <w:pPr>
              <w:shd w:val="clear" w:color="auto" w:fill="FFFFFF" w:themeFill="background1"/>
              <w:spacing w:before="240" w:after="0"/>
              <w:jc w:val="center"/>
              <w:rPr>
                <w:rFonts w:cs="Times New Roman"/>
                <w:color w:val="auto"/>
              </w:rPr>
            </w:pPr>
            <w:r w:rsidRPr="00C05615">
              <w:rPr>
                <w:rFonts w:cs="Times New Roman"/>
                <w:i/>
                <w:color w:val="auto"/>
              </w:rPr>
              <w:t xml:space="preserve">Đức Minh, ngày   </w:t>
            </w:r>
            <w:r w:rsidR="001C08FB">
              <w:rPr>
                <w:rFonts w:cs="Times New Roman"/>
                <w:i/>
                <w:color w:val="auto"/>
              </w:rPr>
              <w:t xml:space="preserve">   </w:t>
            </w:r>
            <w:r w:rsidRPr="00C05615">
              <w:rPr>
                <w:rFonts w:cs="Times New Roman"/>
                <w:i/>
                <w:color w:val="auto"/>
              </w:rPr>
              <w:t xml:space="preserve"> tháng </w:t>
            </w:r>
            <w:r w:rsidR="001C08FB">
              <w:rPr>
                <w:rFonts w:cs="Times New Roman"/>
                <w:i/>
                <w:color w:val="auto"/>
              </w:rPr>
              <w:t xml:space="preserve">   </w:t>
            </w:r>
            <w:r w:rsidRPr="00C05615">
              <w:rPr>
                <w:rFonts w:cs="Times New Roman"/>
                <w:i/>
                <w:color w:val="auto"/>
              </w:rPr>
              <w:t xml:space="preserve">  năm 2026</w:t>
            </w:r>
          </w:p>
        </w:tc>
      </w:tr>
    </w:tbl>
    <w:p w14:paraId="59D69DF1" w14:textId="600C1F2D" w:rsidR="0002177E" w:rsidRDefault="00DF30B3" w:rsidP="003A1E87">
      <w:pPr>
        <w:shd w:val="clear" w:color="auto" w:fill="FFFFFF" w:themeFill="background1"/>
        <w:spacing w:before="240" w:after="0" w:line="240" w:lineRule="auto"/>
        <w:jc w:val="center"/>
        <w:rPr>
          <w:b/>
          <w:color w:val="auto"/>
          <w:sz w:val="28"/>
          <w:szCs w:val="28"/>
        </w:rPr>
      </w:pPr>
      <w:r w:rsidRPr="0002177E">
        <w:rPr>
          <w:b/>
          <w:color w:val="auto"/>
          <w:sz w:val="28"/>
          <w:szCs w:val="28"/>
        </w:rPr>
        <w:t>KẾ HOẠCH</w:t>
      </w:r>
      <w:r w:rsidRPr="0002177E">
        <w:rPr>
          <w:b/>
          <w:color w:val="auto"/>
          <w:sz w:val="28"/>
          <w:szCs w:val="28"/>
        </w:rPr>
        <w:br/>
      </w:r>
      <w:r w:rsidR="0002177E" w:rsidRPr="0002177E">
        <w:rPr>
          <w:b/>
          <w:color w:val="auto"/>
          <w:sz w:val="28"/>
          <w:szCs w:val="28"/>
        </w:rPr>
        <w:t>Xây dự</w:t>
      </w:r>
      <w:r w:rsidR="0002177E">
        <w:rPr>
          <w:b/>
          <w:color w:val="auto"/>
          <w:sz w:val="28"/>
          <w:szCs w:val="28"/>
        </w:rPr>
        <w:t>ng tái</w:t>
      </w:r>
      <w:r w:rsidR="0002177E" w:rsidRPr="0002177E">
        <w:rPr>
          <w:b/>
          <w:color w:val="auto"/>
          <w:sz w:val="28"/>
          <w:szCs w:val="28"/>
        </w:rPr>
        <w:t xml:space="preserve"> cấu trúc nội dung, thời gian và Địa điểm</w:t>
      </w:r>
    </w:p>
    <w:p w14:paraId="19761885" w14:textId="4C14F782" w:rsidR="0002177E" w:rsidRDefault="0002177E" w:rsidP="003A1E87">
      <w:pPr>
        <w:shd w:val="clear" w:color="auto" w:fill="FFFFFF" w:themeFill="background1"/>
        <w:spacing w:after="0" w:line="240" w:lineRule="auto"/>
        <w:jc w:val="center"/>
        <w:rPr>
          <w:b/>
          <w:color w:val="auto"/>
          <w:sz w:val="28"/>
          <w:szCs w:val="28"/>
        </w:rPr>
      </w:pPr>
      <w:r w:rsidRPr="0002177E">
        <w:rPr>
          <w:b/>
          <w:color w:val="auto"/>
          <w:sz w:val="28"/>
          <w:szCs w:val="28"/>
        </w:rPr>
        <w:t xml:space="preserve">tổ chức </w:t>
      </w:r>
      <w:r>
        <w:rPr>
          <w:b/>
          <w:color w:val="auto"/>
          <w:sz w:val="28"/>
          <w:szCs w:val="28"/>
        </w:rPr>
        <w:t>k</w:t>
      </w:r>
      <w:r w:rsidRPr="0002177E">
        <w:rPr>
          <w:b/>
          <w:color w:val="auto"/>
          <w:sz w:val="28"/>
          <w:szCs w:val="28"/>
        </w:rPr>
        <w:t xml:space="preserve">ì thi tuyển mới </w:t>
      </w:r>
      <w:r w:rsidR="00DF30B3" w:rsidRPr="0002177E">
        <w:rPr>
          <w:b/>
          <w:color w:val="auto"/>
          <w:sz w:val="28"/>
          <w:szCs w:val="28"/>
        </w:rPr>
        <w:t>(Chuyển đổi hình thức từ Xét tuyển sang</w:t>
      </w:r>
    </w:p>
    <w:p w14:paraId="6297645B" w14:textId="77777777" w:rsidR="00A81AA5" w:rsidRDefault="00DF30B3" w:rsidP="003A1E87">
      <w:pPr>
        <w:shd w:val="clear" w:color="auto" w:fill="FFFFFF" w:themeFill="background1"/>
        <w:spacing w:after="0" w:line="240" w:lineRule="auto"/>
        <w:jc w:val="center"/>
        <w:rPr>
          <w:b/>
          <w:color w:val="auto"/>
          <w:sz w:val="28"/>
          <w:szCs w:val="28"/>
        </w:rPr>
      </w:pPr>
      <w:r w:rsidRPr="0002177E">
        <w:rPr>
          <w:b/>
          <w:color w:val="auto"/>
          <w:sz w:val="28"/>
          <w:szCs w:val="28"/>
        </w:rPr>
        <w:t>Thi tuyển</w:t>
      </w:r>
      <w:r w:rsidR="0002177E" w:rsidRPr="0002177E">
        <w:rPr>
          <w:b/>
          <w:color w:val="auto"/>
          <w:sz w:val="28"/>
          <w:szCs w:val="28"/>
        </w:rPr>
        <w:t xml:space="preserve"> viên chức tại </w:t>
      </w:r>
      <w:r w:rsidR="0002177E" w:rsidRPr="0002177E">
        <w:rPr>
          <w:b/>
          <w:sz w:val="28"/>
          <w:szCs w:val="28"/>
        </w:rPr>
        <w:t>Trung tâm dịch vụ tổng hợp xã năm 2026</w:t>
      </w:r>
      <w:r w:rsidRPr="0002177E">
        <w:rPr>
          <w:b/>
          <w:color w:val="auto"/>
          <w:sz w:val="28"/>
          <w:szCs w:val="28"/>
        </w:rPr>
        <w:t>)</w:t>
      </w:r>
    </w:p>
    <w:p w14:paraId="64F1E02E" w14:textId="77777777" w:rsidR="0002177E" w:rsidRPr="0002177E" w:rsidRDefault="0002177E" w:rsidP="003A1E87">
      <w:pPr>
        <w:shd w:val="clear" w:color="auto" w:fill="FFFFFF" w:themeFill="background1"/>
        <w:spacing w:after="0" w:line="240" w:lineRule="auto"/>
        <w:jc w:val="both"/>
        <w:rPr>
          <w:b/>
          <w:color w:val="auto"/>
          <w:sz w:val="28"/>
          <w:szCs w:val="28"/>
        </w:rPr>
      </w:pPr>
      <w:r w:rsidRPr="0002177E">
        <w:rPr>
          <w:b/>
          <w:noProof/>
          <w:color w:val="auto"/>
          <w:sz w:val="28"/>
          <w:szCs w:val="28"/>
        </w:rPr>
        <mc:AlternateContent>
          <mc:Choice Requires="wps">
            <w:drawing>
              <wp:anchor distT="0" distB="0" distL="114300" distR="114300" simplePos="0" relativeHeight="251659776" behindDoc="0" locked="0" layoutInCell="1" allowOverlap="1" wp14:anchorId="60B2EA92" wp14:editId="4ADDDD79">
                <wp:simplePos x="0" y="0"/>
                <wp:positionH relativeFrom="column">
                  <wp:posOffset>1343341</wp:posOffset>
                </wp:positionH>
                <wp:positionV relativeFrom="paragraph">
                  <wp:posOffset>12999</wp:posOffset>
                </wp:positionV>
                <wp:extent cx="29051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90512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w:pict>
              <v:line w14:anchorId="6116CAAB" id="Straight Connector 3"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05.75pt,1pt" to="33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" strokecolor="black [3213]"/>
            </w:pict>
          </mc:Fallback>
        </mc:AlternateContent>
      </w:r>
    </w:p>
    <w:p w14:paraId="2E323ED8" w14:textId="77777777" w:rsidR="00A81AA5" w:rsidRPr="001C08FB" w:rsidRDefault="00A7272B" w:rsidP="003A1E87">
      <w:pPr>
        <w:spacing w:after="0"/>
        <w:ind w:firstLine="720"/>
        <w:jc w:val="both"/>
      </w:pPr>
      <w:r w:rsidRPr="001C08FB">
        <w:t>Căn cứ Quyết định số 61/QĐ-UBND, ngày 04/9/2026 của Ủy ban nhân dân xã Về việc điều chỉnh hình thức tuyển dụng viên chức từ xét tuyển sang thi tuyển trong Kế hoạch Tuyển dụng viên chức tại Trung tâm dịch vụ tổng hợp xã năm 2026</w:t>
      </w:r>
      <w:r w:rsidR="00DF30B3" w:rsidRPr="001C08FB">
        <w:t xml:space="preserve">, Hội đồng Tuyển dụng quyết định chuyển đổi hình thức tuyển dụng từ </w:t>
      </w:r>
      <w:r w:rsidR="00DF30B3" w:rsidRPr="001C08FB">
        <w:rPr>
          <w:b/>
        </w:rPr>
        <w:t>Xét tuyển</w:t>
      </w:r>
      <w:r w:rsidR="00DF30B3" w:rsidRPr="001C08FB">
        <w:t xml:space="preserve"> sang </w:t>
      </w:r>
      <w:r w:rsidR="00DF30B3" w:rsidRPr="001C08FB">
        <w:rPr>
          <w:b/>
        </w:rPr>
        <w:t>Thi tuyển</w:t>
      </w:r>
      <w:r w:rsidR="00DF30B3" w:rsidRPr="001C08FB">
        <w:t>. Kế hoạch chi tiết về việc tái cấu trúc nội dung, lộ trình thời gian và phương án địa điểm được quy định cụ thể như sau:</w:t>
      </w:r>
    </w:p>
    <w:p w14:paraId="58A1C127" w14:textId="77777777" w:rsidR="00A81AA5" w:rsidRPr="001C08FB" w:rsidRDefault="00DF30B3" w:rsidP="003A1E87">
      <w:pPr>
        <w:spacing w:after="0"/>
        <w:ind w:firstLine="720"/>
        <w:jc w:val="both"/>
      </w:pPr>
      <w:r w:rsidRPr="001C08FB">
        <w:rPr>
          <w:b/>
        </w:rPr>
        <w:t xml:space="preserve">I. </w:t>
      </w:r>
      <w:r w:rsidR="0002177E">
        <w:rPr>
          <w:b/>
        </w:rPr>
        <w:t>Cấu trúc và Nội dung kì thi tuyển mới</w:t>
      </w:r>
    </w:p>
    <w:p w14:paraId="507BE975" w14:textId="77777777" w:rsidR="00A81AA5" w:rsidRPr="001C08FB" w:rsidRDefault="00DF30B3" w:rsidP="003A1E87">
      <w:pPr>
        <w:spacing w:after="0"/>
        <w:ind w:firstLine="720"/>
        <w:jc w:val="both"/>
      </w:pPr>
      <w:r w:rsidRPr="001C08FB">
        <w:rPr>
          <w:b/>
        </w:rPr>
        <w:t>1. Vòng 1: Kiểm tra kiến thức năng lực chung (Trắc nghiệm)</w:t>
      </w:r>
    </w:p>
    <w:p w14:paraId="3CB803BF" w14:textId="77777777" w:rsidR="00A81AA5" w:rsidRPr="001C08FB" w:rsidRDefault="00DF30B3" w:rsidP="003A1E87">
      <w:pPr>
        <w:spacing w:after="0"/>
        <w:jc w:val="both"/>
      </w:pPr>
      <w:r w:rsidRPr="001C08FB">
        <w:rPr>
          <w:b/>
        </w:rPr>
        <w:t xml:space="preserve">Môn Kiến thức chung: </w:t>
      </w:r>
      <w:r w:rsidRPr="001C08FB">
        <w:t>Thời gian 60 phút, gồm 60 câu hỏi về hệ thống chính trị, tổ chức bộ máy, văn bản pháp luật chuyên ngành và nội quy quy chế hoạt động.</w:t>
      </w:r>
    </w:p>
    <w:p w14:paraId="7A7492D8" w14:textId="77777777" w:rsidR="00A81AA5" w:rsidRPr="001C08FB" w:rsidRDefault="00DF30B3" w:rsidP="003A1E87">
      <w:pPr>
        <w:spacing w:after="0"/>
        <w:ind w:firstLine="720"/>
        <w:jc w:val="both"/>
      </w:pPr>
      <w:r w:rsidRPr="001C08FB">
        <w:rPr>
          <w:i/>
        </w:rPr>
        <w:t>* Lưu ý: Thí sinh trả lời đúng từ 50% số câu hỏi trở lên cho từng môn thi ở Vòng 1 sẽ đủ điều kiện bước tiếp vào Vòng 2.</w:t>
      </w:r>
    </w:p>
    <w:p w14:paraId="65326E37" w14:textId="77777777" w:rsidR="00A81AA5" w:rsidRPr="001C08FB" w:rsidRDefault="00DF30B3" w:rsidP="003A1E87">
      <w:pPr>
        <w:spacing w:after="0"/>
        <w:ind w:firstLine="720"/>
        <w:jc w:val="both"/>
      </w:pPr>
      <w:r w:rsidRPr="001C08FB">
        <w:rPr>
          <w:b/>
        </w:rPr>
        <w:t>2. Vòng 2: Thi môn nghiệp vụ chuyên ngành</w:t>
      </w:r>
    </w:p>
    <w:p w14:paraId="5ABB16A9" w14:textId="77777777" w:rsidR="00A81AA5" w:rsidRPr="001C08FB" w:rsidRDefault="00DF30B3" w:rsidP="003A1E87">
      <w:pPr>
        <w:spacing w:after="0"/>
        <w:ind w:firstLine="720"/>
        <w:jc w:val="both"/>
      </w:pPr>
      <w:r w:rsidRPr="001C08FB">
        <w:rPr>
          <w:b/>
        </w:rPr>
        <w:t xml:space="preserve">Nội dung kiểm tra: </w:t>
      </w:r>
      <w:r w:rsidRPr="001C08FB">
        <w:t>Kiến thức, năng lực tổng hợp và kỹ năng xử lý tình huống thực tế theo đúng yêu cầu nghiệp vụ của từng vị trí việc làm cụ thể.</w:t>
      </w:r>
    </w:p>
    <w:p w14:paraId="566133B3" w14:textId="77777777" w:rsidR="00B8588E" w:rsidRPr="001C08FB" w:rsidRDefault="00DF30B3" w:rsidP="003A1E87">
      <w:pPr>
        <w:spacing w:after="0"/>
        <w:ind w:firstLine="720"/>
        <w:jc w:val="both"/>
      </w:pPr>
      <w:r w:rsidRPr="001C08FB">
        <w:rPr>
          <w:b/>
        </w:rPr>
        <w:t xml:space="preserve">Hình thức thi linh hoạt: </w:t>
      </w:r>
      <w:r w:rsidRPr="001C08FB">
        <w:t>Lựa chọn hình thức gồ</w:t>
      </w:r>
      <w:r w:rsidR="00B8588E" w:rsidRPr="001C08FB">
        <w:t>m: Kết hợp Viết và</w:t>
      </w:r>
      <w:r w:rsidRPr="001C08FB">
        <w:t xml:space="preserve"> Phỏng vấ</w:t>
      </w:r>
      <w:r w:rsidR="00B8588E" w:rsidRPr="001C08FB">
        <w:t>n.</w:t>
      </w:r>
      <w:r w:rsidR="00474913" w:rsidRPr="001C08FB">
        <w:t xml:space="preserve"> </w:t>
      </w:r>
    </w:p>
    <w:p w14:paraId="6A093FDA" w14:textId="77777777" w:rsidR="00CC3E8D" w:rsidRPr="001C08FB" w:rsidRDefault="00DF30B3" w:rsidP="003A1E87">
      <w:pPr>
        <w:spacing w:after="0"/>
        <w:ind w:firstLine="720"/>
        <w:jc w:val="both"/>
      </w:pPr>
      <w:r w:rsidRPr="001C08FB">
        <w:rPr>
          <w:b/>
        </w:rPr>
        <w:t xml:space="preserve">Thang điểm và thời gian: </w:t>
      </w:r>
      <w:r w:rsidRPr="001C08FB">
        <w:t>Tính theo thang điểm 100</w:t>
      </w:r>
      <w:r w:rsidR="00B8588E" w:rsidRPr="001C08FB">
        <w:t xml:space="preserve"> (tỷ lệ điểm bài thi viết là 70%; bài thi phỏng vấn là 30%)</w:t>
      </w:r>
      <w:r w:rsidRPr="001C08FB">
        <w:t>. Thời gian thi viết là 180 phút</w:t>
      </w:r>
      <w:r w:rsidR="00B8588E" w:rsidRPr="001C08FB">
        <w:t xml:space="preserve"> (không kể thời gian chép đề)</w:t>
      </w:r>
      <w:r w:rsidRPr="001C08FB">
        <w:t xml:space="preserve">; thi phỏng vấn từ 30 phút/thí sinh; </w:t>
      </w:r>
    </w:p>
    <w:p w14:paraId="7FE388A0" w14:textId="540008D3" w:rsidR="00082CF7" w:rsidRPr="001C08FB" w:rsidRDefault="00082CF7" w:rsidP="003A1E87">
      <w:pPr>
        <w:spacing w:after="0"/>
        <w:ind w:firstLine="720"/>
        <w:jc w:val="both"/>
      </w:pPr>
      <w:r w:rsidRPr="001C08FB">
        <w:rPr>
          <w:b/>
        </w:rPr>
        <w:t>Lưu ý:</w:t>
      </w:r>
      <w:r w:rsidR="004F687D">
        <w:rPr>
          <w:b/>
        </w:rPr>
        <w:t xml:space="preserve"> </w:t>
      </w:r>
      <w:r w:rsidRPr="001C08FB">
        <w:t>Không thực hiện phúc khảo đối với kết quả các bài thi: Trắc nghiệm trên máy tính; phỏng vấn theo phương thức thi đã thông báo.</w:t>
      </w:r>
    </w:p>
    <w:p w14:paraId="56FD5AAF" w14:textId="77777777" w:rsidR="00A81AA5" w:rsidRPr="001C08FB" w:rsidRDefault="00DF30B3" w:rsidP="003A1E87">
      <w:pPr>
        <w:spacing w:after="120" w:line="340" w:lineRule="exact"/>
        <w:ind w:firstLine="720"/>
        <w:jc w:val="both"/>
      </w:pPr>
      <w:r w:rsidRPr="001C08FB">
        <w:rPr>
          <w:b/>
        </w:rPr>
        <w:t xml:space="preserve">II. </w:t>
      </w:r>
      <w:r w:rsidR="0002177E">
        <w:rPr>
          <w:b/>
        </w:rPr>
        <w:t>Kế hoạc</w:t>
      </w:r>
      <w:r w:rsidR="00276ECF">
        <w:rPr>
          <w:b/>
        </w:rPr>
        <w:t>h</w:t>
      </w:r>
      <w:r w:rsidR="0002177E">
        <w:rPr>
          <w:b/>
        </w:rPr>
        <w:t xml:space="preserve"> thời gian tổ chức dự kiến: </w:t>
      </w:r>
    </w:p>
    <w:tbl>
      <w:tblPr>
        <w:tblW w:w="9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4430"/>
        <w:gridCol w:w="2099"/>
        <w:gridCol w:w="2012"/>
      </w:tblGrid>
      <w:tr w:rsidR="00C05615" w:rsidRPr="001C08FB" w14:paraId="511FDBAE" w14:textId="77777777" w:rsidTr="001C08FB">
        <w:trPr>
          <w:trHeight w:val="673"/>
          <w:jc w:val="center"/>
        </w:trPr>
        <w:tc>
          <w:tcPr>
            <w:tcW w:w="1102" w:type="dxa"/>
            <w:shd w:val="clear" w:color="auto" w:fill="FFFFFF" w:themeFill="background1"/>
            <w:tcMar>
              <w:top w:w="120" w:type="dxa"/>
              <w:left w:w="150" w:type="dxa"/>
              <w:bottom w:w="120" w:type="dxa"/>
              <w:right w:w="150" w:type="dxa"/>
            </w:tcMar>
          </w:tcPr>
          <w:p w14:paraId="508CCF74" w14:textId="77777777" w:rsidR="00780DFE" w:rsidRPr="001C08FB" w:rsidRDefault="0002177E" w:rsidP="003A1E87">
            <w:pPr>
              <w:spacing w:after="0" w:line="340" w:lineRule="exact"/>
              <w:jc w:val="both"/>
            </w:pPr>
            <w:r>
              <w:rPr>
                <w:b/>
              </w:rPr>
              <w:t>Quy trình</w:t>
            </w:r>
          </w:p>
        </w:tc>
        <w:tc>
          <w:tcPr>
            <w:tcW w:w="4430" w:type="dxa"/>
            <w:shd w:val="clear" w:color="auto" w:fill="FFFFFF" w:themeFill="background1"/>
            <w:tcMar>
              <w:top w:w="120" w:type="dxa"/>
              <w:left w:w="150" w:type="dxa"/>
              <w:bottom w:w="120" w:type="dxa"/>
              <w:right w:w="150" w:type="dxa"/>
            </w:tcMar>
          </w:tcPr>
          <w:p w14:paraId="44FF73DA" w14:textId="77777777" w:rsidR="00780DFE" w:rsidRPr="001C08FB" w:rsidRDefault="00780DFE" w:rsidP="003A1E87">
            <w:pPr>
              <w:spacing w:after="0" w:line="340" w:lineRule="exact"/>
              <w:jc w:val="both"/>
            </w:pPr>
            <w:r w:rsidRPr="001C08FB">
              <w:rPr>
                <w:b/>
              </w:rPr>
              <w:t>Nội dung triển khai</w:t>
            </w:r>
          </w:p>
        </w:tc>
        <w:tc>
          <w:tcPr>
            <w:tcW w:w="2099" w:type="dxa"/>
            <w:shd w:val="clear" w:color="auto" w:fill="FFFFFF" w:themeFill="background1"/>
            <w:tcMar>
              <w:top w:w="120" w:type="dxa"/>
              <w:left w:w="150" w:type="dxa"/>
              <w:bottom w:w="120" w:type="dxa"/>
              <w:right w:w="150" w:type="dxa"/>
            </w:tcMar>
          </w:tcPr>
          <w:p w14:paraId="170C3C74" w14:textId="77777777" w:rsidR="00780DFE" w:rsidRPr="001C08FB" w:rsidRDefault="00780DFE" w:rsidP="003A1E87">
            <w:pPr>
              <w:spacing w:after="0" w:line="340" w:lineRule="exact"/>
              <w:jc w:val="both"/>
            </w:pPr>
            <w:r w:rsidRPr="001C08FB">
              <w:rPr>
                <w:b/>
              </w:rPr>
              <w:t>Tiến độ thực hiện</w:t>
            </w:r>
          </w:p>
        </w:tc>
        <w:tc>
          <w:tcPr>
            <w:tcW w:w="2012" w:type="dxa"/>
            <w:shd w:val="clear" w:color="auto" w:fill="FFFFFF" w:themeFill="background1"/>
          </w:tcPr>
          <w:p w14:paraId="4B77E1D7" w14:textId="77777777" w:rsidR="00780DFE" w:rsidRPr="001C08FB" w:rsidRDefault="00780DFE" w:rsidP="003A1E87">
            <w:pPr>
              <w:spacing w:after="0" w:line="340" w:lineRule="exact"/>
              <w:jc w:val="both"/>
              <w:rPr>
                <w:b/>
              </w:rPr>
            </w:pPr>
            <w:r w:rsidRPr="001C08FB">
              <w:rPr>
                <w:b/>
              </w:rPr>
              <w:t xml:space="preserve">Thời gian dự kiến </w:t>
            </w:r>
            <w:r w:rsidR="00CC3E8D" w:rsidRPr="001C08FB">
              <w:rPr>
                <w:b/>
              </w:rPr>
              <w:t>điều chỉnh</w:t>
            </w:r>
          </w:p>
        </w:tc>
      </w:tr>
      <w:tr w:rsidR="00C05615" w:rsidRPr="001C08FB" w14:paraId="022CB125" w14:textId="77777777" w:rsidTr="001C08FB">
        <w:trPr>
          <w:jc w:val="center"/>
        </w:trPr>
        <w:tc>
          <w:tcPr>
            <w:tcW w:w="1102" w:type="dxa"/>
            <w:shd w:val="clear" w:color="auto" w:fill="FFFFFF"/>
            <w:tcMar>
              <w:top w:w="100" w:type="dxa"/>
              <w:left w:w="150" w:type="dxa"/>
              <w:bottom w:w="100" w:type="dxa"/>
              <w:right w:w="150" w:type="dxa"/>
            </w:tcMar>
          </w:tcPr>
          <w:p w14:paraId="4E3B959A" w14:textId="77777777" w:rsidR="00780DFE" w:rsidRPr="001C08FB" w:rsidRDefault="0002177E" w:rsidP="003A1E87">
            <w:pPr>
              <w:spacing w:after="0" w:line="340" w:lineRule="exact"/>
              <w:jc w:val="both"/>
            </w:pPr>
            <w:r>
              <w:rPr>
                <w:b/>
              </w:rPr>
              <w:t>Bước</w:t>
            </w:r>
            <w:r w:rsidR="00780DFE" w:rsidRPr="001C08FB">
              <w:rPr>
                <w:b/>
              </w:rPr>
              <w:t xml:space="preserve"> 1</w:t>
            </w:r>
          </w:p>
        </w:tc>
        <w:tc>
          <w:tcPr>
            <w:tcW w:w="4430" w:type="dxa"/>
            <w:shd w:val="clear" w:color="auto" w:fill="FFFFFF"/>
            <w:tcMar>
              <w:top w:w="100" w:type="dxa"/>
              <w:left w:w="150" w:type="dxa"/>
              <w:bottom w:w="100" w:type="dxa"/>
              <w:right w:w="150" w:type="dxa"/>
            </w:tcMar>
          </w:tcPr>
          <w:p w14:paraId="5EE7044B" w14:textId="77777777" w:rsidR="00780DFE" w:rsidRPr="001C08FB" w:rsidRDefault="00780DFE" w:rsidP="003A1E87">
            <w:pPr>
              <w:spacing w:after="0" w:line="340" w:lineRule="exact"/>
              <w:jc w:val="both"/>
            </w:pPr>
            <w:r w:rsidRPr="001C08FB">
              <w:t xml:space="preserve">Ban hành </w:t>
            </w:r>
            <w:r w:rsidR="00270588" w:rsidRPr="001C08FB">
              <w:t xml:space="preserve">Điều chỉnh </w:t>
            </w:r>
            <w:r w:rsidRPr="001C08FB">
              <w:t>kế hoạch, thông báo tuyển dụng công khai và tiếp nhận hồ sơ đăng ký dự tuyển của thí sinh.</w:t>
            </w:r>
          </w:p>
        </w:tc>
        <w:tc>
          <w:tcPr>
            <w:tcW w:w="2099" w:type="dxa"/>
            <w:shd w:val="clear" w:color="auto" w:fill="FFFFFF"/>
            <w:tcMar>
              <w:top w:w="100" w:type="dxa"/>
              <w:left w:w="150" w:type="dxa"/>
              <w:bottom w:w="100" w:type="dxa"/>
              <w:right w:w="150" w:type="dxa"/>
            </w:tcMar>
          </w:tcPr>
          <w:p w14:paraId="5F9C98CC" w14:textId="77777777" w:rsidR="00780DFE" w:rsidRPr="001C08FB" w:rsidRDefault="00780DFE" w:rsidP="003A1E87">
            <w:pPr>
              <w:spacing w:after="0" w:line="340" w:lineRule="exact"/>
              <w:jc w:val="both"/>
            </w:pPr>
            <w:r w:rsidRPr="001C08FB">
              <w:t>Từ ngày 01 đến ngày 30</w:t>
            </w:r>
          </w:p>
        </w:tc>
        <w:tc>
          <w:tcPr>
            <w:tcW w:w="2012" w:type="dxa"/>
            <w:shd w:val="clear" w:color="auto" w:fill="FFFFFF"/>
          </w:tcPr>
          <w:p w14:paraId="159EA500" w14:textId="77777777" w:rsidR="00780DFE" w:rsidRPr="001C08FB" w:rsidRDefault="00270588" w:rsidP="003A1E87">
            <w:pPr>
              <w:spacing w:after="0" w:line="340" w:lineRule="exact"/>
              <w:jc w:val="both"/>
            </w:pPr>
            <w:r w:rsidRPr="001C08FB">
              <w:t>04/9</w:t>
            </w:r>
            <w:r w:rsidR="00780DFE" w:rsidRPr="001C08FB">
              <w:t xml:space="preserve">/2026 – </w:t>
            </w:r>
            <w:r w:rsidR="001C08FB" w:rsidRPr="001C08FB">
              <w:t>09</w:t>
            </w:r>
            <w:r w:rsidR="00780DFE" w:rsidRPr="001C08FB">
              <w:t>/</w:t>
            </w:r>
            <w:r w:rsidR="001C08FB" w:rsidRPr="001C08FB">
              <w:t>10</w:t>
            </w:r>
            <w:r w:rsidR="00780DFE" w:rsidRPr="001C08FB">
              <w:t>/2026</w:t>
            </w:r>
          </w:p>
        </w:tc>
      </w:tr>
      <w:tr w:rsidR="00C05615" w:rsidRPr="001C08FB" w14:paraId="6A8F1862" w14:textId="77777777" w:rsidTr="001C08FB">
        <w:trPr>
          <w:trHeight w:val="1449"/>
          <w:jc w:val="center"/>
        </w:trPr>
        <w:tc>
          <w:tcPr>
            <w:tcW w:w="1102" w:type="dxa"/>
            <w:shd w:val="clear" w:color="auto" w:fill="F7F9FB"/>
            <w:tcMar>
              <w:top w:w="100" w:type="dxa"/>
              <w:left w:w="150" w:type="dxa"/>
              <w:bottom w:w="100" w:type="dxa"/>
              <w:right w:w="150" w:type="dxa"/>
            </w:tcMar>
          </w:tcPr>
          <w:p w14:paraId="07947824" w14:textId="77777777" w:rsidR="00780DFE" w:rsidRPr="001C08FB" w:rsidRDefault="0002177E" w:rsidP="003A1E87">
            <w:pPr>
              <w:spacing w:after="0" w:line="340" w:lineRule="exact"/>
              <w:jc w:val="both"/>
            </w:pPr>
            <w:r>
              <w:rPr>
                <w:b/>
              </w:rPr>
              <w:t>Bước</w:t>
            </w:r>
            <w:r w:rsidR="00780DFE" w:rsidRPr="001C08FB">
              <w:rPr>
                <w:b/>
              </w:rPr>
              <w:t xml:space="preserve"> 2</w:t>
            </w:r>
          </w:p>
        </w:tc>
        <w:tc>
          <w:tcPr>
            <w:tcW w:w="4430" w:type="dxa"/>
            <w:shd w:val="clear" w:color="auto" w:fill="F7F9FB"/>
            <w:tcMar>
              <w:top w:w="100" w:type="dxa"/>
              <w:left w:w="150" w:type="dxa"/>
              <w:bottom w:w="100" w:type="dxa"/>
              <w:right w:w="150" w:type="dxa"/>
            </w:tcMar>
          </w:tcPr>
          <w:p w14:paraId="65D1AA2F" w14:textId="77777777" w:rsidR="00780DFE" w:rsidRPr="001C08FB" w:rsidRDefault="00780DFE" w:rsidP="003A1E87">
            <w:pPr>
              <w:spacing w:after="0" w:line="340" w:lineRule="exact"/>
              <w:jc w:val="both"/>
            </w:pPr>
            <w:r w:rsidRPr="001C08FB">
              <w:t>Thẩm định hồ sơ thí sinh; Thống nhất danh sách đủ điều kiện thi; Triển khai ôn tập (nếu có) và tổ chức thi trắc nghiệm Vòng 1.</w:t>
            </w:r>
          </w:p>
        </w:tc>
        <w:tc>
          <w:tcPr>
            <w:tcW w:w="2099" w:type="dxa"/>
            <w:shd w:val="clear" w:color="auto" w:fill="F7F9FB"/>
            <w:tcMar>
              <w:top w:w="100" w:type="dxa"/>
              <w:left w:w="150" w:type="dxa"/>
              <w:bottom w:w="100" w:type="dxa"/>
              <w:right w:w="150" w:type="dxa"/>
            </w:tcMar>
          </w:tcPr>
          <w:p w14:paraId="377ACB3F" w14:textId="77777777" w:rsidR="00780DFE" w:rsidRPr="001C08FB" w:rsidRDefault="00780DFE" w:rsidP="003A1E87">
            <w:pPr>
              <w:spacing w:after="0" w:line="340" w:lineRule="exact"/>
              <w:jc w:val="both"/>
            </w:pPr>
            <w:r w:rsidRPr="001C08FB">
              <w:t xml:space="preserve">Ngày 31 đến ngày </w:t>
            </w:r>
            <w:r w:rsidR="00D500F2">
              <w:t>60</w:t>
            </w:r>
          </w:p>
        </w:tc>
        <w:tc>
          <w:tcPr>
            <w:tcW w:w="2012" w:type="dxa"/>
            <w:shd w:val="clear" w:color="auto" w:fill="F7F9FB"/>
          </w:tcPr>
          <w:p w14:paraId="7CD3F5F1" w14:textId="77777777" w:rsidR="00780DFE" w:rsidRPr="001C08FB" w:rsidRDefault="00C05615" w:rsidP="003A1E87">
            <w:pPr>
              <w:spacing w:after="0" w:line="340" w:lineRule="exact"/>
              <w:jc w:val="both"/>
            </w:pPr>
            <w:r w:rsidRPr="001C08FB">
              <w:t>1</w:t>
            </w:r>
            <w:r w:rsidR="001C08FB" w:rsidRPr="001C08FB">
              <w:t>0</w:t>
            </w:r>
            <w:r w:rsidRPr="001C08FB">
              <w:t>/</w:t>
            </w:r>
            <w:r w:rsidR="001C08FB" w:rsidRPr="001C08FB">
              <w:t>10</w:t>
            </w:r>
            <w:r w:rsidR="00780DFE" w:rsidRPr="001C08FB">
              <w:t xml:space="preserve">/2026 – </w:t>
            </w:r>
            <w:r w:rsidR="00D500F2">
              <w:t>9/11</w:t>
            </w:r>
            <w:r w:rsidR="00780DFE" w:rsidRPr="001C08FB">
              <w:t>/2026</w:t>
            </w:r>
          </w:p>
        </w:tc>
      </w:tr>
      <w:tr w:rsidR="00C05615" w:rsidRPr="001C08FB" w14:paraId="09ECA160" w14:textId="77777777" w:rsidTr="001C08FB">
        <w:trPr>
          <w:trHeight w:val="1360"/>
          <w:jc w:val="center"/>
        </w:trPr>
        <w:tc>
          <w:tcPr>
            <w:tcW w:w="1102" w:type="dxa"/>
            <w:shd w:val="clear" w:color="auto" w:fill="FFFFFF"/>
            <w:tcMar>
              <w:top w:w="100" w:type="dxa"/>
              <w:left w:w="150" w:type="dxa"/>
              <w:bottom w:w="100" w:type="dxa"/>
              <w:right w:w="150" w:type="dxa"/>
            </w:tcMar>
          </w:tcPr>
          <w:p w14:paraId="0EA74EEE" w14:textId="77777777" w:rsidR="00780DFE" w:rsidRPr="001C08FB" w:rsidRDefault="0002177E" w:rsidP="003A1E87">
            <w:pPr>
              <w:spacing w:after="0" w:line="340" w:lineRule="exact"/>
              <w:jc w:val="both"/>
            </w:pPr>
            <w:r>
              <w:rPr>
                <w:b/>
              </w:rPr>
              <w:lastRenderedPageBreak/>
              <w:t xml:space="preserve">Bước </w:t>
            </w:r>
            <w:r w:rsidR="00780DFE" w:rsidRPr="001C08FB">
              <w:rPr>
                <w:b/>
              </w:rPr>
              <w:t>3</w:t>
            </w:r>
          </w:p>
        </w:tc>
        <w:tc>
          <w:tcPr>
            <w:tcW w:w="4430" w:type="dxa"/>
            <w:shd w:val="clear" w:color="auto" w:fill="FFFFFF"/>
            <w:tcMar>
              <w:top w:w="100" w:type="dxa"/>
              <w:left w:w="150" w:type="dxa"/>
              <w:bottom w:w="100" w:type="dxa"/>
              <w:right w:w="150" w:type="dxa"/>
            </w:tcMar>
          </w:tcPr>
          <w:p w14:paraId="438BC672" w14:textId="77777777" w:rsidR="00780DFE" w:rsidRPr="001C08FB" w:rsidRDefault="00780DFE" w:rsidP="003A1E87">
            <w:pPr>
              <w:spacing w:after="0" w:line="340" w:lineRule="exact"/>
              <w:jc w:val="both"/>
            </w:pPr>
            <w:r w:rsidRPr="001C08FB">
              <w:t>Chấm thi Vòng 1, công bố điểm; Tiếp nhận đơn phúc khảo Vòng 1 (nếu có); Triển khai công tác chuẩn bị đề thi Vòng 2.</w:t>
            </w:r>
          </w:p>
        </w:tc>
        <w:tc>
          <w:tcPr>
            <w:tcW w:w="2099" w:type="dxa"/>
            <w:shd w:val="clear" w:color="auto" w:fill="FFFFFF"/>
            <w:tcMar>
              <w:top w:w="100" w:type="dxa"/>
              <w:left w:w="150" w:type="dxa"/>
              <w:bottom w:w="100" w:type="dxa"/>
              <w:right w:w="150" w:type="dxa"/>
            </w:tcMar>
          </w:tcPr>
          <w:p w14:paraId="6448CFEA" w14:textId="77777777" w:rsidR="00780DFE" w:rsidRPr="001C08FB" w:rsidRDefault="00780DFE" w:rsidP="003A1E87">
            <w:pPr>
              <w:spacing w:after="0" w:line="340" w:lineRule="exact"/>
              <w:jc w:val="both"/>
            </w:pPr>
            <w:r w:rsidRPr="001C08FB">
              <w:t xml:space="preserve">Ngày </w:t>
            </w:r>
            <w:r w:rsidR="00D500F2">
              <w:t>60</w:t>
            </w:r>
            <w:r w:rsidRPr="001C08FB">
              <w:t xml:space="preserve"> đến ngày </w:t>
            </w:r>
            <w:r w:rsidR="00D500F2">
              <w:t>65</w:t>
            </w:r>
          </w:p>
        </w:tc>
        <w:tc>
          <w:tcPr>
            <w:tcW w:w="2012" w:type="dxa"/>
            <w:shd w:val="clear" w:color="auto" w:fill="FFFFFF"/>
          </w:tcPr>
          <w:p w14:paraId="585D2F4E" w14:textId="77777777" w:rsidR="00780DFE" w:rsidRPr="001C08FB" w:rsidRDefault="00D500F2" w:rsidP="003A1E87">
            <w:pPr>
              <w:spacing w:after="0" w:line="340" w:lineRule="exact"/>
              <w:jc w:val="both"/>
            </w:pPr>
            <w:r>
              <w:t>09/11</w:t>
            </w:r>
            <w:r w:rsidR="00780DFE" w:rsidRPr="001C08FB">
              <w:t xml:space="preserve">/2026 – </w:t>
            </w:r>
            <w:r>
              <w:t>13</w:t>
            </w:r>
            <w:r w:rsidR="00780DFE" w:rsidRPr="001C08FB">
              <w:t>/1</w:t>
            </w:r>
            <w:r w:rsidR="001C08FB" w:rsidRPr="001C08FB">
              <w:t>1</w:t>
            </w:r>
            <w:r w:rsidR="00780DFE" w:rsidRPr="001C08FB">
              <w:t>/2026</w:t>
            </w:r>
          </w:p>
        </w:tc>
      </w:tr>
      <w:tr w:rsidR="00C05615" w:rsidRPr="001C08FB" w14:paraId="68CB266C" w14:textId="77777777" w:rsidTr="001C08FB">
        <w:trPr>
          <w:jc w:val="center"/>
        </w:trPr>
        <w:tc>
          <w:tcPr>
            <w:tcW w:w="1102" w:type="dxa"/>
            <w:shd w:val="clear" w:color="auto" w:fill="F7F9FB"/>
            <w:tcMar>
              <w:top w:w="100" w:type="dxa"/>
              <w:left w:w="150" w:type="dxa"/>
              <w:bottom w:w="100" w:type="dxa"/>
              <w:right w:w="150" w:type="dxa"/>
            </w:tcMar>
          </w:tcPr>
          <w:p w14:paraId="55F791C7" w14:textId="77777777" w:rsidR="00780DFE" w:rsidRPr="001C08FB" w:rsidRDefault="0002177E" w:rsidP="003A1E87">
            <w:pPr>
              <w:spacing w:after="0" w:line="340" w:lineRule="exact"/>
              <w:jc w:val="both"/>
            </w:pPr>
            <w:r>
              <w:rPr>
                <w:b/>
              </w:rPr>
              <w:t xml:space="preserve">Bước </w:t>
            </w:r>
            <w:r w:rsidR="00780DFE" w:rsidRPr="001C08FB">
              <w:rPr>
                <w:b/>
              </w:rPr>
              <w:t>4</w:t>
            </w:r>
          </w:p>
        </w:tc>
        <w:tc>
          <w:tcPr>
            <w:tcW w:w="4430" w:type="dxa"/>
            <w:shd w:val="clear" w:color="auto" w:fill="F7F9FB"/>
            <w:tcMar>
              <w:top w:w="100" w:type="dxa"/>
              <w:left w:w="150" w:type="dxa"/>
              <w:bottom w:w="100" w:type="dxa"/>
              <w:right w:w="150" w:type="dxa"/>
            </w:tcMar>
          </w:tcPr>
          <w:p w14:paraId="15A05816" w14:textId="77777777" w:rsidR="00780DFE" w:rsidRPr="001C08FB" w:rsidRDefault="00780DFE" w:rsidP="003A1E87">
            <w:pPr>
              <w:spacing w:after="0" w:line="340" w:lineRule="exact"/>
              <w:jc w:val="both"/>
            </w:pPr>
            <w:r w:rsidRPr="001C08FB">
              <w:t>Tổ chức thi nghiệp vụ chuyên ngành Vòng 2; Chấm thi; Tổng hợp kết quả và phê duyệt danh sách trúng tuyển chính thức.</w:t>
            </w:r>
          </w:p>
        </w:tc>
        <w:tc>
          <w:tcPr>
            <w:tcW w:w="2099" w:type="dxa"/>
            <w:shd w:val="clear" w:color="auto" w:fill="F7F9FB"/>
            <w:tcMar>
              <w:top w:w="100" w:type="dxa"/>
              <w:left w:w="150" w:type="dxa"/>
              <w:bottom w:w="100" w:type="dxa"/>
              <w:right w:w="150" w:type="dxa"/>
            </w:tcMar>
          </w:tcPr>
          <w:p w14:paraId="436000D6" w14:textId="77777777" w:rsidR="00780DFE" w:rsidRPr="001C08FB" w:rsidRDefault="00780DFE" w:rsidP="003A1E87">
            <w:pPr>
              <w:spacing w:after="0" w:line="340" w:lineRule="exact"/>
              <w:jc w:val="both"/>
            </w:pPr>
            <w:r w:rsidRPr="001C08FB">
              <w:t xml:space="preserve">Ngày </w:t>
            </w:r>
            <w:r w:rsidR="00D500F2">
              <w:t>65</w:t>
            </w:r>
            <w:r w:rsidRPr="001C08FB">
              <w:t xml:space="preserve"> đến ngày </w:t>
            </w:r>
            <w:r w:rsidR="00D500F2">
              <w:t>75</w:t>
            </w:r>
          </w:p>
        </w:tc>
        <w:tc>
          <w:tcPr>
            <w:tcW w:w="2012" w:type="dxa"/>
            <w:shd w:val="clear" w:color="auto" w:fill="F7F9FB"/>
          </w:tcPr>
          <w:p w14:paraId="550CD819" w14:textId="77777777" w:rsidR="00780DFE" w:rsidRPr="001C08FB" w:rsidRDefault="00D500F2" w:rsidP="003A1E87">
            <w:pPr>
              <w:spacing w:after="0" w:line="340" w:lineRule="exact"/>
              <w:jc w:val="both"/>
            </w:pPr>
            <w:r>
              <w:t>13</w:t>
            </w:r>
            <w:r w:rsidR="00780DFE" w:rsidRPr="001C08FB">
              <w:t>/1</w:t>
            </w:r>
            <w:r w:rsidR="001C08FB" w:rsidRPr="001C08FB">
              <w:t>1</w:t>
            </w:r>
            <w:r w:rsidR="00780DFE" w:rsidRPr="001C08FB">
              <w:t xml:space="preserve">/2026 – </w:t>
            </w:r>
            <w:r>
              <w:t>23</w:t>
            </w:r>
            <w:r w:rsidR="00780DFE" w:rsidRPr="001C08FB">
              <w:t>/1</w:t>
            </w:r>
            <w:r w:rsidR="001C08FB" w:rsidRPr="001C08FB">
              <w:t>1</w:t>
            </w:r>
            <w:r w:rsidR="00780DFE" w:rsidRPr="001C08FB">
              <w:t>/2026</w:t>
            </w:r>
          </w:p>
        </w:tc>
      </w:tr>
    </w:tbl>
    <w:p w14:paraId="548DFA4A" w14:textId="77777777" w:rsidR="00A81AA5" w:rsidRPr="001C08FB" w:rsidRDefault="00DF30B3" w:rsidP="003A1E87">
      <w:pPr>
        <w:spacing w:before="120" w:after="0" w:line="340" w:lineRule="exact"/>
        <w:ind w:firstLine="720"/>
        <w:jc w:val="both"/>
      </w:pPr>
      <w:r w:rsidRPr="001C08FB">
        <w:rPr>
          <w:b/>
        </w:rPr>
        <w:t xml:space="preserve">III. </w:t>
      </w:r>
      <w:r w:rsidR="0002177E">
        <w:rPr>
          <w:b/>
        </w:rPr>
        <w:t xml:space="preserve">Phương án địa điểm tổ chức: </w:t>
      </w:r>
    </w:p>
    <w:p w14:paraId="65C7C8CA" w14:textId="77777777" w:rsidR="00B8588E" w:rsidRPr="001C08FB" w:rsidRDefault="00DF30B3" w:rsidP="005E413C">
      <w:pPr>
        <w:spacing w:after="0" w:line="340" w:lineRule="exact"/>
        <w:ind w:left="720"/>
      </w:pPr>
      <w:r w:rsidRPr="001C08FB">
        <w:rPr>
          <w:b/>
        </w:rPr>
        <w:t>1. Địa điểm tiếp nhận hồ sơ</w:t>
      </w:r>
      <w:r w:rsidRPr="001C08FB">
        <w:rPr>
          <w:b/>
        </w:rPr>
        <w:br/>
      </w:r>
      <w:r w:rsidR="00B8588E" w:rsidRPr="001C08FB">
        <w:t xml:space="preserve">Tại Phòng Văn Hóa </w:t>
      </w:r>
      <w:r w:rsidR="00276ECF">
        <w:t>-</w:t>
      </w:r>
      <w:r w:rsidR="00B8588E" w:rsidRPr="001C08FB">
        <w:t xml:space="preserve"> Xã hội: </w:t>
      </w:r>
      <w:r w:rsidRPr="001C08FB">
        <w:t>Cơ quan Thường trực Hội đồng Tuyển dụ</w:t>
      </w:r>
      <w:r w:rsidR="00780DFE" w:rsidRPr="001C08FB">
        <w:t>ng</w:t>
      </w:r>
    </w:p>
    <w:p w14:paraId="64C7F19F" w14:textId="77777777" w:rsidR="005E413C" w:rsidRDefault="00DF30B3" w:rsidP="005E413C">
      <w:pPr>
        <w:spacing w:after="0" w:line="340" w:lineRule="exact"/>
        <w:ind w:firstLine="720"/>
        <w:jc w:val="both"/>
        <w:rPr>
          <w:b/>
        </w:rPr>
      </w:pPr>
      <w:r w:rsidRPr="001C08FB">
        <w:rPr>
          <w:b/>
        </w:rPr>
        <w:t>2. Địa điểm tổ chức thi Vòng 1</w:t>
      </w:r>
    </w:p>
    <w:p w14:paraId="3C6EDA67" w14:textId="29654CE0" w:rsidR="00A81AA5" w:rsidRPr="00AF2D46" w:rsidRDefault="00DF30B3" w:rsidP="005E413C">
      <w:pPr>
        <w:spacing w:after="0" w:line="340" w:lineRule="exact"/>
        <w:ind w:firstLine="720"/>
        <w:jc w:val="both"/>
        <w:rPr>
          <w:color w:val="auto"/>
        </w:rPr>
      </w:pPr>
      <w:r w:rsidRPr="00AF2D46">
        <w:rPr>
          <w:color w:val="auto"/>
        </w:rPr>
        <w:t xml:space="preserve">Phòng máy tính </w:t>
      </w:r>
      <w:r w:rsidR="00932B19" w:rsidRPr="00AF2D46">
        <w:rPr>
          <w:color w:val="auto"/>
        </w:rPr>
        <w:t>(</w:t>
      </w:r>
      <w:r w:rsidR="00CC3E8D" w:rsidRPr="00AF2D46">
        <w:rPr>
          <w:color w:val="auto"/>
        </w:rPr>
        <w:t>Địa điểm dự kiến bố trí phòng thi tại</w:t>
      </w:r>
      <w:r w:rsidR="00AF2D46" w:rsidRPr="00AF2D46">
        <w:rPr>
          <w:color w:val="auto"/>
        </w:rPr>
        <w:t xml:space="preserve"> trường Tiểu học và Trung học cơ sở Đức Minh)</w:t>
      </w:r>
      <w:r w:rsidRPr="00AF2D46">
        <w:rPr>
          <w:color w:val="auto"/>
        </w:rPr>
        <w:t>.</w:t>
      </w:r>
    </w:p>
    <w:p w14:paraId="03BD8647" w14:textId="77777777" w:rsidR="00CC3E8D" w:rsidRPr="001C08FB" w:rsidRDefault="00DF30B3" w:rsidP="003A1E87">
      <w:pPr>
        <w:spacing w:after="0" w:line="340" w:lineRule="exact"/>
        <w:ind w:firstLine="720"/>
        <w:jc w:val="both"/>
        <w:rPr>
          <w:b/>
        </w:rPr>
      </w:pPr>
      <w:r w:rsidRPr="001C08FB">
        <w:rPr>
          <w:b/>
        </w:rPr>
        <w:t>3. Địa điểm tổ chứ</w:t>
      </w:r>
      <w:r w:rsidR="00CC3E8D" w:rsidRPr="001C08FB">
        <w:rPr>
          <w:b/>
        </w:rPr>
        <w:t>c thi Vòng 2</w:t>
      </w:r>
    </w:p>
    <w:p w14:paraId="18D4F1A4" w14:textId="77777777" w:rsidR="00CC3E8D" w:rsidRPr="001C08FB" w:rsidRDefault="00DF30B3" w:rsidP="003A1E87">
      <w:pPr>
        <w:spacing w:after="0" w:line="340" w:lineRule="exact"/>
        <w:ind w:firstLine="720"/>
        <w:jc w:val="both"/>
      </w:pPr>
      <w:r w:rsidRPr="001C08FB">
        <w:rPr>
          <w:b/>
        </w:rPr>
        <w:t>Đối với thi viết</w:t>
      </w:r>
      <w:r w:rsidRPr="001C08FB">
        <w:t xml:space="preserve">: </w:t>
      </w:r>
      <w:r w:rsidR="00CC3E8D" w:rsidRPr="001C08FB">
        <w:t>P</w:t>
      </w:r>
      <w:r w:rsidRPr="001C08FB">
        <w:t xml:space="preserve">hòng thi lý thuyết </w:t>
      </w:r>
      <w:r w:rsidR="00932B19" w:rsidRPr="001C08FB">
        <w:t xml:space="preserve">đảm bảo </w:t>
      </w:r>
      <w:r w:rsidR="00C74010" w:rsidRPr="001C08FB">
        <w:t xml:space="preserve">quy định về </w:t>
      </w:r>
      <w:r w:rsidR="00932B19" w:rsidRPr="001C08FB">
        <w:t>an ninh, an toàn</w:t>
      </w:r>
      <w:r w:rsidRPr="001C08FB">
        <w:t>, khoảng cách bàn thi tối thiểu 1.2</w:t>
      </w:r>
      <w:r w:rsidR="00CC3E8D" w:rsidRPr="001C08FB">
        <w:t xml:space="preserve"> </w:t>
      </w:r>
      <w:r w:rsidRPr="001C08FB">
        <w:t>m.</w:t>
      </w:r>
      <w:r w:rsidR="00C74010" w:rsidRPr="001C08FB">
        <w:t xml:space="preserve"> </w:t>
      </w:r>
    </w:p>
    <w:p w14:paraId="056441B3" w14:textId="60CCA698" w:rsidR="00A81AA5" w:rsidRPr="00AF2D46" w:rsidRDefault="00DF30B3" w:rsidP="003A1E87">
      <w:pPr>
        <w:spacing w:after="0" w:line="340" w:lineRule="exact"/>
        <w:ind w:firstLine="720"/>
        <w:jc w:val="both"/>
      </w:pPr>
      <w:r w:rsidRPr="001C08FB">
        <w:rPr>
          <w:b/>
        </w:rPr>
        <w:t>Đối với thi phỏng vấn:</w:t>
      </w:r>
      <w:r w:rsidRPr="001C08FB">
        <w:t xml:space="preserve"> Hệ thống phòng hội đồng độc lập, có khu vực cách ly dành riêng cho thí sinh chưa thi và thí sinh đã hoàn thành phần thi.</w:t>
      </w:r>
      <w:r w:rsidR="00C74010" w:rsidRPr="001C08FB">
        <w:br/>
      </w:r>
      <w:r w:rsidR="00CC3E8D" w:rsidRPr="001C08FB">
        <w:rPr>
          <w:b/>
        </w:rPr>
        <w:t xml:space="preserve">           </w:t>
      </w:r>
      <w:r w:rsidRPr="001C08FB">
        <w:rPr>
          <w:b/>
        </w:rPr>
        <w:t>IV. TỔ CHỨC THỰC HIỆN</w:t>
      </w:r>
    </w:p>
    <w:p w14:paraId="723928D2" w14:textId="77777777" w:rsidR="00CC3E8D" w:rsidRPr="001C08FB" w:rsidRDefault="00CC3E8D" w:rsidP="003A1E87">
      <w:pPr>
        <w:spacing w:after="0" w:line="340" w:lineRule="exact"/>
        <w:jc w:val="both"/>
        <w:rPr>
          <w:rFonts w:eastAsia="Calibri"/>
        </w:rPr>
      </w:pPr>
      <w:r w:rsidRPr="001C08FB">
        <w:tab/>
        <w:t xml:space="preserve">- </w:t>
      </w:r>
      <w:r w:rsidRPr="001C08FB">
        <w:rPr>
          <w:b/>
        </w:rPr>
        <w:t>Hội đồng tuyển dụng</w:t>
      </w:r>
      <w:r w:rsidRPr="001C08FB">
        <w:t xml:space="preserve"> thực hiện nhiệm vụ, quyền hạn quy định tại khoản 2, khoản 3, khoản 4 </w:t>
      </w:r>
      <w:r w:rsidRPr="001C08FB">
        <w:rPr>
          <w:rFonts w:eastAsia="Calibri"/>
        </w:rPr>
        <w:t xml:space="preserve">Điều 9, </w:t>
      </w:r>
      <w:r w:rsidRPr="001C08FB">
        <w:t>Nghị định 259/2026/NĐ-CP, ngày 30/6/2026 quy định tuyển dụng, sử dụng và quản lý viên chức.</w:t>
      </w:r>
    </w:p>
    <w:p w14:paraId="15DFF45B" w14:textId="77777777" w:rsidR="00CC3E8D" w:rsidRPr="001C08FB" w:rsidRDefault="00DF30B3" w:rsidP="003A1E87">
      <w:pPr>
        <w:spacing w:after="0" w:line="340" w:lineRule="exact"/>
        <w:ind w:firstLine="720"/>
        <w:jc w:val="both"/>
      </w:pPr>
      <w:r w:rsidRPr="001C08FB">
        <w:rPr>
          <w:b/>
        </w:rPr>
        <w:t xml:space="preserve">- </w:t>
      </w:r>
      <w:r w:rsidR="00CC3E8D" w:rsidRPr="001C08FB">
        <w:rPr>
          <w:b/>
        </w:rPr>
        <w:t>Phòng VH-XH</w:t>
      </w:r>
      <w:r w:rsidRPr="001C08FB">
        <w:rPr>
          <w:b/>
        </w:rPr>
        <w:t xml:space="preserve">: </w:t>
      </w:r>
      <w:r w:rsidRPr="001C08FB">
        <w:t xml:space="preserve">Chịu trách nhiệm soạn thảo </w:t>
      </w:r>
      <w:r w:rsidR="00CC3E8D" w:rsidRPr="001C08FB">
        <w:t xml:space="preserve">lại </w:t>
      </w:r>
      <w:r w:rsidRPr="001C08FB">
        <w:t xml:space="preserve">quy chế thi, </w:t>
      </w:r>
      <w:r w:rsidR="00CC3E8D" w:rsidRPr="001C08FB">
        <w:t xml:space="preserve">kiện toàn, bổ sung </w:t>
      </w:r>
      <w:r w:rsidRPr="001C08FB">
        <w:t xml:space="preserve">các </w:t>
      </w:r>
      <w:r w:rsidR="00CC3E8D" w:rsidRPr="001C08FB">
        <w:t>Ban giúp việc tuyển dụng viên chức, Hoàn thiện các văn bản theo quy định.</w:t>
      </w:r>
    </w:p>
    <w:p w14:paraId="4BAE0878" w14:textId="77777777" w:rsidR="00CC3E8D" w:rsidRDefault="00DF30B3" w:rsidP="003A1E87">
      <w:pPr>
        <w:spacing w:after="0" w:line="240" w:lineRule="auto"/>
        <w:ind w:firstLine="720"/>
        <w:jc w:val="both"/>
      </w:pPr>
      <w:r w:rsidRPr="001C08FB">
        <w:rPr>
          <w:b/>
        </w:rPr>
        <w:t xml:space="preserve">- </w:t>
      </w:r>
      <w:r w:rsidR="00CC3E8D" w:rsidRPr="001C08FB">
        <w:rPr>
          <w:b/>
        </w:rPr>
        <w:t>Văn Phòng HĐND-UBND</w:t>
      </w:r>
      <w:r w:rsidRPr="001C08FB">
        <w:rPr>
          <w:b/>
        </w:rPr>
        <w:t xml:space="preserve">: </w:t>
      </w:r>
      <w:r w:rsidRPr="001C08FB">
        <w:t xml:space="preserve">Phối hợp kiểm tra kỹ thuật phòng máy, niêm phong địa điểm thi trước giờ </w:t>
      </w:r>
      <w:r w:rsidR="00C05615" w:rsidRPr="001C08FB">
        <w:t xml:space="preserve">thi </w:t>
      </w:r>
      <w:r w:rsidRPr="001C08FB">
        <w:t>và chuẩn bị văn phòng phẩ</w:t>
      </w:r>
      <w:r w:rsidR="00CC3E8D" w:rsidRPr="001C08FB">
        <w:t>m liên quan.</w:t>
      </w:r>
    </w:p>
    <w:p w14:paraId="7AC5911E" w14:textId="3770E7C0" w:rsidR="00AF2D46" w:rsidRPr="00511E1B" w:rsidRDefault="00AF2D46" w:rsidP="003A1E87">
      <w:pPr>
        <w:shd w:val="clear" w:color="auto" w:fill="FFFFFF" w:themeFill="background1"/>
        <w:spacing w:after="240" w:line="240" w:lineRule="auto"/>
        <w:ind w:firstLine="720"/>
        <w:jc w:val="both"/>
        <w:rPr>
          <w:bCs/>
          <w:color w:val="auto"/>
          <w:sz w:val="28"/>
          <w:szCs w:val="28"/>
        </w:rPr>
      </w:pPr>
      <w:r w:rsidRPr="00AF2D46">
        <w:rPr>
          <w:bCs/>
          <w:color w:val="auto"/>
          <w:sz w:val="28"/>
          <w:szCs w:val="28"/>
        </w:rPr>
        <w:t xml:space="preserve">Trên đây là Kế hoạch xây dựng tái cấu trúc nội dung, thời gian và Địa điểm tổ chức kì thi tuyển mới (Chuyển đổi hình thức từ Xét tuyển sang Thi tuyển viên chức tại </w:t>
      </w:r>
      <w:r w:rsidRPr="00AF2D46">
        <w:rPr>
          <w:bCs/>
          <w:sz w:val="28"/>
          <w:szCs w:val="28"/>
        </w:rPr>
        <w:t>Trung tâm dịch vụ tổng hợp xã năm 2026</w:t>
      </w:r>
      <w:r w:rsidRPr="00AF2D46">
        <w:rPr>
          <w:bCs/>
          <w:color w:val="auto"/>
          <w:sz w:val="28"/>
          <w:szCs w:val="28"/>
        </w:rPr>
        <w:t>)</w:t>
      </w:r>
      <w:r>
        <w:rPr>
          <w:bCs/>
          <w:color w:val="auto"/>
          <w:sz w:val="28"/>
          <w:szCs w:val="28"/>
        </w:rPr>
        <w:t>./.</w:t>
      </w:r>
    </w:p>
    <w:tbl>
      <w:tblPr>
        <w:tblW w:w="9227" w:type="dxa"/>
        <w:jc w:val="center"/>
        <w:tblLook w:val="01E0" w:firstRow="1" w:lastRow="1" w:firstColumn="1" w:lastColumn="1" w:noHBand="0" w:noVBand="0"/>
      </w:tblPr>
      <w:tblGrid>
        <w:gridCol w:w="4691"/>
        <w:gridCol w:w="4536"/>
      </w:tblGrid>
      <w:tr w:rsidR="00C05615" w:rsidRPr="006F3412" w14:paraId="61DE3EEB" w14:textId="77777777" w:rsidTr="006A402A">
        <w:trPr>
          <w:jc w:val="center"/>
        </w:trPr>
        <w:tc>
          <w:tcPr>
            <w:tcW w:w="4691" w:type="dxa"/>
          </w:tcPr>
          <w:p w14:paraId="6E87D362" w14:textId="77777777" w:rsidR="00C05615" w:rsidRPr="008F2885" w:rsidRDefault="00C05615" w:rsidP="00C05615">
            <w:pPr>
              <w:widowControl w:val="0"/>
              <w:spacing w:after="0"/>
              <w:jc w:val="both"/>
              <w:rPr>
                <w:b/>
                <w:bCs/>
                <w:i/>
                <w:iCs/>
                <w:sz w:val="24"/>
                <w:szCs w:val="24"/>
                <w:lang w:val="vi-VN"/>
              </w:rPr>
            </w:pPr>
            <w:r w:rsidRPr="008F2885">
              <w:rPr>
                <w:b/>
                <w:bCs/>
                <w:i/>
                <w:iCs/>
                <w:sz w:val="24"/>
                <w:szCs w:val="24"/>
                <w:lang w:val="vi-VN"/>
              </w:rPr>
              <w:t>Nơi nhận:</w:t>
            </w:r>
          </w:p>
          <w:p w14:paraId="6BC5571A" w14:textId="447C2888" w:rsidR="00C05615" w:rsidRPr="006F3412" w:rsidRDefault="00C05615" w:rsidP="00511E1B">
            <w:pPr>
              <w:widowControl w:val="0"/>
              <w:spacing w:after="0" w:line="240" w:lineRule="auto"/>
              <w:jc w:val="both"/>
              <w:rPr>
                <w:sz w:val="22"/>
              </w:rPr>
            </w:pPr>
            <w:r w:rsidRPr="006F3412">
              <w:rPr>
                <w:sz w:val="22"/>
              </w:rPr>
              <w:t>- Sở</w:t>
            </w:r>
            <w:r w:rsidR="003A22BC">
              <w:rPr>
                <w:sz w:val="22"/>
              </w:rPr>
              <w:t xml:space="preserve"> </w:t>
            </w:r>
            <w:r w:rsidRPr="006F3412">
              <w:rPr>
                <w:sz w:val="22"/>
              </w:rPr>
              <w:t>Nội vụ</w:t>
            </w:r>
            <w:r>
              <w:rPr>
                <w:sz w:val="22"/>
              </w:rPr>
              <w:t xml:space="preserve">; (b/c)         </w:t>
            </w:r>
            <w:r w:rsidRPr="006F3412">
              <w:rPr>
                <w:sz w:val="22"/>
              </w:rPr>
              <w:t xml:space="preserve">                 </w:t>
            </w:r>
          </w:p>
          <w:p w14:paraId="0CAB6E12" w14:textId="2DBA04DE" w:rsidR="00C05615" w:rsidRPr="006F3412" w:rsidRDefault="00C05615" w:rsidP="00511E1B">
            <w:pPr>
              <w:widowControl w:val="0"/>
              <w:spacing w:after="0" w:line="240" w:lineRule="auto"/>
              <w:jc w:val="both"/>
              <w:rPr>
                <w:sz w:val="22"/>
              </w:rPr>
            </w:pPr>
            <w:r w:rsidRPr="006F3412">
              <w:rPr>
                <w:sz w:val="22"/>
              </w:rPr>
              <w:t>- TT</w:t>
            </w:r>
            <w:r w:rsidR="003A22BC">
              <w:rPr>
                <w:sz w:val="22"/>
              </w:rPr>
              <w:t>r</w:t>
            </w:r>
            <w:r w:rsidRPr="006F3412">
              <w:rPr>
                <w:sz w:val="22"/>
              </w:rPr>
              <w:t xml:space="preserve"> Đảng ủy, HĐND xã;</w:t>
            </w:r>
          </w:p>
          <w:p w14:paraId="27AA5220" w14:textId="77777777" w:rsidR="00C05615" w:rsidRPr="006F3412" w:rsidRDefault="00C05615" w:rsidP="00511E1B">
            <w:pPr>
              <w:widowControl w:val="0"/>
              <w:spacing w:after="0" w:line="240" w:lineRule="auto"/>
              <w:jc w:val="both"/>
              <w:rPr>
                <w:sz w:val="22"/>
              </w:rPr>
            </w:pPr>
            <w:r w:rsidRPr="006F3412">
              <w:rPr>
                <w:sz w:val="22"/>
              </w:rPr>
              <w:t>- Chủ tịch, các PCT UBND xã;</w:t>
            </w:r>
          </w:p>
          <w:p w14:paraId="4C1D6832" w14:textId="77777777" w:rsidR="00C05615" w:rsidRPr="006F3412" w:rsidRDefault="00C05615" w:rsidP="00511E1B">
            <w:pPr>
              <w:widowControl w:val="0"/>
              <w:spacing w:after="0" w:line="240" w:lineRule="auto"/>
              <w:jc w:val="both"/>
              <w:rPr>
                <w:sz w:val="22"/>
              </w:rPr>
            </w:pPr>
            <w:r w:rsidRPr="006F3412">
              <w:rPr>
                <w:sz w:val="22"/>
              </w:rPr>
              <w:t>- Các phòng, đơn vị thuộc xã;</w:t>
            </w:r>
          </w:p>
          <w:p w14:paraId="43D0DDFB" w14:textId="34A90A61" w:rsidR="004F687D" w:rsidRDefault="00C05615" w:rsidP="00511E1B">
            <w:pPr>
              <w:widowControl w:val="0"/>
              <w:spacing w:after="0" w:line="240" w:lineRule="auto"/>
              <w:jc w:val="both"/>
              <w:rPr>
                <w:sz w:val="22"/>
              </w:rPr>
            </w:pPr>
            <w:r w:rsidRPr="006F3412">
              <w:rPr>
                <w:sz w:val="22"/>
              </w:rPr>
              <w:t>- Trung tâm dịch vụ tổng hợp xã</w:t>
            </w:r>
            <w:r>
              <w:rPr>
                <w:sz w:val="22"/>
              </w:rPr>
              <w:t>;</w:t>
            </w:r>
          </w:p>
          <w:p w14:paraId="0544FC1D" w14:textId="018DEEA3" w:rsidR="004F687D" w:rsidRPr="006F3412" w:rsidRDefault="004F687D" w:rsidP="00511E1B">
            <w:pPr>
              <w:widowControl w:val="0"/>
              <w:spacing w:after="0" w:line="240" w:lineRule="auto"/>
              <w:jc w:val="both"/>
              <w:rPr>
                <w:sz w:val="22"/>
              </w:rPr>
            </w:pPr>
            <w:r>
              <w:rPr>
                <w:sz w:val="22"/>
              </w:rPr>
              <w:t xml:space="preserve">- Các thí sinh đăng ký dự </w:t>
            </w:r>
            <w:r w:rsidR="00C0793B">
              <w:rPr>
                <w:sz w:val="22"/>
              </w:rPr>
              <w:t>thi;</w:t>
            </w:r>
          </w:p>
          <w:p w14:paraId="0856CCEB" w14:textId="77777777" w:rsidR="00C05615" w:rsidRDefault="00C05615" w:rsidP="00511E1B">
            <w:pPr>
              <w:widowControl w:val="0"/>
              <w:spacing w:after="0" w:line="240" w:lineRule="auto"/>
              <w:jc w:val="both"/>
              <w:rPr>
                <w:sz w:val="22"/>
              </w:rPr>
            </w:pPr>
            <w:r w:rsidRPr="006F3412">
              <w:rPr>
                <w:sz w:val="22"/>
              </w:rPr>
              <w:t xml:space="preserve">- </w:t>
            </w:r>
            <w:r>
              <w:rPr>
                <w:sz w:val="22"/>
              </w:rPr>
              <w:t>Trang</w:t>
            </w:r>
            <w:r w:rsidRPr="006F3412">
              <w:rPr>
                <w:sz w:val="22"/>
              </w:rPr>
              <w:t xml:space="preserve"> thông tin điện tử xã;</w:t>
            </w:r>
          </w:p>
          <w:p w14:paraId="04FFFD43" w14:textId="77777777" w:rsidR="00C05615" w:rsidRPr="006F3412" w:rsidRDefault="00C05615" w:rsidP="00511E1B">
            <w:pPr>
              <w:widowControl w:val="0"/>
              <w:spacing w:after="0" w:line="240" w:lineRule="auto"/>
              <w:jc w:val="both"/>
              <w:rPr>
                <w:sz w:val="22"/>
              </w:rPr>
            </w:pPr>
            <w:r w:rsidRPr="006F3412">
              <w:rPr>
                <w:sz w:val="22"/>
              </w:rPr>
              <w:t>- Lưu: VT, VHXH.</w:t>
            </w:r>
          </w:p>
          <w:p w14:paraId="6BA3950E" w14:textId="77777777" w:rsidR="00C05615" w:rsidRPr="006F3412" w:rsidRDefault="00C05615" w:rsidP="006A402A">
            <w:pPr>
              <w:widowControl w:val="0"/>
              <w:jc w:val="both"/>
              <w:rPr>
                <w:b/>
                <w:szCs w:val="28"/>
              </w:rPr>
            </w:pPr>
          </w:p>
        </w:tc>
        <w:tc>
          <w:tcPr>
            <w:tcW w:w="4536" w:type="dxa"/>
          </w:tcPr>
          <w:p w14:paraId="7D9A303F" w14:textId="77777777" w:rsidR="00C05615" w:rsidRPr="006F3412" w:rsidRDefault="00C05615" w:rsidP="003A22BC">
            <w:pPr>
              <w:widowControl w:val="0"/>
              <w:spacing w:after="0" w:line="240" w:lineRule="auto"/>
              <w:jc w:val="center"/>
              <w:rPr>
                <w:b/>
                <w:sz w:val="28"/>
                <w:szCs w:val="28"/>
              </w:rPr>
            </w:pPr>
            <w:r w:rsidRPr="006F3412">
              <w:rPr>
                <w:b/>
                <w:sz w:val="28"/>
                <w:szCs w:val="28"/>
              </w:rPr>
              <w:t>TM. ỦY BAN NHÂN DÂN</w:t>
            </w:r>
          </w:p>
          <w:p w14:paraId="1F39CBF6" w14:textId="77777777" w:rsidR="00C05615" w:rsidRPr="006F3412" w:rsidRDefault="00C05615" w:rsidP="003A22BC">
            <w:pPr>
              <w:widowControl w:val="0"/>
              <w:spacing w:after="0" w:line="240" w:lineRule="auto"/>
              <w:jc w:val="center"/>
              <w:rPr>
                <w:b/>
                <w:sz w:val="28"/>
                <w:szCs w:val="28"/>
              </w:rPr>
            </w:pPr>
            <w:r w:rsidRPr="006F3412">
              <w:rPr>
                <w:b/>
                <w:sz w:val="28"/>
                <w:szCs w:val="28"/>
                <w:lang w:val="vi-VN"/>
              </w:rPr>
              <w:t>CHỦ TỊCH</w:t>
            </w:r>
          </w:p>
          <w:p w14:paraId="07526593" w14:textId="77777777" w:rsidR="00C05615" w:rsidRPr="006F3412" w:rsidRDefault="00C05615" w:rsidP="006A402A">
            <w:pPr>
              <w:widowControl w:val="0"/>
              <w:jc w:val="center"/>
              <w:rPr>
                <w:b/>
                <w:sz w:val="28"/>
                <w:szCs w:val="28"/>
              </w:rPr>
            </w:pPr>
          </w:p>
          <w:p w14:paraId="7F0F7DA2" w14:textId="77777777" w:rsidR="00C05615" w:rsidRDefault="00C05615" w:rsidP="006A402A">
            <w:pPr>
              <w:widowControl w:val="0"/>
              <w:jc w:val="center"/>
              <w:rPr>
                <w:b/>
                <w:sz w:val="28"/>
                <w:szCs w:val="28"/>
              </w:rPr>
            </w:pPr>
          </w:p>
          <w:p w14:paraId="1053A9C3" w14:textId="77777777" w:rsidR="0002177E" w:rsidRPr="006F3412" w:rsidRDefault="0002177E" w:rsidP="006A402A">
            <w:pPr>
              <w:widowControl w:val="0"/>
              <w:jc w:val="center"/>
              <w:rPr>
                <w:b/>
                <w:sz w:val="28"/>
                <w:szCs w:val="28"/>
              </w:rPr>
            </w:pPr>
          </w:p>
          <w:p w14:paraId="74A465B1" w14:textId="77777777" w:rsidR="00C05615" w:rsidRPr="006F3412" w:rsidRDefault="00C05615" w:rsidP="006A402A">
            <w:pPr>
              <w:widowControl w:val="0"/>
              <w:jc w:val="center"/>
              <w:rPr>
                <w:b/>
                <w:szCs w:val="28"/>
              </w:rPr>
            </w:pPr>
            <w:r w:rsidRPr="006F3412">
              <w:rPr>
                <w:b/>
                <w:sz w:val="28"/>
                <w:szCs w:val="28"/>
              </w:rPr>
              <w:t xml:space="preserve">Nguyễn Tiến Thắng </w:t>
            </w:r>
          </w:p>
        </w:tc>
      </w:tr>
    </w:tbl>
    <w:p w14:paraId="2620B4E2" w14:textId="77777777" w:rsidR="00C05615" w:rsidRPr="00C05615" w:rsidRDefault="00C05615" w:rsidP="00C05615">
      <w:pPr>
        <w:shd w:val="clear" w:color="auto" w:fill="FFFFFF" w:themeFill="background1"/>
        <w:spacing w:line="300" w:lineRule="auto"/>
        <w:ind w:firstLine="720"/>
        <w:rPr>
          <w:color w:val="auto"/>
        </w:rPr>
      </w:pPr>
    </w:p>
    <w:sectPr w:rsidR="00C05615" w:rsidRPr="00C05615" w:rsidSect="001C08FB">
      <w:pgSz w:w="11909" w:h="16834" w:code="9"/>
      <w:pgMar w:top="1134" w:right="1134"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7728523">
    <w:abstractNumId w:val="8"/>
  </w:num>
  <w:num w:numId="2" w16cid:durableId="655260104">
    <w:abstractNumId w:val="6"/>
  </w:num>
  <w:num w:numId="3" w16cid:durableId="2077122015">
    <w:abstractNumId w:val="5"/>
  </w:num>
  <w:num w:numId="4" w16cid:durableId="331375365">
    <w:abstractNumId w:val="4"/>
  </w:num>
  <w:num w:numId="5" w16cid:durableId="782118584">
    <w:abstractNumId w:val="7"/>
  </w:num>
  <w:num w:numId="6" w16cid:durableId="1468472275">
    <w:abstractNumId w:val="3"/>
  </w:num>
  <w:num w:numId="7" w16cid:durableId="455949768">
    <w:abstractNumId w:val="2"/>
  </w:num>
  <w:num w:numId="8" w16cid:durableId="896890354">
    <w:abstractNumId w:val="1"/>
  </w:num>
  <w:num w:numId="9" w16cid:durableId="163593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177E"/>
    <w:rsid w:val="00034616"/>
    <w:rsid w:val="0006063C"/>
    <w:rsid w:val="00082CF7"/>
    <w:rsid w:val="0015074B"/>
    <w:rsid w:val="001A0AE2"/>
    <w:rsid w:val="001C08FB"/>
    <w:rsid w:val="00220767"/>
    <w:rsid w:val="00270588"/>
    <w:rsid w:val="00276973"/>
    <w:rsid w:val="00276ECF"/>
    <w:rsid w:val="0029639D"/>
    <w:rsid w:val="00326F90"/>
    <w:rsid w:val="003A1E87"/>
    <w:rsid w:val="003A22BC"/>
    <w:rsid w:val="00474913"/>
    <w:rsid w:val="004F687D"/>
    <w:rsid w:val="00511E1B"/>
    <w:rsid w:val="005E413C"/>
    <w:rsid w:val="00780DFE"/>
    <w:rsid w:val="00800E99"/>
    <w:rsid w:val="008F2885"/>
    <w:rsid w:val="00932B19"/>
    <w:rsid w:val="00A30CEA"/>
    <w:rsid w:val="00A7272B"/>
    <w:rsid w:val="00A81AA5"/>
    <w:rsid w:val="00AA1D8D"/>
    <w:rsid w:val="00AB7205"/>
    <w:rsid w:val="00AF2D46"/>
    <w:rsid w:val="00B47730"/>
    <w:rsid w:val="00B8588E"/>
    <w:rsid w:val="00BC01B0"/>
    <w:rsid w:val="00C05615"/>
    <w:rsid w:val="00C0793B"/>
    <w:rsid w:val="00C74010"/>
    <w:rsid w:val="00CA45F9"/>
    <w:rsid w:val="00CB0664"/>
    <w:rsid w:val="00CC3E8D"/>
    <w:rsid w:val="00CD2084"/>
    <w:rsid w:val="00D500F2"/>
    <w:rsid w:val="00DF30B3"/>
    <w:rsid w:val="00F972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04E9AF"/>
  <w14:defaultImageDpi w14:val="300"/>
  <w15:docId w15:val="{A5320486-FE85-45C0-8C82-EA39E2B0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222222"/>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13902-0DB5-4276-8345-8E206D2D7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11</cp:revision>
  <dcterms:created xsi:type="dcterms:W3CDTF">2026-09-09T13:27:00Z</dcterms:created>
  <dcterms:modified xsi:type="dcterms:W3CDTF">2026-09-10T02:38:00Z</dcterms:modified>
  <cp:category/>
</cp:coreProperties>
</file>